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66CB2" w14:textId="78F09E21" w:rsidR="0036134D" w:rsidRPr="00862306" w:rsidRDefault="00377428" w:rsidP="00862306">
      <w:pPr>
        <w:jc w:val="center"/>
        <w:rPr>
          <w:rFonts w:ascii="Times New Roman" w:hAnsi="Times New Roman" w:cs="Times New Roman"/>
          <w:b/>
          <w:bCs/>
          <w:sz w:val="72"/>
          <w:szCs w:val="72"/>
        </w:rPr>
      </w:pPr>
      <w:r w:rsidRPr="00862306">
        <w:rPr>
          <w:rFonts w:ascii="Times New Roman" w:hAnsi="Times New Roman" w:cs="Times New Roman"/>
          <w:b/>
          <w:bCs/>
          <w:sz w:val="72"/>
          <w:szCs w:val="72"/>
        </w:rPr>
        <w:t>Camping with Bigfoot</w:t>
      </w:r>
    </w:p>
    <w:p w14:paraId="34CE9B4E" w14:textId="129D7D36" w:rsidR="003C54DB" w:rsidRDefault="001D240F" w:rsidP="002C1699">
      <w:pPr>
        <w:pStyle w:val="Heading1"/>
        <w:jc w:val="center"/>
        <w:rPr>
          <w:rFonts w:ascii="Times New Roman" w:hAnsi="Times New Roman" w:cs="Times New Roman"/>
          <w:noProof/>
          <w:sz w:val="72"/>
          <w:szCs w:val="72"/>
        </w:rPr>
      </w:pPr>
      <w:r w:rsidRPr="00224572">
        <w:rPr>
          <w:sz w:val="40"/>
          <w:szCs w:val="40"/>
        </w:rPr>
        <w:t>2026 Cub Scout Summer Camp</w:t>
      </w:r>
      <w:r w:rsidRPr="00224572">
        <w:rPr>
          <w:sz w:val="40"/>
          <w:szCs w:val="40"/>
        </w:rPr>
        <w:br/>
        <w:t>Parent &amp; Leader Guide</w:t>
      </w:r>
    </w:p>
    <w:p w14:paraId="0E6AA510" w14:textId="49C20F37" w:rsidR="001D240F" w:rsidRDefault="003413A5" w:rsidP="001D240F">
      <w:pPr>
        <w:jc w:val="center"/>
        <w:rPr>
          <w:rFonts w:ascii="Times New Roman" w:hAnsi="Times New Roman" w:cs="Times New Roman"/>
          <w:sz w:val="72"/>
          <w:szCs w:val="72"/>
        </w:rPr>
      </w:pPr>
      <w:r>
        <w:rPr>
          <w:rFonts w:ascii="Times New Roman" w:hAnsi="Times New Roman" w:cs="Times New Roman"/>
          <w:noProof/>
          <w:sz w:val="72"/>
          <w:szCs w:val="72"/>
        </w:rPr>
        <w:drawing>
          <wp:inline distT="0" distB="0" distL="0" distR="0" wp14:anchorId="4F7D81F1" wp14:editId="3ED93435">
            <wp:extent cx="4407408" cy="5568696"/>
            <wp:effectExtent l="0" t="0" r="0" b="0"/>
            <wp:docPr id="173703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30559" name="Picture 1737030559"/>
                    <pic:cNvPicPr/>
                  </pic:nvPicPr>
                  <pic:blipFill rotWithShape="1">
                    <a:blip r:embed="rId6"/>
                    <a:srcRect t="12616" b="3125"/>
                    <a:stretch>
                      <a:fillRect/>
                    </a:stretch>
                  </pic:blipFill>
                  <pic:spPr bwMode="auto">
                    <a:xfrm>
                      <a:off x="0" y="0"/>
                      <a:ext cx="4407408" cy="5568696"/>
                    </a:xfrm>
                    <a:prstGeom prst="rect">
                      <a:avLst/>
                    </a:prstGeom>
                    <a:ln>
                      <a:noFill/>
                    </a:ln>
                    <a:extLst>
                      <a:ext uri="{53640926-AAD7-44D8-BBD7-CCE9431645EC}">
                        <a14:shadowObscured xmlns:a14="http://schemas.microsoft.com/office/drawing/2010/main"/>
                      </a:ext>
                    </a:extLst>
                  </pic:spPr>
                </pic:pic>
              </a:graphicData>
            </a:graphic>
          </wp:inline>
        </w:drawing>
      </w:r>
    </w:p>
    <w:p w14:paraId="0C2E464C" w14:textId="1A1E157D" w:rsidR="00B804E1" w:rsidRDefault="00BC68D0" w:rsidP="00862306">
      <w:pPr>
        <w:jc w:val="center"/>
      </w:pPr>
      <w:r w:rsidRPr="00862306">
        <w:rPr>
          <w:sz w:val="32"/>
          <w:szCs w:val="32"/>
        </w:rPr>
        <w:t>Glacier’s Edge Council, Scouting America</w:t>
      </w:r>
      <w:r w:rsidR="006F0BF8">
        <w:rPr>
          <w:sz w:val="32"/>
          <w:szCs w:val="32"/>
        </w:rPr>
        <w:br/>
      </w:r>
      <w:r w:rsidRPr="00862306">
        <w:rPr>
          <w:sz w:val="32"/>
          <w:szCs w:val="32"/>
        </w:rPr>
        <w:t>Ed Bryant Scout Reservation (EBSR)</w:t>
      </w:r>
      <w:r w:rsidR="006F0BF8">
        <w:rPr>
          <w:sz w:val="32"/>
          <w:szCs w:val="32"/>
        </w:rPr>
        <w:br/>
      </w:r>
      <w:r w:rsidRPr="00862306">
        <w:rPr>
          <w:sz w:val="32"/>
          <w:szCs w:val="32"/>
        </w:rPr>
        <w:t>Camp</w:t>
      </w:r>
      <w:r>
        <w:t xml:space="preserve"> </w:t>
      </w:r>
      <w:r w:rsidRPr="00862306">
        <w:rPr>
          <w:sz w:val="36"/>
          <w:szCs w:val="36"/>
        </w:rPr>
        <w:t>Begins: July 26, 2026</w:t>
      </w:r>
    </w:p>
    <w:p w14:paraId="664B95CB" w14:textId="17ECA65A" w:rsidR="00B804E1" w:rsidRDefault="00BC68D0">
      <w:r>
        <w:lastRenderedPageBreak/>
        <w:br/>
      </w:r>
    </w:p>
    <w:p w14:paraId="7CBE71D2" w14:textId="10DE5B75" w:rsidR="00B804E1" w:rsidRPr="001F6C45" w:rsidRDefault="001F6C45">
      <w:pPr>
        <w:pStyle w:val="Heading2"/>
        <w:rPr>
          <w:sz w:val="52"/>
          <w:szCs w:val="52"/>
        </w:rPr>
      </w:pPr>
      <w:r w:rsidRPr="001F6C45">
        <w:rPr>
          <w:noProof/>
          <w:sz w:val="52"/>
          <w:szCs w:val="52"/>
        </w:rPr>
        <w:drawing>
          <wp:anchor distT="0" distB="0" distL="114300" distR="114300" simplePos="0" relativeHeight="251660288" behindDoc="0" locked="0" layoutInCell="1" allowOverlap="1" wp14:anchorId="3D6740CA" wp14:editId="375E692F">
            <wp:simplePos x="0" y="0"/>
            <wp:positionH relativeFrom="column">
              <wp:posOffset>0</wp:posOffset>
            </wp:positionH>
            <wp:positionV relativeFrom="paragraph">
              <wp:posOffset>1270</wp:posOffset>
            </wp:positionV>
            <wp:extent cx="1892808" cy="1892808"/>
            <wp:effectExtent l="0" t="0" r="0" b="0"/>
            <wp:wrapSquare wrapText="bothSides"/>
            <wp:docPr id="1552828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8870" name="Picture 1552828870"/>
                    <pic:cNvPicPr/>
                  </pic:nvPicPr>
                  <pic:blipFill>
                    <a:blip r:embed="rId7"/>
                    <a:stretch>
                      <a:fillRect/>
                    </a:stretch>
                  </pic:blipFill>
                  <pic:spPr>
                    <a:xfrm>
                      <a:off x="0" y="0"/>
                      <a:ext cx="1892808" cy="1892808"/>
                    </a:xfrm>
                    <a:prstGeom prst="rect">
                      <a:avLst/>
                    </a:prstGeom>
                  </pic:spPr>
                </pic:pic>
              </a:graphicData>
            </a:graphic>
          </wp:anchor>
        </w:drawing>
      </w:r>
      <w:r w:rsidRPr="001F6C45">
        <w:rPr>
          <w:sz w:val="52"/>
          <w:szCs w:val="52"/>
        </w:rPr>
        <w:t>Welcome to 'Camping with Bigfoot!'</w:t>
      </w:r>
    </w:p>
    <w:p w14:paraId="3EDF214E" w14:textId="77777777" w:rsidR="007E51CB" w:rsidRDefault="007E51CB"/>
    <w:p w14:paraId="5CB963F5" w14:textId="2FD9F69A" w:rsidR="00D41DFE" w:rsidRPr="007E51CB" w:rsidRDefault="00D41DFE">
      <w:pPr>
        <w:rPr>
          <w:sz w:val="28"/>
          <w:szCs w:val="28"/>
        </w:rPr>
      </w:pPr>
      <w:r w:rsidRPr="007E51CB">
        <w:rPr>
          <w:noProof/>
          <w:sz w:val="28"/>
          <w:szCs w:val="28"/>
        </w:rPr>
        <w:drawing>
          <wp:anchor distT="0" distB="0" distL="114300" distR="114300" simplePos="0" relativeHeight="251658240" behindDoc="0" locked="0" layoutInCell="1" allowOverlap="1" wp14:anchorId="57DEEC5E" wp14:editId="245068E7">
            <wp:simplePos x="0" y="0"/>
            <wp:positionH relativeFrom="column">
              <wp:posOffset>2552700</wp:posOffset>
            </wp:positionH>
            <wp:positionV relativeFrom="paragraph">
              <wp:posOffset>3867150</wp:posOffset>
            </wp:positionV>
            <wp:extent cx="2934970" cy="2934970"/>
            <wp:effectExtent l="0" t="0" r="0" b="0"/>
            <wp:wrapSquare wrapText="bothSides"/>
            <wp:docPr id="923705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05547" name="Picture 2"/>
                    <pic:cNvPicPr/>
                  </pic:nvPicPr>
                  <pic:blipFill>
                    <a:blip r:embed="rId8"/>
                    <a:stretch>
                      <a:fillRect/>
                    </a:stretch>
                  </pic:blipFill>
                  <pic:spPr>
                    <a:xfrm>
                      <a:off x="0" y="0"/>
                      <a:ext cx="2934970" cy="2934970"/>
                    </a:xfrm>
                    <a:prstGeom prst="rect">
                      <a:avLst/>
                    </a:prstGeom>
                  </pic:spPr>
                </pic:pic>
              </a:graphicData>
            </a:graphic>
          </wp:anchor>
        </w:drawing>
      </w:r>
      <w:r w:rsidRPr="007E51CB">
        <w:rPr>
          <w:sz w:val="28"/>
          <w:szCs w:val="28"/>
        </w:rPr>
        <w:t>Dear Cub Scout Families and Leaders,</w:t>
      </w:r>
      <w:r w:rsidRPr="007E51CB">
        <w:rPr>
          <w:sz w:val="28"/>
          <w:szCs w:val="28"/>
        </w:rPr>
        <w:br/>
      </w:r>
      <w:r w:rsidRPr="007E51CB">
        <w:rPr>
          <w:sz w:val="28"/>
          <w:szCs w:val="28"/>
        </w:rPr>
        <w:br/>
        <w:t>Welcome to the 2026 Glacier’s Edge Council Cub Scout Summer Camp at Ed Bryant Scout Reservation! This year, we invite all Cub Scouts to join us for an unforgettable adventure: 'Camping with Bigfoot!'</w:t>
      </w:r>
      <w:r w:rsidRPr="007E51CB">
        <w:rPr>
          <w:sz w:val="28"/>
          <w:szCs w:val="28"/>
        </w:rPr>
        <w:br/>
      </w:r>
      <w:r w:rsidRPr="007E51CB">
        <w:rPr>
          <w:sz w:val="28"/>
          <w:szCs w:val="28"/>
        </w:rPr>
        <w:br/>
        <w:t>Legend has it that Bigfoot has been spotted exploring the woods of EBSR. Throughout camp, Scouts will learn outdoor skills, practice teamwork, enjoy waterfront activities, and participate in exciting campfire programs—all while following the mysterious trail of Bigfoot.</w:t>
      </w:r>
      <w:r w:rsidRPr="007E51CB">
        <w:rPr>
          <w:sz w:val="28"/>
          <w:szCs w:val="28"/>
        </w:rPr>
        <w:br/>
      </w:r>
      <w:r w:rsidRPr="007E51CB">
        <w:rPr>
          <w:sz w:val="28"/>
          <w:szCs w:val="28"/>
        </w:rPr>
        <w:br/>
        <w:t>Our program is designed to provide a safe, fun, and age-appropriate outdoor experience for all Cub Scouts, from Lion through Arrow of Light. We are excited to partner with you to make this summer one your Scout will never forget.</w:t>
      </w:r>
      <w:r w:rsidRPr="007E51CB">
        <w:rPr>
          <w:sz w:val="28"/>
          <w:szCs w:val="28"/>
        </w:rPr>
        <w:br/>
      </w:r>
      <w:r w:rsidRPr="007E51CB">
        <w:rPr>
          <w:sz w:val="28"/>
          <w:szCs w:val="28"/>
        </w:rPr>
        <w:br/>
        <w:t>Yours in Scouting,</w:t>
      </w:r>
      <w:r w:rsidRPr="007E51CB">
        <w:rPr>
          <w:sz w:val="28"/>
          <w:szCs w:val="28"/>
        </w:rPr>
        <w:br/>
      </w:r>
      <w:r w:rsidR="00D9416A" w:rsidRPr="00D9416A">
        <w:rPr>
          <w:rFonts w:ascii="Brush Script MT" w:hAnsi="Brush Script MT"/>
          <w:sz w:val="44"/>
          <w:szCs w:val="44"/>
        </w:rPr>
        <w:t>Scott Johnson</w:t>
      </w:r>
      <w:r w:rsidR="003863D1">
        <w:rPr>
          <w:sz w:val="28"/>
          <w:szCs w:val="28"/>
        </w:rPr>
        <w:br/>
      </w:r>
      <w:r w:rsidRPr="007E51CB">
        <w:rPr>
          <w:sz w:val="28"/>
          <w:szCs w:val="28"/>
        </w:rPr>
        <w:t>Camp Director</w:t>
      </w:r>
      <w:r w:rsidRPr="007E51CB">
        <w:rPr>
          <w:sz w:val="28"/>
          <w:szCs w:val="28"/>
        </w:rPr>
        <w:br/>
        <w:t>Ed Bryant Scout Reservation</w:t>
      </w:r>
    </w:p>
    <w:p w14:paraId="160018F8" w14:textId="0D892C17" w:rsidR="00241CAF" w:rsidRDefault="00BC68D0">
      <w:pPr>
        <w:rPr>
          <w:rFonts w:asciiTheme="majorHAnsi" w:eastAsiaTheme="majorEastAsia" w:hAnsiTheme="majorHAnsi" w:cstheme="majorBidi"/>
          <w:b/>
          <w:bCs/>
          <w:color w:val="4F81BD" w:themeColor="accent1"/>
          <w:sz w:val="26"/>
          <w:szCs w:val="26"/>
        </w:rPr>
      </w:pPr>
      <w:r>
        <w:br/>
      </w:r>
    </w:p>
    <w:p w14:paraId="6E3BE23F" w14:textId="32F66171" w:rsidR="00B804E1" w:rsidRPr="00063FFE" w:rsidRDefault="00BC68D0">
      <w:pPr>
        <w:pStyle w:val="Heading2"/>
        <w:rPr>
          <w:sz w:val="28"/>
          <w:szCs w:val="28"/>
        </w:rPr>
      </w:pPr>
      <w:r w:rsidRPr="00063FFE">
        <w:rPr>
          <w:sz w:val="28"/>
          <w:szCs w:val="28"/>
        </w:rPr>
        <w:lastRenderedPageBreak/>
        <w:t>Camp Overview</w:t>
      </w:r>
    </w:p>
    <w:p w14:paraId="0A636AF3" w14:textId="3D603FB1" w:rsidR="00B804E1" w:rsidRPr="007E51CB" w:rsidRDefault="00BC68D0">
      <w:pPr>
        <w:rPr>
          <w:sz w:val="24"/>
          <w:szCs w:val="24"/>
        </w:rPr>
      </w:pPr>
      <w:r w:rsidRPr="007E51CB">
        <w:rPr>
          <w:sz w:val="24"/>
          <w:szCs w:val="24"/>
        </w:rPr>
        <w:t>Location: Ed Bryant Scout Reservation (EBSR)</w:t>
      </w:r>
      <w:r w:rsidRPr="007E51CB">
        <w:rPr>
          <w:sz w:val="24"/>
          <w:szCs w:val="24"/>
        </w:rPr>
        <w:br/>
        <w:t>Dates: Beginning July 26, 2026</w:t>
      </w:r>
      <w:r w:rsidRPr="007E51CB">
        <w:rPr>
          <w:sz w:val="24"/>
          <w:szCs w:val="24"/>
        </w:rPr>
        <w:br/>
        <w:t>Duration: 2 Days / 1 Night</w:t>
      </w:r>
      <w:r w:rsidRPr="007E51CB">
        <w:rPr>
          <w:sz w:val="24"/>
          <w:szCs w:val="24"/>
        </w:rPr>
        <w:br/>
        <w:t>Optional: Second overnight with departure after breakfast on Day 3</w:t>
      </w:r>
      <w:r w:rsidRPr="007E51CB">
        <w:rPr>
          <w:sz w:val="24"/>
          <w:szCs w:val="24"/>
        </w:rPr>
        <w:br/>
      </w:r>
      <w:r w:rsidRPr="007E51CB">
        <w:rPr>
          <w:sz w:val="24"/>
          <w:szCs w:val="24"/>
        </w:rPr>
        <w:br/>
        <w:t>This overnight camp experience is open to all Cub Scouts (Lion through Arrow of Light).</w:t>
      </w:r>
    </w:p>
    <w:p w14:paraId="68DC0994" w14:textId="016230CC" w:rsidR="00B804E1" w:rsidRPr="00063FFE" w:rsidRDefault="00BC68D0">
      <w:pPr>
        <w:pStyle w:val="Heading2"/>
        <w:rPr>
          <w:sz w:val="28"/>
          <w:szCs w:val="28"/>
        </w:rPr>
      </w:pPr>
      <w:r w:rsidRPr="00063FFE">
        <w:rPr>
          <w:sz w:val="28"/>
          <w:szCs w:val="28"/>
        </w:rPr>
        <w:t>Camp Schedule Overview</w:t>
      </w:r>
    </w:p>
    <w:p w14:paraId="5C6857D8" w14:textId="0487409C" w:rsidR="00B804E1" w:rsidRPr="007E51CB" w:rsidRDefault="00BC68D0">
      <w:pPr>
        <w:pStyle w:val="Heading3"/>
        <w:rPr>
          <w:sz w:val="28"/>
          <w:szCs w:val="28"/>
        </w:rPr>
      </w:pPr>
      <w:r w:rsidRPr="007E51CB">
        <w:rPr>
          <w:sz w:val="28"/>
          <w:szCs w:val="28"/>
        </w:rPr>
        <w:t>Day 1 – Arrival &amp; Adventure Begins</w:t>
      </w:r>
    </w:p>
    <w:p w14:paraId="48488AF2" w14:textId="6D72D552" w:rsidR="0083117C" w:rsidRPr="007E51CB" w:rsidRDefault="00DE02BB">
      <w:pPr>
        <w:rPr>
          <w:sz w:val="24"/>
          <w:szCs w:val="24"/>
        </w:rPr>
      </w:pPr>
      <w:r>
        <w:rPr>
          <w:sz w:val="24"/>
          <w:szCs w:val="24"/>
        </w:rPr>
        <w:t>2:00 pm</w:t>
      </w:r>
      <w:r w:rsidR="00627BD2" w:rsidRPr="007E51CB">
        <w:rPr>
          <w:sz w:val="24"/>
          <w:szCs w:val="24"/>
        </w:rPr>
        <w:t xml:space="preserve"> – </w:t>
      </w:r>
      <w:r>
        <w:rPr>
          <w:sz w:val="24"/>
          <w:szCs w:val="24"/>
        </w:rPr>
        <w:t>3:00</w:t>
      </w:r>
      <w:r w:rsidR="00627BD2" w:rsidRPr="007E51CB">
        <w:rPr>
          <w:sz w:val="24"/>
          <w:szCs w:val="24"/>
        </w:rPr>
        <w:t xml:space="preserve"> PM</w:t>
      </w:r>
    </w:p>
    <w:p w14:paraId="18BFA0CB" w14:textId="20F03B54" w:rsidR="0083117C" w:rsidRPr="007E51CB" w:rsidRDefault="0083117C" w:rsidP="0083117C">
      <w:pPr>
        <w:pStyle w:val="ListParagraph"/>
        <w:numPr>
          <w:ilvl w:val="0"/>
          <w:numId w:val="10"/>
        </w:numPr>
        <w:rPr>
          <w:sz w:val="24"/>
          <w:szCs w:val="24"/>
        </w:rPr>
      </w:pPr>
      <w:r w:rsidRPr="007E51CB">
        <w:rPr>
          <w:sz w:val="24"/>
          <w:szCs w:val="24"/>
        </w:rPr>
        <w:t>Check-In</w:t>
      </w:r>
    </w:p>
    <w:p w14:paraId="6A928DAF" w14:textId="6C844612" w:rsidR="0083117C" w:rsidRPr="007E51CB" w:rsidRDefault="00BC68D0" w:rsidP="0083117C">
      <w:pPr>
        <w:pStyle w:val="ListParagraph"/>
        <w:numPr>
          <w:ilvl w:val="0"/>
          <w:numId w:val="10"/>
        </w:numPr>
        <w:rPr>
          <w:sz w:val="24"/>
          <w:szCs w:val="24"/>
        </w:rPr>
      </w:pPr>
      <w:r w:rsidRPr="007E51CB">
        <w:rPr>
          <w:sz w:val="24"/>
          <w:szCs w:val="24"/>
        </w:rPr>
        <w:t>Campsite Setup</w:t>
      </w:r>
    </w:p>
    <w:p w14:paraId="0470A08B" w14:textId="5543C85D" w:rsidR="0083117C" w:rsidRPr="007E51CB" w:rsidRDefault="00DE02BB">
      <w:pPr>
        <w:rPr>
          <w:sz w:val="24"/>
          <w:szCs w:val="24"/>
        </w:rPr>
      </w:pPr>
      <w:r>
        <w:rPr>
          <w:sz w:val="24"/>
          <w:szCs w:val="24"/>
        </w:rPr>
        <w:t>3</w:t>
      </w:r>
      <w:r w:rsidR="0083117C" w:rsidRPr="007E51CB">
        <w:rPr>
          <w:sz w:val="24"/>
          <w:szCs w:val="24"/>
        </w:rPr>
        <w:t xml:space="preserve">:30 </w:t>
      </w:r>
      <w:r w:rsidR="00AC41DE" w:rsidRPr="007E51CB">
        <w:rPr>
          <w:sz w:val="24"/>
          <w:szCs w:val="24"/>
        </w:rPr>
        <w:t xml:space="preserve">PM </w:t>
      </w:r>
      <w:r w:rsidR="0083117C" w:rsidRPr="007E51CB">
        <w:rPr>
          <w:sz w:val="24"/>
          <w:szCs w:val="24"/>
        </w:rPr>
        <w:t>– Opening session, leader/parent meeting, field games for Cub Scouts</w:t>
      </w:r>
      <w:r w:rsidR="0083117C" w:rsidRPr="007E51CB">
        <w:rPr>
          <w:sz w:val="24"/>
          <w:szCs w:val="24"/>
        </w:rPr>
        <w:br/>
        <w:t xml:space="preserve">3:15 </w:t>
      </w:r>
      <w:r w:rsidR="00AC41DE" w:rsidRPr="007E51CB">
        <w:rPr>
          <w:sz w:val="24"/>
          <w:szCs w:val="24"/>
        </w:rPr>
        <w:t>PM –</w:t>
      </w:r>
      <w:r w:rsidR="0083117C" w:rsidRPr="007E51CB">
        <w:rPr>
          <w:sz w:val="24"/>
          <w:szCs w:val="24"/>
        </w:rPr>
        <w:t xml:space="preserve"> </w:t>
      </w:r>
      <w:r w:rsidR="00AC41DE" w:rsidRPr="007E51CB">
        <w:rPr>
          <w:sz w:val="24"/>
          <w:szCs w:val="24"/>
        </w:rPr>
        <w:t>5:15 PM</w:t>
      </w:r>
    </w:p>
    <w:p w14:paraId="73EE8D46" w14:textId="7A036369" w:rsidR="00AC41DE" w:rsidRPr="007E51CB" w:rsidRDefault="00AC41DE" w:rsidP="00AC41DE">
      <w:pPr>
        <w:pStyle w:val="ListParagraph"/>
        <w:numPr>
          <w:ilvl w:val="0"/>
          <w:numId w:val="10"/>
        </w:numPr>
        <w:rPr>
          <w:sz w:val="24"/>
          <w:szCs w:val="24"/>
        </w:rPr>
      </w:pPr>
      <w:proofErr w:type="gramStart"/>
      <w:r w:rsidRPr="007E51CB">
        <w:rPr>
          <w:sz w:val="24"/>
          <w:szCs w:val="24"/>
        </w:rPr>
        <w:t>Finish</w:t>
      </w:r>
      <w:proofErr w:type="gramEnd"/>
      <w:r w:rsidRPr="007E51CB">
        <w:rPr>
          <w:sz w:val="24"/>
          <w:szCs w:val="24"/>
        </w:rPr>
        <w:t xml:space="preserve"> Campsite Setup</w:t>
      </w:r>
    </w:p>
    <w:p w14:paraId="3C9ED968" w14:textId="0ECF51D9" w:rsidR="00AC41DE" w:rsidRPr="007E51CB" w:rsidRDefault="00AC41DE" w:rsidP="00AC41DE">
      <w:pPr>
        <w:pStyle w:val="ListParagraph"/>
        <w:numPr>
          <w:ilvl w:val="0"/>
          <w:numId w:val="10"/>
        </w:numPr>
        <w:rPr>
          <w:sz w:val="24"/>
          <w:szCs w:val="24"/>
        </w:rPr>
      </w:pPr>
      <w:r w:rsidRPr="007E51CB">
        <w:rPr>
          <w:sz w:val="24"/>
          <w:szCs w:val="24"/>
        </w:rPr>
        <w:t xml:space="preserve">Program Sessions – select areas will be open </w:t>
      </w:r>
    </w:p>
    <w:p w14:paraId="29FED495" w14:textId="7DCF6AFB" w:rsidR="00B804E1" w:rsidRDefault="00AC41DE">
      <w:pPr>
        <w:rPr>
          <w:sz w:val="24"/>
          <w:szCs w:val="24"/>
        </w:rPr>
      </w:pPr>
      <w:r w:rsidRPr="007E51CB">
        <w:rPr>
          <w:sz w:val="24"/>
          <w:szCs w:val="24"/>
        </w:rPr>
        <w:t>6:00 PM - Flags &amp; Dinner</w:t>
      </w:r>
      <w:r w:rsidRPr="007E51CB">
        <w:rPr>
          <w:sz w:val="24"/>
          <w:szCs w:val="24"/>
        </w:rPr>
        <w:br/>
        <w:t>7:30 PM - Evening Campfire Program – presented by EBSR staff</w:t>
      </w:r>
      <w:r w:rsidRPr="007E51CB">
        <w:rPr>
          <w:sz w:val="24"/>
          <w:szCs w:val="24"/>
        </w:rPr>
        <w:br/>
        <w:t>10:00 - Lights Out</w:t>
      </w:r>
    </w:p>
    <w:p w14:paraId="1809B17E" w14:textId="77777777" w:rsidR="00DE02BB" w:rsidRDefault="00DE02BB">
      <w:pPr>
        <w:rPr>
          <w:sz w:val="24"/>
          <w:szCs w:val="24"/>
        </w:rPr>
      </w:pPr>
    </w:p>
    <w:p w14:paraId="7E5091A3" w14:textId="54DFF5DE" w:rsidR="007B52C1" w:rsidRDefault="00072E31" w:rsidP="007B52C1">
      <w:pPr>
        <w:jc w:val="center"/>
        <w:rPr>
          <w:sz w:val="24"/>
          <w:szCs w:val="24"/>
        </w:rPr>
      </w:pPr>
      <w:r>
        <w:rPr>
          <w:noProof/>
          <w:sz w:val="24"/>
          <w:szCs w:val="24"/>
        </w:rPr>
        <w:drawing>
          <wp:inline distT="0" distB="0" distL="0" distR="0" wp14:anchorId="2EE836CB" wp14:editId="52879230">
            <wp:extent cx="2428875" cy="2428875"/>
            <wp:effectExtent l="0" t="0" r="9525" b="9525"/>
            <wp:docPr id="115765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50016" name="Picture 1157650016"/>
                    <pic:cNvPicPr/>
                  </pic:nvPicPr>
                  <pic:blipFill>
                    <a:blip r:embed="rId9"/>
                    <a:stretch>
                      <a:fillRect/>
                    </a:stretch>
                  </pic:blipFill>
                  <pic:spPr>
                    <a:xfrm>
                      <a:off x="0" y="0"/>
                      <a:ext cx="2429349" cy="2429349"/>
                    </a:xfrm>
                    <a:prstGeom prst="rect">
                      <a:avLst/>
                    </a:prstGeom>
                  </pic:spPr>
                </pic:pic>
              </a:graphicData>
            </a:graphic>
          </wp:inline>
        </w:drawing>
      </w:r>
    </w:p>
    <w:p w14:paraId="302E2D2C" w14:textId="318BCEF8" w:rsidR="00B804E1" w:rsidRPr="007E51CB" w:rsidRDefault="00BC68D0">
      <w:pPr>
        <w:pStyle w:val="Heading3"/>
        <w:rPr>
          <w:sz w:val="28"/>
          <w:szCs w:val="28"/>
        </w:rPr>
      </w:pPr>
      <w:r w:rsidRPr="007E51CB">
        <w:rPr>
          <w:sz w:val="28"/>
          <w:szCs w:val="28"/>
        </w:rPr>
        <w:lastRenderedPageBreak/>
        <w:t>Day 2 – Bigfoot Expedition</w:t>
      </w:r>
    </w:p>
    <w:p w14:paraId="24A7C7CF" w14:textId="77777777" w:rsidR="007D66A3" w:rsidRPr="007E51CB" w:rsidRDefault="00AC41DE">
      <w:pPr>
        <w:rPr>
          <w:sz w:val="24"/>
          <w:szCs w:val="24"/>
        </w:rPr>
      </w:pPr>
      <w:r w:rsidRPr="007E51CB">
        <w:rPr>
          <w:sz w:val="24"/>
          <w:szCs w:val="24"/>
        </w:rPr>
        <w:t>8:00 AM- Flags followed by Breakfast</w:t>
      </w:r>
      <w:r w:rsidRPr="007E51CB">
        <w:rPr>
          <w:sz w:val="24"/>
          <w:szCs w:val="24"/>
        </w:rPr>
        <w:br/>
        <w:t>9:00 AM - Morning Program Sessions</w:t>
      </w:r>
      <w:r w:rsidRPr="007E51CB">
        <w:rPr>
          <w:sz w:val="24"/>
          <w:szCs w:val="24"/>
        </w:rPr>
        <w:br/>
        <w:t>12:00 AM - Lunch</w:t>
      </w:r>
      <w:r w:rsidRPr="007E51CB">
        <w:rPr>
          <w:sz w:val="24"/>
          <w:szCs w:val="24"/>
        </w:rPr>
        <w:br/>
        <w:t>1: 30 PM - Afternoon Activities</w:t>
      </w:r>
      <w:r w:rsidRPr="007E51CB">
        <w:rPr>
          <w:sz w:val="24"/>
          <w:szCs w:val="24"/>
        </w:rPr>
        <w:br/>
        <w:t>4:00 PM – Closing campfire – featuring Cub Scout skits, songs and stories</w:t>
      </w:r>
      <w:r w:rsidRPr="007E51CB">
        <w:rPr>
          <w:sz w:val="24"/>
          <w:szCs w:val="24"/>
        </w:rPr>
        <w:br/>
        <w:t>5:00 PM – Flags and Dinner</w:t>
      </w:r>
      <w:r w:rsidRPr="007E51CB">
        <w:rPr>
          <w:sz w:val="24"/>
          <w:szCs w:val="24"/>
        </w:rPr>
        <w:br/>
      </w:r>
      <w:r w:rsidR="007D66A3" w:rsidRPr="007E51CB">
        <w:rPr>
          <w:sz w:val="24"/>
          <w:szCs w:val="24"/>
        </w:rPr>
        <w:t xml:space="preserve">6:00 PM – Check out for </w:t>
      </w:r>
      <w:r w:rsidR="007D66A3" w:rsidRPr="007E51CB">
        <w:rPr>
          <w:sz w:val="24"/>
          <w:szCs w:val="24"/>
        </w:rPr>
        <w:br/>
        <w:t>7:30 PM – Movie Night Under the Stars</w:t>
      </w:r>
    </w:p>
    <w:p w14:paraId="536B6797" w14:textId="77777777" w:rsidR="00B804E1" w:rsidRPr="007E51CB" w:rsidRDefault="00BC68D0">
      <w:pPr>
        <w:pStyle w:val="Heading3"/>
        <w:rPr>
          <w:sz w:val="28"/>
          <w:szCs w:val="28"/>
        </w:rPr>
      </w:pPr>
      <w:r w:rsidRPr="007E51CB">
        <w:rPr>
          <w:sz w:val="28"/>
          <w:szCs w:val="28"/>
        </w:rPr>
        <w:t>Day 3 – Optional Departure Day</w:t>
      </w:r>
    </w:p>
    <w:p w14:paraId="5A71E88A" w14:textId="49EAF43C" w:rsidR="00B804E1" w:rsidRPr="007E51CB" w:rsidRDefault="007D66A3">
      <w:pPr>
        <w:rPr>
          <w:sz w:val="24"/>
          <w:szCs w:val="24"/>
        </w:rPr>
      </w:pPr>
      <w:r w:rsidRPr="007E51CB">
        <w:rPr>
          <w:sz w:val="24"/>
          <w:szCs w:val="24"/>
        </w:rPr>
        <w:t>8:00 - AM Breakfast</w:t>
      </w:r>
      <w:r w:rsidRPr="007E51CB">
        <w:rPr>
          <w:sz w:val="24"/>
          <w:szCs w:val="24"/>
        </w:rPr>
        <w:br/>
        <w:t>Check out and Departure After Breakfast</w:t>
      </w:r>
      <w:r w:rsidRPr="007E51CB">
        <w:rPr>
          <w:sz w:val="24"/>
          <w:szCs w:val="24"/>
        </w:rPr>
        <w:br/>
      </w:r>
    </w:p>
    <w:p w14:paraId="5EF2EA6C" w14:textId="77777777" w:rsidR="00B804E1" w:rsidRPr="007E51CB" w:rsidRDefault="00BC68D0">
      <w:pPr>
        <w:pStyle w:val="Heading2"/>
        <w:rPr>
          <w:sz w:val="28"/>
          <w:szCs w:val="28"/>
        </w:rPr>
      </w:pPr>
      <w:r w:rsidRPr="007E51CB">
        <w:rPr>
          <w:sz w:val="28"/>
          <w:szCs w:val="28"/>
        </w:rPr>
        <w:t>Program Highlights</w:t>
      </w:r>
    </w:p>
    <w:p w14:paraId="2818077B" w14:textId="42287C5F" w:rsidR="00B804E1" w:rsidRPr="007E51CB" w:rsidRDefault="00BC68D0">
      <w:pPr>
        <w:rPr>
          <w:sz w:val="24"/>
          <w:szCs w:val="24"/>
        </w:rPr>
      </w:pPr>
      <w:r w:rsidRPr="007E51CB">
        <w:rPr>
          <w:sz w:val="24"/>
          <w:szCs w:val="24"/>
        </w:rPr>
        <w:t>- Archery Range</w:t>
      </w:r>
      <w:r w:rsidRPr="007E51CB">
        <w:rPr>
          <w:sz w:val="24"/>
          <w:szCs w:val="24"/>
        </w:rPr>
        <w:br/>
        <w:t>- BB Gun Range</w:t>
      </w:r>
      <w:r w:rsidRPr="007E51CB">
        <w:rPr>
          <w:sz w:val="24"/>
          <w:szCs w:val="24"/>
        </w:rPr>
        <w:br/>
        <w:t>- Waterfront Activities &amp; Swim Checks</w:t>
      </w:r>
      <w:r w:rsidR="007D66A3" w:rsidRPr="007E51CB">
        <w:rPr>
          <w:sz w:val="24"/>
          <w:szCs w:val="24"/>
        </w:rPr>
        <w:br/>
        <w:t>- Climbing Tower</w:t>
      </w:r>
      <w:r w:rsidRPr="007E51CB">
        <w:rPr>
          <w:sz w:val="24"/>
          <w:szCs w:val="24"/>
        </w:rPr>
        <w:br/>
      </w:r>
      <w:r w:rsidRPr="007E51CB">
        <w:rPr>
          <w:sz w:val="24"/>
          <w:szCs w:val="24"/>
        </w:rPr>
        <w:t>- Outdoor Skills</w:t>
      </w:r>
      <w:r w:rsidRPr="007E51CB">
        <w:rPr>
          <w:sz w:val="24"/>
          <w:szCs w:val="24"/>
        </w:rPr>
        <w:br/>
        <w:t>- Crafts &amp; Nature Exploration</w:t>
      </w:r>
      <w:r w:rsidRPr="007E51CB">
        <w:rPr>
          <w:sz w:val="24"/>
          <w:szCs w:val="24"/>
        </w:rPr>
        <w:br/>
        <w:t>- Camp-Wide Games</w:t>
      </w:r>
      <w:r w:rsidRPr="007E51CB">
        <w:rPr>
          <w:sz w:val="24"/>
          <w:szCs w:val="24"/>
        </w:rPr>
        <w:br/>
        <w:t>- Campfire Programs</w:t>
      </w:r>
    </w:p>
    <w:p w14:paraId="3CE3AFC8" w14:textId="6A413DF2" w:rsidR="00B804E1" w:rsidRPr="007E51CB" w:rsidRDefault="007D66A3">
      <w:pPr>
        <w:rPr>
          <w:sz w:val="24"/>
          <w:szCs w:val="24"/>
        </w:rPr>
      </w:pPr>
      <w:r w:rsidRPr="007E51CB">
        <w:rPr>
          <w:sz w:val="24"/>
          <w:szCs w:val="24"/>
        </w:rPr>
        <w:t xml:space="preserve">Camping with Bigfoot is a chance to relax and enjoy Ed Bryant Scout Reservation. The focus of the camp is to have fun with your family and Cub </w:t>
      </w:r>
      <w:r w:rsidR="00A14BB7" w:rsidRPr="007E51CB">
        <w:rPr>
          <w:sz w:val="24"/>
          <w:szCs w:val="24"/>
        </w:rPr>
        <w:t>Scout’s</w:t>
      </w:r>
      <w:r w:rsidRPr="007E51CB">
        <w:rPr>
          <w:sz w:val="24"/>
          <w:szCs w:val="24"/>
        </w:rPr>
        <w:t xml:space="preserve"> friends rather than specific Cub Scout Adventure requirements. For the most part the </w:t>
      </w:r>
      <w:r w:rsidR="003574AF" w:rsidRPr="007E51CB">
        <w:rPr>
          <w:sz w:val="24"/>
          <w:szCs w:val="24"/>
        </w:rPr>
        <w:t xml:space="preserve">various </w:t>
      </w:r>
      <w:r w:rsidRPr="007E51CB">
        <w:rPr>
          <w:sz w:val="24"/>
          <w:szCs w:val="24"/>
        </w:rPr>
        <w:t xml:space="preserve">program </w:t>
      </w:r>
      <w:r w:rsidR="003574AF" w:rsidRPr="007E51CB">
        <w:rPr>
          <w:sz w:val="24"/>
          <w:szCs w:val="24"/>
        </w:rPr>
        <w:t xml:space="preserve">areas </w:t>
      </w:r>
      <w:r w:rsidRPr="007E51CB">
        <w:rPr>
          <w:sz w:val="24"/>
          <w:szCs w:val="24"/>
        </w:rPr>
        <w:t>will be open</w:t>
      </w:r>
      <w:r w:rsidR="003574AF" w:rsidRPr="007E51CB">
        <w:rPr>
          <w:sz w:val="24"/>
          <w:szCs w:val="24"/>
        </w:rPr>
        <w:t xml:space="preserve"> for participants to visit and try the activities at your own pace. Due to requirements for safety and participation limits there will be some activities that will require participants to sign up for a time slot when they arrive at camp. Some activities may only be offered at specific times. More information will be given to registered participants before arriving at camp and at the Leader/Parent meeting on Day 1. </w:t>
      </w:r>
    </w:p>
    <w:p w14:paraId="05DB6B0B" w14:textId="77777777" w:rsidR="00B804E1" w:rsidRPr="007E51CB" w:rsidRDefault="00BC68D0">
      <w:pPr>
        <w:pStyle w:val="Heading2"/>
        <w:rPr>
          <w:sz w:val="28"/>
          <w:szCs w:val="28"/>
        </w:rPr>
      </w:pPr>
      <w:r w:rsidRPr="007E51CB">
        <w:rPr>
          <w:sz w:val="28"/>
          <w:szCs w:val="28"/>
        </w:rPr>
        <w:t>Health &amp; Safety Requirements</w:t>
      </w:r>
    </w:p>
    <w:p w14:paraId="1FE4FD19" w14:textId="77777777" w:rsidR="006F2A08" w:rsidRDefault="00BC68D0">
      <w:pPr>
        <w:rPr>
          <w:sz w:val="24"/>
          <w:szCs w:val="24"/>
        </w:rPr>
      </w:pPr>
      <w:r w:rsidRPr="007E51CB">
        <w:rPr>
          <w:sz w:val="24"/>
          <w:szCs w:val="24"/>
        </w:rPr>
        <w:t>All participants (youth and adults) must provide Scouting America Health Form Parts A &amp; B.</w:t>
      </w:r>
      <w:r w:rsidR="001A0DBF">
        <w:rPr>
          <w:sz w:val="24"/>
          <w:szCs w:val="24"/>
        </w:rPr>
        <w:t xml:space="preserve"> </w:t>
      </w:r>
      <w:r w:rsidR="003574AF" w:rsidRPr="007E51CB">
        <w:rPr>
          <w:sz w:val="24"/>
          <w:szCs w:val="24"/>
        </w:rPr>
        <w:t>Proof of Safeguarding Youth Training is</w:t>
      </w:r>
      <w:r w:rsidRPr="007E51CB">
        <w:rPr>
          <w:sz w:val="24"/>
          <w:szCs w:val="24"/>
        </w:rPr>
        <w:t xml:space="preserve"> required for all adults attending camp.</w:t>
      </w:r>
    </w:p>
    <w:p w14:paraId="5C3BC1ED" w14:textId="77CE11D0" w:rsidR="00F52734" w:rsidRDefault="00F52734" w:rsidP="006F2A08">
      <w:pPr>
        <w:pStyle w:val="Heading2"/>
        <w:rPr>
          <w:sz w:val="28"/>
          <w:szCs w:val="28"/>
        </w:rPr>
      </w:pPr>
      <w:r>
        <w:rPr>
          <w:sz w:val="28"/>
          <w:szCs w:val="28"/>
        </w:rPr>
        <w:lastRenderedPageBreak/>
        <w:t>Chec</w:t>
      </w:r>
      <w:r w:rsidR="00071DFB">
        <w:rPr>
          <w:sz w:val="28"/>
          <w:szCs w:val="28"/>
        </w:rPr>
        <w:t xml:space="preserve">k-in </w:t>
      </w:r>
      <w:r w:rsidR="006276AD">
        <w:rPr>
          <w:sz w:val="28"/>
          <w:szCs w:val="28"/>
        </w:rPr>
        <w:t>Procedures</w:t>
      </w:r>
    </w:p>
    <w:p w14:paraId="189D26BA" w14:textId="2B7260F3" w:rsidR="00071DFB" w:rsidRDefault="00071DFB" w:rsidP="00071DFB">
      <w:r>
        <w:t>Y</w:t>
      </w:r>
      <w:r w:rsidRPr="00A54CBC">
        <w:t xml:space="preserve">our </w:t>
      </w:r>
      <w:r>
        <w:t xml:space="preserve">Pack or </w:t>
      </w:r>
      <w:r w:rsidR="006276AD">
        <w:t>group</w:t>
      </w:r>
      <w:r w:rsidRPr="00A54CBC">
        <w:t xml:space="preserve"> wi</w:t>
      </w:r>
      <w:r>
        <w:t xml:space="preserve">ll </w:t>
      </w:r>
      <w:r w:rsidRPr="00A54CBC">
        <w:t xml:space="preserve">be greeted in the parking lot by our enthusiastic Camp Staff! They </w:t>
      </w:r>
      <w:r>
        <w:t>will</w:t>
      </w:r>
      <w:r w:rsidRPr="00A54CBC">
        <w:t xml:space="preserve"> conduct </w:t>
      </w:r>
      <w:proofErr w:type="gramStart"/>
      <w:r w:rsidRPr="00A54CBC">
        <w:t>a Health</w:t>
      </w:r>
      <w:proofErr w:type="gramEnd"/>
      <w:r w:rsidRPr="00A54CBC">
        <w:t xml:space="preserve"> Screening and give the screening form to the unit leader. Staff </w:t>
      </w:r>
      <w:r>
        <w:t>will</w:t>
      </w:r>
      <w:r w:rsidRPr="00A54CBC">
        <w:t xml:space="preserve"> distribute wristbands to youth and adults. To help us ensure a safe environment, campers are provided with a </w:t>
      </w:r>
      <w:proofErr w:type="gramStart"/>
      <w:r w:rsidRPr="00A54CBC">
        <w:t>wrist band</w:t>
      </w:r>
      <w:proofErr w:type="gramEnd"/>
      <w:r w:rsidRPr="00A54CBC">
        <w:t xml:space="preserve"> </w:t>
      </w:r>
      <w:r>
        <w:t>to</w:t>
      </w:r>
      <w:r w:rsidRPr="00A54CBC">
        <w:t xml:space="preserve"> wear </w:t>
      </w:r>
      <w:r>
        <w:t>in camp</w:t>
      </w:r>
      <w:r w:rsidRPr="00A54CBC">
        <w:t xml:space="preserve">. Your </w:t>
      </w:r>
      <w:r>
        <w:t>group</w:t>
      </w:r>
      <w:r w:rsidRPr="00A54CBC">
        <w:t xml:space="preserve"> </w:t>
      </w:r>
      <w:r>
        <w:t>will</w:t>
      </w:r>
      <w:r w:rsidRPr="00A54CBC">
        <w:t xml:space="preserve"> be assigned </w:t>
      </w:r>
      <w:r>
        <w:t>to a campsite and escorted to your campsite</w:t>
      </w:r>
      <w:r w:rsidRPr="00A54CBC">
        <w:t>.</w:t>
      </w:r>
    </w:p>
    <w:p w14:paraId="54059A50" w14:textId="1C3945E9" w:rsidR="006F2A08" w:rsidRPr="007E51CB" w:rsidRDefault="005722A3" w:rsidP="006F2A08">
      <w:pPr>
        <w:pStyle w:val="Heading2"/>
        <w:rPr>
          <w:sz w:val="28"/>
          <w:szCs w:val="28"/>
        </w:rPr>
      </w:pPr>
      <w:r>
        <w:rPr>
          <w:sz w:val="28"/>
          <w:szCs w:val="28"/>
        </w:rPr>
        <w:t xml:space="preserve">Aquatics </w:t>
      </w:r>
    </w:p>
    <w:p w14:paraId="4DA6413D" w14:textId="7AD98FF0" w:rsidR="00B804E1" w:rsidRPr="007E51CB" w:rsidRDefault="00BC68D0">
      <w:pPr>
        <w:rPr>
          <w:sz w:val="24"/>
          <w:szCs w:val="24"/>
        </w:rPr>
      </w:pPr>
      <w:r w:rsidRPr="007E51CB">
        <w:rPr>
          <w:sz w:val="24"/>
          <w:szCs w:val="24"/>
        </w:rPr>
        <w:t>Swim checks are required for all Scouts participating in waterfront activities</w:t>
      </w:r>
      <w:r w:rsidR="003574AF" w:rsidRPr="007E51CB">
        <w:rPr>
          <w:sz w:val="24"/>
          <w:szCs w:val="24"/>
        </w:rPr>
        <w:t xml:space="preserve"> in the Beginner or Swimmer area of the swim beach. There will be water activities in the </w:t>
      </w:r>
      <w:proofErr w:type="gramStart"/>
      <w:r w:rsidR="003574AF" w:rsidRPr="007E51CB">
        <w:rPr>
          <w:sz w:val="24"/>
          <w:szCs w:val="24"/>
        </w:rPr>
        <w:t>Non-</w:t>
      </w:r>
      <w:r w:rsidR="00A14BB7" w:rsidRPr="007E51CB">
        <w:rPr>
          <w:sz w:val="24"/>
          <w:szCs w:val="24"/>
        </w:rPr>
        <w:t>swimmer</w:t>
      </w:r>
      <w:proofErr w:type="gramEnd"/>
      <w:r w:rsidR="00A14BB7" w:rsidRPr="007E51CB">
        <w:rPr>
          <w:sz w:val="24"/>
          <w:szCs w:val="24"/>
        </w:rPr>
        <w:t xml:space="preserve"> area for those the do not take the Swim test.</w:t>
      </w:r>
      <w:r w:rsidR="006276AD">
        <w:rPr>
          <w:sz w:val="24"/>
          <w:szCs w:val="24"/>
        </w:rPr>
        <w:t xml:space="preserve"> There will be </w:t>
      </w:r>
      <w:proofErr w:type="gramStart"/>
      <w:r w:rsidR="00A64AEF">
        <w:rPr>
          <w:sz w:val="24"/>
          <w:szCs w:val="24"/>
        </w:rPr>
        <w:t>opportunity</w:t>
      </w:r>
      <w:proofErr w:type="gramEnd"/>
      <w:r w:rsidR="00A64AEF">
        <w:rPr>
          <w:sz w:val="24"/>
          <w:szCs w:val="24"/>
        </w:rPr>
        <w:t xml:space="preserve"> for Cub Scout and AOL to work on aquatics related </w:t>
      </w:r>
      <w:r w:rsidR="00CC70B4">
        <w:rPr>
          <w:sz w:val="24"/>
          <w:szCs w:val="24"/>
        </w:rPr>
        <w:t xml:space="preserve">Adventures. </w:t>
      </w:r>
    </w:p>
    <w:p w14:paraId="7E219C7F" w14:textId="77777777" w:rsidR="00B804E1" w:rsidRPr="007E51CB" w:rsidRDefault="00BC68D0">
      <w:pPr>
        <w:pStyle w:val="Heading2"/>
        <w:rPr>
          <w:sz w:val="28"/>
          <w:szCs w:val="28"/>
        </w:rPr>
      </w:pPr>
      <w:r w:rsidRPr="007E51CB">
        <w:rPr>
          <w:sz w:val="28"/>
          <w:szCs w:val="28"/>
        </w:rPr>
        <w:t>Meals</w:t>
      </w:r>
    </w:p>
    <w:p w14:paraId="6A7D9E15" w14:textId="5D5003D0" w:rsidR="00B804E1" w:rsidRPr="007E51CB" w:rsidRDefault="00BC68D0">
      <w:pPr>
        <w:rPr>
          <w:sz w:val="24"/>
          <w:szCs w:val="24"/>
        </w:rPr>
      </w:pPr>
      <w:r w:rsidRPr="007E51CB">
        <w:rPr>
          <w:sz w:val="24"/>
          <w:szCs w:val="24"/>
        </w:rPr>
        <w:t xml:space="preserve">Meals are provided beginning with </w:t>
      </w:r>
      <w:r w:rsidR="00241CAF" w:rsidRPr="007E51CB">
        <w:rPr>
          <w:sz w:val="24"/>
          <w:szCs w:val="24"/>
        </w:rPr>
        <w:t>dinner</w:t>
      </w:r>
      <w:r w:rsidRPr="007E51CB">
        <w:rPr>
          <w:sz w:val="24"/>
          <w:szCs w:val="24"/>
        </w:rPr>
        <w:t xml:space="preserve"> on Day 1 and concluding </w:t>
      </w:r>
      <w:r w:rsidR="00241CAF" w:rsidRPr="007E51CB">
        <w:rPr>
          <w:sz w:val="24"/>
          <w:szCs w:val="24"/>
        </w:rPr>
        <w:t>dinner on Day 2 departure</w:t>
      </w:r>
      <w:r w:rsidRPr="007E51CB">
        <w:rPr>
          <w:sz w:val="24"/>
          <w:szCs w:val="24"/>
        </w:rPr>
        <w:t xml:space="preserve"> day. </w:t>
      </w:r>
      <w:r w:rsidR="00241CAF" w:rsidRPr="007E51CB">
        <w:rPr>
          <w:sz w:val="24"/>
          <w:szCs w:val="24"/>
        </w:rPr>
        <w:t xml:space="preserve">A grab and go breakfast will be available for those camping overnight on the second day.  </w:t>
      </w:r>
      <w:r w:rsidRPr="007E51CB">
        <w:rPr>
          <w:sz w:val="24"/>
          <w:szCs w:val="24"/>
        </w:rPr>
        <w:t xml:space="preserve">If you have dietary restrictions, please </w:t>
      </w:r>
      <w:r w:rsidR="00241CAF" w:rsidRPr="007E51CB">
        <w:rPr>
          <w:sz w:val="24"/>
          <w:szCs w:val="24"/>
        </w:rPr>
        <w:t>be sure to</w:t>
      </w:r>
      <w:r w:rsidRPr="007E51CB">
        <w:rPr>
          <w:sz w:val="24"/>
          <w:szCs w:val="24"/>
        </w:rPr>
        <w:t xml:space="preserve"> </w:t>
      </w:r>
      <w:r w:rsidR="00241CAF" w:rsidRPr="007E51CB">
        <w:rPr>
          <w:sz w:val="24"/>
          <w:szCs w:val="24"/>
        </w:rPr>
        <w:t xml:space="preserve">include them when you register for the event. </w:t>
      </w:r>
    </w:p>
    <w:p w14:paraId="702685D6" w14:textId="77777777" w:rsidR="00B804E1" w:rsidRPr="007E51CB" w:rsidRDefault="00BC68D0">
      <w:pPr>
        <w:pStyle w:val="Heading2"/>
        <w:rPr>
          <w:sz w:val="28"/>
          <w:szCs w:val="28"/>
        </w:rPr>
      </w:pPr>
      <w:r w:rsidRPr="007E51CB">
        <w:rPr>
          <w:sz w:val="28"/>
          <w:szCs w:val="28"/>
        </w:rPr>
        <w:t>Leadership Requirements</w:t>
      </w:r>
    </w:p>
    <w:p w14:paraId="10E94666" w14:textId="766DB874" w:rsidR="00B804E1" w:rsidRPr="007E51CB" w:rsidRDefault="00241CAF">
      <w:pPr>
        <w:rPr>
          <w:sz w:val="24"/>
          <w:szCs w:val="24"/>
        </w:rPr>
      </w:pPr>
      <w:r w:rsidRPr="007E51CB">
        <w:rPr>
          <w:sz w:val="24"/>
          <w:szCs w:val="24"/>
        </w:rPr>
        <w:t>This event is open Cub Packs</w:t>
      </w:r>
      <w:r w:rsidR="00627BD2" w:rsidRPr="007E51CB">
        <w:rPr>
          <w:sz w:val="24"/>
          <w:szCs w:val="24"/>
        </w:rPr>
        <w:t xml:space="preserve"> Lions </w:t>
      </w:r>
      <w:proofErr w:type="gramStart"/>
      <w:r w:rsidR="00627BD2" w:rsidRPr="007E51CB">
        <w:rPr>
          <w:sz w:val="24"/>
          <w:szCs w:val="24"/>
        </w:rPr>
        <w:t>thru</w:t>
      </w:r>
      <w:proofErr w:type="gramEnd"/>
      <w:r w:rsidR="00627BD2" w:rsidRPr="007E51CB">
        <w:rPr>
          <w:sz w:val="24"/>
          <w:szCs w:val="24"/>
        </w:rPr>
        <w:t xml:space="preserve"> AOL and </w:t>
      </w:r>
      <w:r w:rsidRPr="007E51CB">
        <w:rPr>
          <w:sz w:val="24"/>
          <w:szCs w:val="24"/>
        </w:rPr>
        <w:t xml:space="preserve">to individual Cub Scout families (all children attending must be Cub Scout age, 5-11). Packs must provide a minimum of two registered adult leaders and maintain a ratio of 1 adult per 4 Scouts. </w:t>
      </w:r>
      <w:r w:rsidRPr="007E51CB">
        <w:rPr>
          <w:sz w:val="24"/>
          <w:szCs w:val="24"/>
        </w:rPr>
        <w:br/>
        <w:t>Lions and Tigers must attend with their adult partner.</w:t>
      </w:r>
      <w:r w:rsidRPr="007E51CB">
        <w:rPr>
          <w:sz w:val="24"/>
          <w:szCs w:val="24"/>
        </w:rPr>
        <w:br/>
        <w:t xml:space="preserve">Siblings may attend with a parent. Packs with siblings attending must maintain leadership ratios. </w:t>
      </w:r>
    </w:p>
    <w:p w14:paraId="603E8102" w14:textId="77777777" w:rsidR="00B804E1" w:rsidRPr="007E51CB" w:rsidRDefault="00BC68D0">
      <w:pPr>
        <w:pStyle w:val="Heading2"/>
        <w:rPr>
          <w:sz w:val="28"/>
          <w:szCs w:val="28"/>
        </w:rPr>
      </w:pPr>
      <w:r w:rsidRPr="007E51CB">
        <w:rPr>
          <w:sz w:val="28"/>
          <w:szCs w:val="28"/>
        </w:rPr>
        <w:t>What to Bring</w:t>
      </w:r>
    </w:p>
    <w:p w14:paraId="58E80E47" w14:textId="77777777" w:rsidR="00B804E1" w:rsidRPr="007E51CB" w:rsidRDefault="00BC68D0">
      <w:pPr>
        <w:rPr>
          <w:sz w:val="24"/>
          <w:szCs w:val="24"/>
        </w:rPr>
      </w:pPr>
      <w:r w:rsidRPr="007E51CB">
        <w:rPr>
          <w:sz w:val="24"/>
          <w:szCs w:val="24"/>
        </w:rPr>
        <w:t>Day Backpack</w:t>
      </w:r>
      <w:r w:rsidRPr="007E51CB">
        <w:rPr>
          <w:sz w:val="24"/>
          <w:szCs w:val="24"/>
        </w:rPr>
        <w:br/>
        <w:t>Water Bottle</w:t>
      </w:r>
      <w:r w:rsidRPr="007E51CB">
        <w:rPr>
          <w:sz w:val="24"/>
          <w:szCs w:val="24"/>
        </w:rPr>
        <w:br/>
        <w:t>Closed-Toed Shoes</w:t>
      </w:r>
      <w:r w:rsidRPr="007E51CB">
        <w:rPr>
          <w:sz w:val="24"/>
          <w:szCs w:val="24"/>
        </w:rPr>
        <w:br/>
        <w:t>Swim Attire</w:t>
      </w:r>
      <w:r w:rsidRPr="007E51CB">
        <w:rPr>
          <w:sz w:val="24"/>
          <w:szCs w:val="24"/>
        </w:rPr>
        <w:br/>
        <w:t>Tent</w:t>
      </w:r>
      <w:r w:rsidRPr="007E51CB">
        <w:rPr>
          <w:sz w:val="24"/>
          <w:szCs w:val="24"/>
        </w:rPr>
        <w:br/>
        <w:t>Sleeping Bag &amp; Pillow</w:t>
      </w:r>
      <w:r w:rsidRPr="007E51CB">
        <w:rPr>
          <w:sz w:val="24"/>
          <w:szCs w:val="24"/>
        </w:rPr>
        <w:br/>
        <w:t>Change of Clothes</w:t>
      </w:r>
      <w:r w:rsidRPr="007E51CB">
        <w:rPr>
          <w:sz w:val="24"/>
          <w:szCs w:val="24"/>
        </w:rPr>
        <w:br/>
        <w:t>Toiletries</w:t>
      </w:r>
      <w:r w:rsidRPr="007E51CB">
        <w:rPr>
          <w:sz w:val="24"/>
          <w:szCs w:val="24"/>
        </w:rPr>
        <w:br/>
        <w:t>Rain Gear</w:t>
      </w:r>
      <w:r w:rsidRPr="007E51CB">
        <w:rPr>
          <w:sz w:val="24"/>
          <w:szCs w:val="24"/>
        </w:rPr>
        <w:br/>
        <w:t>Flashlight</w:t>
      </w:r>
      <w:r w:rsidRPr="007E51CB">
        <w:rPr>
          <w:sz w:val="24"/>
          <w:szCs w:val="24"/>
        </w:rPr>
        <w:br/>
        <w:t>Field Uniform &amp; Activity T-Shirt</w:t>
      </w:r>
      <w:r w:rsidRPr="007E51CB">
        <w:rPr>
          <w:sz w:val="24"/>
          <w:szCs w:val="24"/>
        </w:rPr>
        <w:br/>
      </w:r>
    </w:p>
    <w:p w14:paraId="5978B0DA" w14:textId="77777777" w:rsidR="00B804E1" w:rsidRPr="007E51CB" w:rsidRDefault="00BC68D0">
      <w:pPr>
        <w:pStyle w:val="Heading2"/>
        <w:rPr>
          <w:sz w:val="28"/>
          <w:szCs w:val="28"/>
        </w:rPr>
      </w:pPr>
      <w:r w:rsidRPr="007E51CB">
        <w:rPr>
          <w:sz w:val="28"/>
          <w:szCs w:val="28"/>
        </w:rPr>
        <w:lastRenderedPageBreak/>
        <w:t>Pricing</w:t>
      </w:r>
    </w:p>
    <w:tbl>
      <w:tblPr>
        <w:tblStyle w:val="TableGrid"/>
        <w:tblW w:w="0" w:type="auto"/>
        <w:jc w:val="center"/>
        <w:tblLook w:val="04A0" w:firstRow="1" w:lastRow="0" w:firstColumn="1" w:lastColumn="0" w:noHBand="0" w:noVBand="1"/>
      </w:tblPr>
      <w:tblGrid>
        <w:gridCol w:w="2886"/>
        <w:gridCol w:w="2861"/>
        <w:gridCol w:w="2883"/>
      </w:tblGrid>
      <w:tr w:rsidR="0036134D" w:rsidRPr="007E51CB" w14:paraId="20156979" w14:textId="77777777" w:rsidTr="0036134D">
        <w:trPr>
          <w:trHeight w:val="440"/>
          <w:jc w:val="center"/>
        </w:trPr>
        <w:tc>
          <w:tcPr>
            <w:tcW w:w="2952" w:type="dxa"/>
            <w:vAlign w:val="center"/>
          </w:tcPr>
          <w:p w14:paraId="7C2E655B" w14:textId="7A83B85C" w:rsidR="0036134D" w:rsidRPr="007E51CB" w:rsidRDefault="0036134D">
            <w:pPr>
              <w:rPr>
                <w:sz w:val="24"/>
                <w:szCs w:val="24"/>
              </w:rPr>
            </w:pPr>
            <w:r w:rsidRPr="007E51CB">
              <w:rPr>
                <w:sz w:val="24"/>
                <w:szCs w:val="24"/>
              </w:rPr>
              <w:t>Participant</w:t>
            </w:r>
          </w:p>
        </w:tc>
        <w:tc>
          <w:tcPr>
            <w:tcW w:w="2952" w:type="dxa"/>
            <w:vAlign w:val="center"/>
          </w:tcPr>
          <w:p w14:paraId="1AF34B46" w14:textId="6CB30568" w:rsidR="0036134D" w:rsidRPr="007E51CB" w:rsidRDefault="0036134D">
            <w:pPr>
              <w:rPr>
                <w:sz w:val="24"/>
                <w:szCs w:val="24"/>
              </w:rPr>
            </w:pPr>
            <w:r w:rsidRPr="007E51CB">
              <w:rPr>
                <w:sz w:val="24"/>
                <w:szCs w:val="24"/>
              </w:rPr>
              <w:t>Price for Day 1 &amp; 2</w:t>
            </w:r>
          </w:p>
        </w:tc>
        <w:tc>
          <w:tcPr>
            <w:tcW w:w="2952" w:type="dxa"/>
            <w:vAlign w:val="center"/>
          </w:tcPr>
          <w:p w14:paraId="029B6F9C" w14:textId="760DA1A9" w:rsidR="0036134D" w:rsidRPr="007E51CB" w:rsidRDefault="0036134D">
            <w:pPr>
              <w:rPr>
                <w:sz w:val="24"/>
                <w:szCs w:val="24"/>
              </w:rPr>
            </w:pPr>
            <w:r w:rsidRPr="007E51CB">
              <w:rPr>
                <w:sz w:val="24"/>
                <w:szCs w:val="24"/>
              </w:rPr>
              <w:t>Price for Day 2 Overnight</w:t>
            </w:r>
          </w:p>
        </w:tc>
      </w:tr>
      <w:tr w:rsidR="0036134D" w:rsidRPr="007E51CB" w14:paraId="01FBBF78" w14:textId="77777777" w:rsidTr="0036134D">
        <w:trPr>
          <w:trHeight w:val="440"/>
          <w:jc w:val="center"/>
        </w:trPr>
        <w:tc>
          <w:tcPr>
            <w:tcW w:w="2952" w:type="dxa"/>
            <w:vAlign w:val="center"/>
          </w:tcPr>
          <w:p w14:paraId="707C0A78" w14:textId="08FDF460" w:rsidR="0036134D" w:rsidRPr="007E51CB" w:rsidRDefault="0036134D">
            <w:pPr>
              <w:rPr>
                <w:sz w:val="24"/>
                <w:szCs w:val="24"/>
              </w:rPr>
            </w:pPr>
            <w:r w:rsidRPr="007E51CB">
              <w:rPr>
                <w:sz w:val="24"/>
                <w:szCs w:val="24"/>
              </w:rPr>
              <w:t>Cub Scout or Sibling</w:t>
            </w:r>
          </w:p>
        </w:tc>
        <w:tc>
          <w:tcPr>
            <w:tcW w:w="2952" w:type="dxa"/>
            <w:vAlign w:val="center"/>
          </w:tcPr>
          <w:p w14:paraId="61AA8152" w14:textId="084698BF" w:rsidR="0036134D" w:rsidRPr="007E51CB" w:rsidRDefault="0036134D" w:rsidP="0036134D">
            <w:pPr>
              <w:jc w:val="center"/>
              <w:rPr>
                <w:sz w:val="24"/>
                <w:szCs w:val="24"/>
              </w:rPr>
            </w:pPr>
            <w:r w:rsidRPr="007E51CB">
              <w:rPr>
                <w:sz w:val="24"/>
                <w:szCs w:val="24"/>
              </w:rPr>
              <w:t>$155</w:t>
            </w:r>
          </w:p>
        </w:tc>
        <w:tc>
          <w:tcPr>
            <w:tcW w:w="2952" w:type="dxa"/>
            <w:vAlign w:val="center"/>
          </w:tcPr>
          <w:p w14:paraId="65301DFF" w14:textId="5F409B9A" w:rsidR="0036134D" w:rsidRPr="007E51CB" w:rsidRDefault="0036134D" w:rsidP="0036134D">
            <w:pPr>
              <w:jc w:val="center"/>
              <w:rPr>
                <w:sz w:val="24"/>
                <w:szCs w:val="24"/>
              </w:rPr>
            </w:pPr>
            <w:r w:rsidRPr="007E51CB">
              <w:rPr>
                <w:sz w:val="24"/>
                <w:szCs w:val="24"/>
              </w:rPr>
              <w:t>$20</w:t>
            </w:r>
          </w:p>
        </w:tc>
      </w:tr>
      <w:tr w:rsidR="0036134D" w:rsidRPr="007E51CB" w14:paraId="79B9B1D3" w14:textId="77777777" w:rsidTr="0036134D">
        <w:trPr>
          <w:trHeight w:val="440"/>
          <w:jc w:val="center"/>
        </w:trPr>
        <w:tc>
          <w:tcPr>
            <w:tcW w:w="2952" w:type="dxa"/>
            <w:vAlign w:val="center"/>
          </w:tcPr>
          <w:p w14:paraId="31ED0D6D" w14:textId="17A80626" w:rsidR="0036134D" w:rsidRPr="007E51CB" w:rsidRDefault="0036134D">
            <w:pPr>
              <w:rPr>
                <w:sz w:val="24"/>
                <w:szCs w:val="24"/>
              </w:rPr>
            </w:pPr>
            <w:r w:rsidRPr="007E51CB">
              <w:rPr>
                <w:sz w:val="24"/>
                <w:szCs w:val="24"/>
              </w:rPr>
              <w:t>Adult</w:t>
            </w:r>
          </w:p>
        </w:tc>
        <w:tc>
          <w:tcPr>
            <w:tcW w:w="2952" w:type="dxa"/>
            <w:vAlign w:val="center"/>
          </w:tcPr>
          <w:p w14:paraId="6E28D63B" w14:textId="0B5F03DD" w:rsidR="0036134D" w:rsidRPr="007E51CB" w:rsidRDefault="0036134D" w:rsidP="0036134D">
            <w:pPr>
              <w:jc w:val="center"/>
              <w:rPr>
                <w:sz w:val="24"/>
                <w:szCs w:val="24"/>
              </w:rPr>
            </w:pPr>
            <w:r w:rsidRPr="007E51CB">
              <w:rPr>
                <w:sz w:val="24"/>
                <w:szCs w:val="24"/>
              </w:rPr>
              <w:t>$110</w:t>
            </w:r>
          </w:p>
        </w:tc>
        <w:tc>
          <w:tcPr>
            <w:tcW w:w="2952" w:type="dxa"/>
            <w:vAlign w:val="center"/>
          </w:tcPr>
          <w:p w14:paraId="2FAF78CA" w14:textId="2B6B5B7F" w:rsidR="0036134D" w:rsidRPr="007E51CB" w:rsidRDefault="0036134D" w:rsidP="0036134D">
            <w:pPr>
              <w:jc w:val="center"/>
              <w:rPr>
                <w:sz w:val="24"/>
                <w:szCs w:val="24"/>
              </w:rPr>
            </w:pPr>
            <w:r w:rsidRPr="007E51CB">
              <w:rPr>
                <w:sz w:val="24"/>
                <w:szCs w:val="24"/>
              </w:rPr>
              <w:t>No Additional fee</w:t>
            </w:r>
          </w:p>
        </w:tc>
      </w:tr>
    </w:tbl>
    <w:p w14:paraId="06258D17" w14:textId="407D39CA" w:rsidR="00B804E1" w:rsidRPr="007E51CB" w:rsidRDefault="00BC68D0">
      <w:pPr>
        <w:rPr>
          <w:sz w:val="24"/>
          <w:szCs w:val="24"/>
        </w:rPr>
      </w:pPr>
      <w:r w:rsidRPr="007E51CB">
        <w:rPr>
          <w:sz w:val="24"/>
          <w:szCs w:val="24"/>
        </w:rPr>
        <w:br/>
      </w:r>
    </w:p>
    <w:p w14:paraId="74DF517D" w14:textId="11F2800C" w:rsidR="00D37E48" w:rsidRDefault="00D37E48">
      <w:pPr>
        <w:pStyle w:val="Heading2"/>
        <w:rPr>
          <w:sz w:val="28"/>
          <w:szCs w:val="28"/>
        </w:rPr>
      </w:pPr>
      <w:r>
        <w:rPr>
          <w:sz w:val="28"/>
          <w:szCs w:val="28"/>
        </w:rPr>
        <w:t>Buddy System</w:t>
      </w:r>
      <w:r>
        <w:rPr>
          <w:sz w:val="28"/>
          <w:szCs w:val="28"/>
        </w:rPr>
        <w:br/>
      </w:r>
      <w:r w:rsidRPr="00D37E48">
        <w:rPr>
          <w:rFonts w:asciiTheme="minorHAnsi" w:hAnsiTheme="minorHAnsi"/>
          <w:b w:val="0"/>
          <w:bCs w:val="0"/>
          <w:color w:val="auto"/>
          <w:sz w:val="24"/>
          <w:szCs w:val="24"/>
        </w:rPr>
        <w:t xml:space="preserve">The buddy system is to be </w:t>
      </w:r>
      <w:proofErr w:type="gramStart"/>
      <w:r w:rsidRPr="00D37E48">
        <w:rPr>
          <w:rFonts w:asciiTheme="minorHAnsi" w:hAnsiTheme="minorHAnsi"/>
          <w:b w:val="0"/>
          <w:bCs w:val="0"/>
          <w:color w:val="auto"/>
          <w:sz w:val="24"/>
          <w:szCs w:val="24"/>
        </w:rPr>
        <w:t>used at al</w:t>
      </w:r>
      <w:r>
        <w:rPr>
          <w:rFonts w:asciiTheme="minorHAnsi" w:hAnsiTheme="minorHAnsi"/>
          <w:b w:val="0"/>
          <w:bCs w:val="0"/>
          <w:color w:val="auto"/>
          <w:sz w:val="24"/>
          <w:szCs w:val="24"/>
        </w:rPr>
        <w:t>l</w:t>
      </w:r>
      <w:r w:rsidRPr="00D37E48">
        <w:rPr>
          <w:rFonts w:asciiTheme="minorHAnsi" w:hAnsiTheme="minorHAnsi"/>
          <w:b w:val="0"/>
          <w:bCs w:val="0"/>
          <w:color w:val="auto"/>
          <w:sz w:val="24"/>
          <w:szCs w:val="24"/>
        </w:rPr>
        <w:t xml:space="preserve"> times</w:t>
      </w:r>
      <w:proofErr w:type="gramEnd"/>
      <w:r w:rsidRPr="00D37E48">
        <w:rPr>
          <w:rFonts w:asciiTheme="minorHAnsi" w:hAnsiTheme="minorHAnsi"/>
          <w:b w:val="0"/>
          <w:bCs w:val="0"/>
          <w:color w:val="auto"/>
          <w:sz w:val="24"/>
          <w:szCs w:val="24"/>
        </w:rPr>
        <w:t xml:space="preserve"> while on camp property. Please review the buddy system guidelines with your Troop before attending camp. With the nature of </w:t>
      </w:r>
      <w:proofErr w:type="gramStart"/>
      <w:r w:rsidRPr="00D37E48">
        <w:rPr>
          <w:rFonts w:asciiTheme="minorHAnsi" w:hAnsiTheme="minorHAnsi"/>
          <w:b w:val="0"/>
          <w:bCs w:val="0"/>
          <w:color w:val="auto"/>
          <w:sz w:val="24"/>
          <w:szCs w:val="24"/>
        </w:rPr>
        <w:t>open programming</w:t>
      </w:r>
      <w:proofErr w:type="gramEnd"/>
      <w:r w:rsidRPr="00D37E48">
        <w:rPr>
          <w:rFonts w:asciiTheme="minorHAnsi" w:hAnsiTheme="minorHAnsi"/>
          <w:b w:val="0"/>
          <w:bCs w:val="0"/>
          <w:color w:val="auto"/>
          <w:sz w:val="24"/>
          <w:szCs w:val="24"/>
        </w:rPr>
        <w:t>, special attention needs to be paid to ensure a l Scouts are prepared!</w:t>
      </w:r>
    </w:p>
    <w:p w14:paraId="13673849" w14:textId="25C4ECD5" w:rsidR="006466D7" w:rsidRDefault="006466D7">
      <w:pPr>
        <w:pStyle w:val="Heading2"/>
        <w:rPr>
          <w:sz w:val="28"/>
          <w:szCs w:val="28"/>
        </w:rPr>
      </w:pPr>
      <w:r>
        <w:rPr>
          <w:sz w:val="28"/>
          <w:szCs w:val="28"/>
        </w:rPr>
        <w:t>Wi-Fi and Internet</w:t>
      </w:r>
      <w:r>
        <w:rPr>
          <w:sz w:val="28"/>
          <w:szCs w:val="28"/>
        </w:rPr>
        <w:br/>
      </w:r>
      <w:r w:rsidRPr="006466D7">
        <w:rPr>
          <w:rFonts w:asciiTheme="minorHAnsi" w:hAnsiTheme="minorHAnsi"/>
          <w:b w:val="0"/>
          <w:bCs w:val="0"/>
          <w:color w:val="auto"/>
          <w:sz w:val="24"/>
          <w:szCs w:val="24"/>
        </w:rPr>
        <w:t>If adult leader needs wi-fi we may provide access on a limited basis. Reach out to the camp director or camp commissioner if needed.</w:t>
      </w:r>
    </w:p>
    <w:p w14:paraId="6A5F4A7A" w14:textId="18691C16" w:rsidR="007D7BB8" w:rsidRDefault="007D7BB8">
      <w:pPr>
        <w:pStyle w:val="Heading2"/>
        <w:rPr>
          <w:sz w:val="28"/>
          <w:szCs w:val="28"/>
        </w:rPr>
      </w:pPr>
      <w:r>
        <w:rPr>
          <w:sz w:val="28"/>
          <w:szCs w:val="28"/>
        </w:rPr>
        <w:t>Departure</w:t>
      </w:r>
      <w:r w:rsidR="00164BDE">
        <w:rPr>
          <w:sz w:val="28"/>
          <w:szCs w:val="28"/>
        </w:rPr>
        <w:t xml:space="preserve">s from Camp other than </w:t>
      </w:r>
      <w:r w:rsidR="00040352">
        <w:rPr>
          <w:sz w:val="28"/>
          <w:szCs w:val="28"/>
        </w:rPr>
        <w:t>program scheduled check out</w:t>
      </w:r>
      <w:r w:rsidR="00040352">
        <w:rPr>
          <w:sz w:val="28"/>
          <w:szCs w:val="28"/>
        </w:rPr>
        <w:br/>
      </w:r>
      <w:r w:rsidR="00040352" w:rsidRPr="0082425A">
        <w:rPr>
          <w:rFonts w:ascii="Cambria" w:hAnsi="Cambria" w:cstheme="majorHAnsi"/>
          <w:b w:val="0"/>
          <w:bCs w:val="0"/>
          <w:color w:val="auto"/>
          <w:sz w:val="24"/>
          <w:szCs w:val="24"/>
        </w:rPr>
        <w:t>A</w:t>
      </w:r>
      <w:r w:rsidR="0082425A">
        <w:rPr>
          <w:rFonts w:ascii="Cambria" w:hAnsi="Cambria" w:cstheme="majorHAnsi"/>
          <w:b w:val="0"/>
          <w:bCs w:val="0"/>
          <w:color w:val="auto"/>
          <w:sz w:val="24"/>
          <w:szCs w:val="24"/>
        </w:rPr>
        <w:t>l</w:t>
      </w:r>
      <w:r w:rsidR="00040352" w:rsidRPr="0082425A">
        <w:rPr>
          <w:rFonts w:ascii="Cambria" w:hAnsi="Cambria" w:cstheme="majorHAnsi"/>
          <w:b w:val="0"/>
          <w:bCs w:val="0"/>
          <w:color w:val="auto"/>
          <w:sz w:val="24"/>
          <w:szCs w:val="24"/>
        </w:rPr>
        <w:t xml:space="preserve">l Scouts and </w:t>
      </w:r>
      <w:r w:rsidR="0082425A">
        <w:rPr>
          <w:rFonts w:ascii="Cambria" w:hAnsi="Cambria" w:cstheme="majorHAnsi"/>
          <w:b w:val="0"/>
          <w:bCs w:val="0"/>
          <w:color w:val="auto"/>
          <w:sz w:val="24"/>
          <w:szCs w:val="24"/>
        </w:rPr>
        <w:t>Adults</w:t>
      </w:r>
      <w:r w:rsidR="00040352" w:rsidRPr="0082425A">
        <w:rPr>
          <w:rFonts w:ascii="Cambria" w:hAnsi="Cambria" w:cstheme="majorHAnsi"/>
          <w:b w:val="0"/>
          <w:bCs w:val="0"/>
          <w:color w:val="auto"/>
          <w:sz w:val="24"/>
          <w:szCs w:val="24"/>
        </w:rPr>
        <w:t xml:space="preserve"> are reminded they must sign out and back in each time they leave and return to camp. Sign In / Out using the Check In / Check Out </w:t>
      </w:r>
      <w:proofErr w:type="gramStart"/>
      <w:r w:rsidR="00040352" w:rsidRPr="0082425A">
        <w:rPr>
          <w:rFonts w:ascii="Cambria" w:hAnsi="Cambria" w:cstheme="majorHAnsi"/>
          <w:b w:val="0"/>
          <w:bCs w:val="0"/>
          <w:color w:val="auto"/>
          <w:sz w:val="24"/>
          <w:szCs w:val="24"/>
        </w:rPr>
        <w:t>Log Book</w:t>
      </w:r>
      <w:proofErr w:type="gramEnd"/>
      <w:r w:rsidR="00040352" w:rsidRPr="0082425A">
        <w:rPr>
          <w:rFonts w:ascii="Cambria" w:hAnsi="Cambria" w:cstheme="majorHAnsi"/>
          <w:b w:val="0"/>
          <w:bCs w:val="0"/>
          <w:color w:val="auto"/>
          <w:sz w:val="24"/>
          <w:szCs w:val="24"/>
        </w:rPr>
        <w:t>, located in the Camp Office. ANY Scout leaving camp must be signed out at the office and that individual MUST be indicated as "approved" to take that Scout out of camp in Part A of the Health Form. Anyone not listed in Part A as "approved" wi</w:t>
      </w:r>
      <w:r w:rsidR="0082425A">
        <w:rPr>
          <w:rFonts w:ascii="Cambria" w:hAnsi="Cambria" w:cstheme="majorHAnsi"/>
          <w:b w:val="0"/>
          <w:bCs w:val="0"/>
          <w:color w:val="auto"/>
          <w:sz w:val="24"/>
          <w:szCs w:val="24"/>
        </w:rPr>
        <w:t>l</w:t>
      </w:r>
      <w:r w:rsidR="00040352" w:rsidRPr="0082425A">
        <w:rPr>
          <w:rFonts w:ascii="Cambria" w:hAnsi="Cambria" w:cstheme="majorHAnsi"/>
          <w:b w:val="0"/>
          <w:bCs w:val="0"/>
          <w:color w:val="auto"/>
          <w:sz w:val="24"/>
          <w:szCs w:val="24"/>
        </w:rPr>
        <w:t>l not be able to take that Scout out of camp without parental consent. No exceptions wi</w:t>
      </w:r>
      <w:r w:rsidR="0082425A">
        <w:rPr>
          <w:rFonts w:ascii="Cambria" w:hAnsi="Cambria" w:cstheme="majorHAnsi"/>
          <w:b w:val="0"/>
          <w:bCs w:val="0"/>
          <w:color w:val="auto"/>
          <w:sz w:val="24"/>
          <w:szCs w:val="24"/>
        </w:rPr>
        <w:t>l</w:t>
      </w:r>
      <w:r w:rsidR="00040352" w:rsidRPr="0082425A">
        <w:rPr>
          <w:rFonts w:ascii="Cambria" w:hAnsi="Cambria" w:cstheme="majorHAnsi"/>
          <w:b w:val="0"/>
          <w:bCs w:val="0"/>
          <w:color w:val="auto"/>
          <w:sz w:val="24"/>
          <w:szCs w:val="24"/>
        </w:rPr>
        <w:t>l be made.</w:t>
      </w:r>
    </w:p>
    <w:p w14:paraId="7C86727C" w14:textId="437E3186" w:rsidR="00177DD1" w:rsidRDefault="00177DD1">
      <w:pPr>
        <w:pStyle w:val="Heading2"/>
        <w:rPr>
          <w:sz w:val="28"/>
          <w:szCs w:val="28"/>
        </w:rPr>
      </w:pPr>
      <w:r>
        <w:rPr>
          <w:sz w:val="28"/>
          <w:szCs w:val="28"/>
        </w:rPr>
        <w:t>B</w:t>
      </w:r>
      <w:r w:rsidR="00F27FDD">
        <w:rPr>
          <w:sz w:val="28"/>
          <w:szCs w:val="28"/>
        </w:rPr>
        <w:t>icycles and Service Animals</w:t>
      </w:r>
    </w:p>
    <w:p w14:paraId="127E5A0A" w14:textId="3434127E" w:rsidR="00F27FDD" w:rsidRPr="00F27FDD" w:rsidRDefault="00F27FDD" w:rsidP="00F27FDD">
      <w:r w:rsidRPr="00F27FDD">
        <w:t xml:space="preserve">Bicycles are not permitted as a means of regular transportation around camp. No pets are a lowed at camp, </w:t>
      </w:r>
      <w:proofErr w:type="gramStart"/>
      <w:r w:rsidRPr="00F27FDD">
        <w:t>with the exception of</w:t>
      </w:r>
      <w:proofErr w:type="gramEnd"/>
      <w:r w:rsidRPr="00F27FDD">
        <w:t xml:space="preserve"> service animals.</w:t>
      </w:r>
    </w:p>
    <w:p w14:paraId="3D731DDD" w14:textId="1136C093" w:rsidR="00B804E1" w:rsidRPr="007E51CB" w:rsidRDefault="00BC68D0">
      <w:pPr>
        <w:pStyle w:val="Heading2"/>
        <w:rPr>
          <w:sz w:val="28"/>
          <w:szCs w:val="28"/>
        </w:rPr>
      </w:pPr>
      <w:r w:rsidRPr="007E51CB">
        <w:rPr>
          <w:sz w:val="28"/>
          <w:szCs w:val="28"/>
        </w:rPr>
        <w:t>National Accreditation</w:t>
      </w:r>
    </w:p>
    <w:p w14:paraId="044D877F" w14:textId="77777777" w:rsidR="00B804E1" w:rsidRPr="007E51CB" w:rsidRDefault="00BC68D0">
      <w:pPr>
        <w:rPr>
          <w:sz w:val="24"/>
          <w:szCs w:val="24"/>
        </w:rPr>
      </w:pPr>
      <w:r w:rsidRPr="007E51CB">
        <w:rPr>
          <w:sz w:val="24"/>
          <w:szCs w:val="24"/>
        </w:rPr>
        <w:t>The Glacier’s Edge Council Cub Scout Summer Camp at Ed Bryant Scout Reservation is a Nationally Accredited Camp.</w:t>
      </w:r>
    </w:p>
    <w:p w14:paraId="2D53CF4E" w14:textId="77777777" w:rsidR="00B804E1" w:rsidRPr="001F6C45" w:rsidRDefault="00BC68D0">
      <w:pPr>
        <w:pStyle w:val="Heading2"/>
        <w:rPr>
          <w:sz w:val="28"/>
          <w:szCs w:val="28"/>
        </w:rPr>
      </w:pPr>
      <w:r w:rsidRPr="001F6C45">
        <w:rPr>
          <w:sz w:val="28"/>
          <w:szCs w:val="28"/>
        </w:rPr>
        <w:t>Non-Discrimination Statement</w:t>
      </w:r>
    </w:p>
    <w:p w14:paraId="0344B7B6" w14:textId="74A2492E" w:rsidR="00B804E1" w:rsidRPr="007E51CB" w:rsidRDefault="00BC68D0">
      <w:pPr>
        <w:rPr>
          <w:sz w:val="24"/>
          <w:szCs w:val="24"/>
        </w:rPr>
      </w:pPr>
      <w:r w:rsidRPr="007E51CB">
        <w:rPr>
          <w:sz w:val="24"/>
          <w:szCs w:val="24"/>
        </w:rPr>
        <w:t>In the operation of the summer camp program, no child will be discriminated against because of race, sex, color, national origin, age, or handicap. Any person who believes that a child has been discriminated against in any USDA related activity should write immediately to the Secretary of Agriculture, Washington, D.C.</w:t>
      </w:r>
    </w:p>
    <w:sectPr w:rsidR="00B804E1" w:rsidRPr="007E51C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9831491"/>
    <w:multiLevelType w:val="hybridMultilevel"/>
    <w:tmpl w:val="5802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73477">
    <w:abstractNumId w:val="8"/>
  </w:num>
  <w:num w:numId="2" w16cid:durableId="789134088">
    <w:abstractNumId w:val="6"/>
  </w:num>
  <w:num w:numId="3" w16cid:durableId="552155124">
    <w:abstractNumId w:val="5"/>
  </w:num>
  <w:num w:numId="4" w16cid:durableId="1396009996">
    <w:abstractNumId w:val="4"/>
  </w:num>
  <w:num w:numId="5" w16cid:durableId="951979232">
    <w:abstractNumId w:val="7"/>
  </w:num>
  <w:num w:numId="6" w16cid:durableId="113722070">
    <w:abstractNumId w:val="3"/>
  </w:num>
  <w:num w:numId="7" w16cid:durableId="2065331357">
    <w:abstractNumId w:val="2"/>
  </w:num>
  <w:num w:numId="8" w16cid:durableId="313798120">
    <w:abstractNumId w:val="1"/>
  </w:num>
  <w:num w:numId="9" w16cid:durableId="813524820">
    <w:abstractNumId w:val="0"/>
  </w:num>
  <w:num w:numId="10" w16cid:durableId="19441926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0352"/>
    <w:rsid w:val="0006063C"/>
    <w:rsid w:val="00063FFE"/>
    <w:rsid w:val="00071DFB"/>
    <w:rsid w:val="00072E31"/>
    <w:rsid w:val="0012381D"/>
    <w:rsid w:val="00125D37"/>
    <w:rsid w:val="0015074B"/>
    <w:rsid w:val="00164BDE"/>
    <w:rsid w:val="00177DD1"/>
    <w:rsid w:val="001A0DBF"/>
    <w:rsid w:val="001D240F"/>
    <w:rsid w:val="001F3C65"/>
    <w:rsid w:val="001F6C45"/>
    <w:rsid w:val="00224572"/>
    <w:rsid w:val="00241CAF"/>
    <w:rsid w:val="00255957"/>
    <w:rsid w:val="0029639D"/>
    <w:rsid w:val="002C1699"/>
    <w:rsid w:val="00326F90"/>
    <w:rsid w:val="003413A5"/>
    <w:rsid w:val="003574AF"/>
    <w:rsid w:val="0036134D"/>
    <w:rsid w:val="00377428"/>
    <w:rsid w:val="003863D1"/>
    <w:rsid w:val="003C54DB"/>
    <w:rsid w:val="004C56AD"/>
    <w:rsid w:val="005722A3"/>
    <w:rsid w:val="005C0DB4"/>
    <w:rsid w:val="006165BC"/>
    <w:rsid w:val="006276AD"/>
    <w:rsid w:val="00627BD2"/>
    <w:rsid w:val="006466D7"/>
    <w:rsid w:val="006A6F3E"/>
    <w:rsid w:val="006E0041"/>
    <w:rsid w:val="006E7AB7"/>
    <w:rsid w:val="006F0BF8"/>
    <w:rsid w:val="006F2A08"/>
    <w:rsid w:val="007538CE"/>
    <w:rsid w:val="007676A6"/>
    <w:rsid w:val="007B52C1"/>
    <w:rsid w:val="007D66A3"/>
    <w:rsid w:val="007D7BB8"/>
    <w:rsid w:val="007E51CB"/>
    <w:rsid w:val="008178E1"/>
    <w:rsid w:val="0082425A"/>
    <w:rsid w:val="0083117C"/>
    <w:rsid w:val="00862306"/>
    <w:rsid w:val="00995671"/>
    <w:rsid w:val="00A14BB7"/>
    <w:rsid w:val="00A21958"/>
    <w:rsid w:val="00A512FD"/>
    <w:rsid w:val="00A64AEF"/>
    <w:rsid w:val="00AA1D8D"/>
    <w:rsid w:val="00AA5DA5"/>
    <w:rsid w:val="00AC41DE"/>
    <w:rsid w:val="00B05373"/>
    <w:rsid w:val="00B47730"/>
    <w:rsid w:val="00B804E1"/>
    <w:rsid w:val="00CB0664"/>
    <w:rsid w:val="00CC70B4"/>
    <w:rsid w:val="00D37E48"/>
    <w:rsid w:val="00D41DFE"/>
    <w:rsid w:val="00D9416A"/>
    <w:rsid w:val="00DE02BB"/>
    <w:rsid w:val="00E27DCA"/>
    <w:rsid w:val="00E94952"/>
    <w:rsid w:val="00F111C0"/>
    <w:rsid w:val="00F27FDD"/>
    <w:rsid w:val="00F5273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47C9AC"/>
  <w14:defaultImageDpi w14:val="300"/>
  <w15:docId w15:val="{233FAE75-AE2D-4521-A38A-0AE88540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Scott Johnson</cp:lastModifiedBy>
  <cp:revision>2</cp:revision>
  <dcterms:created xsi:type="dcterms:W3CDTF">2026-07-15T21:48:00Z</dcterms:created>
  <dcterms:modified xsi:type="dcterms:W3CDTF">2026-07-15T21:48:00Z</dcterms:modified>
  <cp:category/>
</cp:coreProperties>
</file>