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15C7F" w14:textId="77777777" w:rsidR="26E42E3B" w:rsidRDefault="26E42E3B" w:rsidP="26E42E3B">
      <w:pPr>
        <w:pStyle w:val="Title"/>
        <w:jc w:val="center"/>
      </w:pPr>
      <w:r w:rsidRPr="26E42E3B">
        <w:rPr>
          <w:b/>
          <w:bCs/>
          <w:color w:val="32431B"/>
          <w:sz w:val="72"/>
          <w:szCs w:val="72"/>
        </w:rPr>
        <w:t>The Great Scout Rendezvous</w:t>
      </w:r>
    </w:p>
    <w:p w14:paraId="5E564728" w14:textId="042860DD" w:rsidR="26E42E3B" w:rsidRDefault="26E42E3B" w:rsidP="26E42E3B">
      <w:pPr>
        <w:jc w:val="center"/>
      </w:pPr>
      <w:r w:rsidRPr="26E42E3B">
        <w:rPr>
          <w:b/>
          <w:bCs/>
          <w:color w:val="4F6A2D"/>
          <w:sz w:val="40"/>
          <w:szCs w:val="40"/>
        </w:rPr>
        <w:t>Leader Guide</w:t>
      </w:r>
    </w:p>
    <w:p w14:paraId="2EF4AD43" w14:textId="77777777" w:rsidR="26E42E3B" w:rsidRDefault="26E42E3B" w:rsidP="26E42E3B">
      <w:pPr>
        <w:jc w:val="center"/>
      </w:pPr>
      <w:r w:rsidRPr="26E42E3B">
        <w:rPr>
          <w:i/>
          <w:iCs/>
          <w:color w:val="6F7952"/>
          <w:sz w:val="24"/>
          <w:szCs w:val="24"/>
        </w:rPr>
        <w:t>Second Annual — Rainier District, Pacific Harbors Council</w:t>
      </w:r>
    </w:p>
    <w:p w14:paraId="6BB58F07" w14:textId="2A2BB5C0" w:rsidR="2DA6C394" w:rsidRDefault="00F72AF7" w:rsidP="00F72AF7">
      <w:pPr>
        <w:jc w:val="center"/>
      </w:pPr>
      <w:r w:rsidRPr="00F72AF7">
        <w:rPr>
          <w:noProof/>
        </w:rPr>
        <w:drawing>
          <wp:inline distT="0" distB="0" distL="0" distR="0" wp14:anchorId="6D1063BE" wp14:editId="28CF6151">
            <wp:extent cx="3949700" cy="3492500"/>
            <wp:effectExtent l="0" t="0" r="0" b="0"/>
            <wp:docPr id="1891044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44508" name=""/>
                    <pic:cNvPicPr/>
                  </pic:nvPicPr>
                  <pic:blipFill>
                    <a:blip r:embed="rId6"/>
                    <a:stretch>
                      <a:fillRect/>
                    </a:stretch>
                  </pic:blipFill>
                  <pic:spPr>
                    <a:xfrm>
                      <a:off x="0" y="0"/>
                      <a:ext cx="3949700" cy="3492500"/>
                    </a:xfrm>
                    <a:prstGeom prst="rect">
                      <a:avLst/>
                    </a:prstGeom>
                  </pic:spPr>
                </pic:pic>
              </a:graphicData>
            </a:graphic>
          </wp:inline>
        </w:drawing>
      </w:r>
    </w:p>
    <w:p w14:paraId="2F3CFF4C" w14:textId="389FA7DB" w:rsidR="24C5FA76" w:rsidRDefault="24C5FA76" w:rsidP="24C5FA76">
      <w:pPr>
        <w:jc w:val="center"/>
        <w:rPr>
          <w:i/>
          <w:iCs/>
          <w:color w:val="6F7952"/>
          <w:sz w:val="18"/>
          <w:szCs w:val="18"/>
        </w:rPr>
      </w:pPr>
      <w:r w:rsidRPr="24C5FA76">
        <w:rPr>
          <w:i/>
          <w:iCs/>
          <w:color w:val="6F7952"/>
          <w:sz w:val="18"/>
          <w:szCs w:val="18"/>
        </w:rPr>
        <w:t>Patch design by Owen Attebery, Chief Scout of the Rendezvous.</w:t>
      </w:r>
    </w:p>
    <w:p w14:paraId="521AD4E9" w14:textId="77777777" w:rsidR="00A3195D" w:rsidRDefault="00A3195D" w:rsidP="24C5FA76">
      <w:pPr>
        <w:jc w:val="center"/>
        <w:rPr>
          <w:i/>
          <w:iCs/>
          <w:color w:val="6F7952"/>
          <w:sz w:val="18"/>
          <w:szCs w:val="18"/>
        </w:rPr>
      </w:pPr>
    </w:p>
    <w:p w14:paraId="642413BB" w14:textId="77777777" w:rsidR="00120CDA" w:rsidRDefault="00120CDA" w:rsidP="24C5FA76">
      <w:pPr>
        <w:jc w:val="center"/>
        <w:rPr>
          <w:i/>
          <w:iCs/>
          <w:color w:val="6F7952"/>
          <w:sz w:val="18"/>
          <w:szCs w:val="18"/>
        </w:rPr>
      </w:pPr>
    </w:p>
    <w:p w14:paraId="7F0EEB32" w14:textId="77777777" w:rsidR="00120CDA" w:rsidRDefault="00120CDA" w:rsidP="24C5FA76">
      <w:pPr>
        <w:jc w:val="center"/>
        <w:rPr>
          <w:i/>
          <w:iCs/>
          <w:color w:val="6F7952"/>
          <w:sz w:val="18"/>
          <w:szCs w:val="18"/>
        </w:rPr>
      </w:pPr>
    </w:p>
    <w:p w14:paraId="6A66C15D" w14:textId="77777777" w:rsidR="00A3195D" w:rsidRDefault="00A3195D" w:rsidP="24C5FA76">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5518"/>
      </w:tblGrid>
      <w:tr w:rsidR="24C5FA76" w:rsidRPr="00940920" w14:paraId="0BB242C4" w14:textId="77777777" w:rsidTr="00940920">
        <w:trPr>
          <w:jc w:val="center"/>
        </w:trPr>
        <w:tc>
          <w:tcPr>
            <w:tcW w:w="1700" w:type="dxa"/>
          </w:tcPr>
          <w:p w14:paraId="0314FB02" w14:textId="77777777" w:rsidR="24C5FA76" w:rsidRPr="00940920" w:rsidRDefault="24C5FA76" w:rsidP="00940920">
            <w:pPr>
              <w:spacing w:after="0" w:line="240" w:lineRule="auto"/>
              <w:rPr>
                <w:b/>
                <w:bCs/>
              </w:rPr>
            </w:pPr>
            <w:r w:rsidRPr="00940920">
              <w:rPr>
                <w:b/>
                <w:bCs/>
              </w:rPr>
              <w:t>Event</w:t>
            </w:r>
          </w:p>
        </w:tc>
        <w:tc>
          <w:tcPr>
            <w:tcW w:w="5518" w:type="dxa"/>
          </w:tcPr>
          <w:p w14:paraId="56EE369E" w14:textId="77777777" w:rsidR="24C5FA76" w:rsidRPr="00940920" w:rsidRDefault="24C5FA76" w:rsidP="00940920">
            <w:pPr>
              <w:spacing w:after="0" w:line="240" w:lineRule="auto"/>
            </w:pPr>
            <w:r w:rsidRPr="00940920">
              <w:t>The Great Scout Rendezvous 2026</w:t>
            </w:r>
          </w:p>
        </w:tc>
      </w:tr>
      <w:tr w:rsidR="24C5FA76" w:rsidRPr="00940920" w14:paraId="1CEB0A1E" w14:textId="77777777" w:rsidTr="00940920">
        <w:trPr>
          <w:jc w:val="center"/>
        </w:trPr>
        <w:tc>
          <w:tcPr>
            <w:tcW w:w="1700" w:type="dxa"/>
          </w:tcPr>
          <w:p w14:paraId="50B80AE1" w14:textId="77777777" w:rsidR="24C5FA76" w:rsidRPr="00940920" w:rsidRDefault="24C5FA76" w:rsidP="00940920">
            <w:pPr>
              <w:spacing w:after="0" w:line="240" w:lineRule="auto"/>
              <w:rPr>
                <w:b/>
                <w:bCs/>
              </w:rPr>
            </w:pPr>
            <w:r w:rsidRPr="00940920">
              <w:rPr>
                <w:b/>
                <w:bCs/>
              </w:rPr>
              <w:t>Dates</w:t>
            </w:r>
          </w:p>
        </w:tc>
        <w:tc>
          <w:tcPr>
            <w:tcW w:w="5518" w:type="dxa"/>
          </w:tcPr>
          <w:p w14:paraId="3F8643FD" w14:textId="77777777" w:rsidR="24C5FA76" w:rsidRPr="00940920" w:rsidRDefault="24C5FA76" w:rsidP="00940920">
            <w:pPr>
              <w:spacing w:after="0" w:line="240" w:lineRule="auto"/>
            </w:pPr>
            <w:r w:rsidRPr="00940920">
              <w:t>Friday, October 16 – Sunday, October 18, 2026</w:t>
            </w:r>
          </w:p>
        </w:tc>
      </w:tr>
      <w:tr w:rsidR="24C5FA76" w:rsidRPr="00940920" w14:paraId="43BD3469" w14:textId="77777777" w:rsidTr="00940920">
        <w:trPr>
          <w:jc w:val="center"/>
        </w:trPr>
        <w:tc>
          <w:tcPr>
            <w:tcW w:w="1700" w:type="dxa"/>
          </w:tcPr>
          <w:p w14:paraId="7FEFE621" w14:textId="77777777" w:rsidR="24C5FA76" w:rsidRPr="00940920" w:rsidRDefault="24C5FA76" w:rsidP="00940920">
            <w:pPr>
              <w:spacing w:after="0" w:line="240" w:lineRule="auto"/>
              <w:rPr>
                <w:b/>
                <w:bCs/>
              </w:rPr>
            </w:pPr>
            <w:r w:rsidRPr="00940920">
              <w:rPr>
                <w:b/>
                <w:bCs/>
              </w:rPr>
              <w:t>Location</w:t>
            </w:r>
          </w:p>
        </w:tc>
        <w:tc>
          <w:tcPr>
            <w:tcW w:w="5518" w:type="dxa"/>
          </w:tcPr>
          <w:p w14:paraId="315C79E6" w14:textId="77777777" w:rsidR="24C5FA76" w:rsidRPr="00940920" w:rsidRDefault="24C5FA76" w:rsidP="00940920">
            <w:pPr>
              <w:spacing w:after="0" w:line="240" w:lineRule="auto"/>
            </w:pPr>
            <w:r w:rsidRPr="00940920">
              <w:t>Camp Thunderbird, 11740 Summit Lake Rd NW, Olympia, WA 98502</w:t>
            </w:r>
          </w:p>
        </w:tc>
      </w:tr>
      <w:tr w:rsidR="24C5FA76" w:rsidRPr="00940920" w14:paraId="319252E9" w14:textId="77777777" w:rsidTr="00940920">
        <w:trPr>
          <w:jc w:val="center"/>
        </w:trPr>
        <w:tc>
          <w:tcPr>
            <w:tcW w:w="1700" w:type="dxa"/>
          </w:tcPr>
          <w:p w14:paraId="4C908167" w14:textId="77777777" w:rsidR="24C5FA76" w:rsidRPr="00940920" w:rsidRDefault="24C5FA76" w:rsidP="00940920">
            <w:pPr>
              <w:spacing w:after="0" w:line="240" w:lineRule="auto"/>
              <w:rPr>
                <w:b/>
                <w:bCs/>
              </w:rPr>
            </w:pPr>
            <w:r w:rsidRPr="00940920">
              <w:rPr>
                <w:b/>
                <w:bCs/>
              </w:rPr>
              <w:t>Program</w:t>
            </w:r>
          </w:p>
        </w:tc>
        <w:tc>
          <w:tcPr>
            <w:tcW w:w="5518" w:type="dxa"/>
          </w:tcPr>
          <w:p w14:paraId="5EC11D6A" w14:textId="77777777" w:rsidR="24C5FA76" w:rsidRPr="00940920" w:rsidRDefault="24C5FA76" w:rsidP="00940920">
            <w:pPr>
              <w:spacing w:after="0" w:line="240" w:lineRule="auto"/>
            </w:pPr>
            <w:r w:rsidRPr="00940920">
              <w:t>All formal program runs Saturday. Friday arrival is optional.</w:t>
            </w:r>
          </w:p>
        </w:tc>
      </w:tr>
    </w:tbl>
    <w:p w14:paraId="310F92F7" w14:textId="69E84A09" w:rsidR="24C5FA76" w:rsidRDefault="24C5FA76" w:rsidP="24C5FA76">
      <w:pPr>
        <w:pStyle w:val="Heading1"/>
      </w:pPr>
      <w:r w:rsidRPr="5CE7C6EB">
        <w:rPr>
          <w:color w:val="32431B"/>
          <w:sz w:val="44"/>
          <w:szCs w:val="44"/>
        </w:rPr>
        <w:lastRenderedPageBreak/>
        <w:t>The Spirit of the Rendezvous</w:t>
      </w:r>
    </w:p>
    <w:p w14:paraId="3D85D30A" w14:textId="77777777" w:rsidR="5CE7C6EB" w:rsidRDefault="5CE7C6EB">
      <w:r>
        <w:t>In the early 1800s, trappers, traders, and explorers gathered once a year at a great Rendezvous. These frontier meetings were more than a place to trade furs and supplies. They were a time to share skills, swap stories, test one another's abilities, and celebrate the bonds of fellowship forged over a hard season on the trail. Nobody arrived at a Rendezvous already an expert. They arrived to learn from one another, and they left better outfitted than they came.</w:t>
      </w:r>
    </w:p>
    <w:p w14:paraId="51FE0125" w14:textId="77777777" w:rsidR="5CE7C6EB" w:rsidRDefault="5CE7C6EB">
      <w:r>
        <w:t>Scouting draws from that same spirit. When Baden-Powell launched the first Scout camp on Brownsea Island in 1907, he was not only teaching skills. He was recreating that sense of adventure, camaraderie, and shared challenge. He called it fun with a purpose: games, competitions, and adventures that quietly build capable, confident young people.</w:t>
      </w:r>
    </w:p>
    <w:p w14:paraId="187ED278" w14:textId="77777777" w:rsidR="5CE7C6EB" w:rsidRPr="00940920" w:rsidRDefault="00C4278D">
      <w:pPr>
        <w:rPr>
          <w:rFonts w:cs="Calibri"/>
          <w:color w:val="000000"/>
        </w:rPr>
      </w:pPr>
      <w:r w:rsidRPr="00940920">
        <w:rPr>
          <w:rFonts w:cs="Calibri"/>
          <w:color w:val="000000"/>
          <w:shd w:val="clear" w:color="auto" w:fill="FFFFFF"/>
        </w:rPr>
        <w:t>Every patrol arrives at Camp Thunderbird as a green outfit with things still to learn, and every patrol has the chance to leave as a Master Brigade. That progression is the thread running through the whole weekend. There is real competition here, but it is not against the patrol at the next station</w:t>
      </w:r>
      <w:r w:rsidR="00772FC9" w:rsidRPr="00940920">
        <w:rPr>
          <w:rFonts w:cs="Calibri"/>
          <w:color w:val="000000"/>
          <w:shd w:val="clear" w:color="auto" w:fill="FFFFFF"/>
        </w:rPr>
        <w:t xml:space="preserve">, </w:t>
      </w:r>
      <w:r w:rsidRPr="00940920">
        <w:rPr>
          <w:rFonts w:cs="Calibri"/>
          <w:color w:val="000000"/>
          <w:shd w:val="clear" w:color="auto" w:fill="FFFFFF"/>
        </w:rPr>
        <w:t>it is against the patrol you were when you arrived. There is no first place and no last place. Any patrol that does the work by eight o'clock Saturday evening earns the same recognition at the Grand Campfire, because the measure that matters is how far your own patrol traveled to get there.</w:t>
      </w:r>
    </w:p>
    <w:p w14:paraId="545CF9E5" w14:textId="77777777" w:rsidR="5CE7C6EB" w:rsidRDefault="5CE7C6EB">
      <w:r>
        <w:t>In the words of Baden-Powell, "The Patrol System is not one method in which Scouting can be carried on. It is the only method." By leaning into patrol challenges and youth leadership, the Rendezvous will not just be a weekend of fun. It will be fun with a purpose, Scouting at its very best.</w:t>
      </w:r>
    </w:p>
    <w:p w14:paraId="0DEB97CB" w14:textId="77777777" w:rsidR="5CE7C6EB" w:rsidRDefault="5CE7C6EB" w:rsidP="5CE7C6EB">
      <w:pPr>
        <w:pStyle w:val="Heading2"/>
      </w:pPr>
      <w:r w:rsidRPr="7900D53F">
        <w:rPr>
          <w:color w:val="4F6A2D"/>
          <w:sz w:val="28"/>
          <w:szCs w:val="28"/>
        </w:rPr>
        <w:t>The Sign of the Buck</w:t>
      </w:r>
    </w:p>
    <w:p w14:paraId="222AF2CE" w14:textId="77777777" w:rsidR="7900D53F" w:rsidRDefault="7900D53F">
      <w:r>
        <w:t xml:space="preserve">The buck on this year's patch is not </w:t>
      </w:r>
      <w:r w:rsidR="00322577">
        <w:t xml:space="preserve">just a </w:t>
      </w:r>
      <w:r>
        <w:t>decoration. It is the sign of the Rendezvous, and it carries two pieces of frontier history worth telling your Scouts.</w:t>
      </w:r>
    </w:p>
    <w:p w14:paraId="64B19B2E" w14:textId="77777777" w:rsidR="7900D53F" w:rsidRDefault="7900D53F">
      <w:r>
        <w:t>The first is trade. At a real rendezvous, a tanned deer hide was the standard unit of exchange. A trapper priced his powder, his coffee, and his traps in buckskins, and that is where the word buck came from as slang for a dollar. When our patrols trade tokens at the Swap Meet, they are doing the oldest thing that ever happened at a rendezvous.</w:t>
      </w:r>
    </w:p>
    <w:p w14:paraId="0C9B2575" w14:textId="77777777" w:rsidR="7900D53F" w:rsidRDefault="7900D53F">
      <w:r>
        <w:t>The second is the antlers. A buck does not grow his rack all at once. He adds points as he matures, season after season, and a full rack is the visible record of everything he has come through. That is exactly what the Brigade Trail asks of a patrol, so this year the tiers are marked in points. A patrol signing in at HQ starts with a bare antler on the Brigade Roll and earns a point at every tier it reaches. By Saturday evening the wall at Camp HQ is a rack of antlers filling in across the whole camp.</w:t>
      </w:r>
    </w:p>
    <w:p w14:paraId="36F8A2A4" w14:textId="77777777" w:rsidR="7900D53F" w:rsidRDefault="00A84D76" w:rsidP="7900D53F">
      <w:pPr>
        <w:pStyle w:val="Heading1"/>
      </w:pPr>
      <w:r>
        <w:rPr>
          <w:color w:val="32431B"/>
          <w:sz w:val="44"/>
          <w:szCs w:val="44"/>
        </w:rPr>
        <w:br w:type="page"/>
      </w:r>
      <w:r w:rsidR="7900D53F" w:rsidRPr="7900D53F">
        <w:rPr>
          <w:color w:val="32431B"/>
          <w:sz w:val="44"/>
          <w:szCs w:val="44"/>
        </w:rPr>
        <w:lastRenderedPageBreak/>
        <w:t>The Brigade Trail</w:t>
      </w:r>
    </w:p>
    <w:p w14:paraId="7B843CB3" w14:textId="77777777" w:rsidR="7900D53F" w:rsidRDefault="7900D53F">
      <w:r>
        <w:t xml:space="preserve">Every patrol that checks in at Camp HQ is entered on the Brigade Roll, a master sheet posted where the whole camp can see it. Each patrol signs on as a Greenhorn Brigade and works its way up three more </w:t>
      </w:r>
      <w:proofErr w:type="spellStart"/>
      <w:r>
        <w:t>rungs</w:t>
      </w:r>
      <w:proofErr w:type="spellEnd"/>
      <w:r>
        <w:t xml:space="preserve"> across Saturday, earning a point on its rack at each one. Patrol Leaders bring their Passport to HQ to have progress recorded; the Storyteller updates the Roll, and the camp watches it fill in all day.</w:t>
      </w:r>
    </w:p>
    <w:p w14:paraId="1B19980A" w14:textId="7D919A17" w:rsidR="7900D53F" w:rsidRDefault="7900D53F">
      <w:r>
        <w:t xml:space="preserve">The tiers are thresholds, not rankings. A patrol that reaches Master Brigade at 2:00 in the afternoon and a patrol that reaches it at 7:55 in the evening stand together at the Grand Campfire and receive </w:t>
      </w:r>
      <w:r w:rsidR="00BF2B30">
        <w:t>the same</w:t>
      </w:r>
      <w:r>
        <w:t xml:space="preserve"> recognition. Staff should say this out loud and often, because Scouts will assume otherwise.</w:t>
      </w:r>
    </w:p>
    <w:p w14:paraId="3FEA7899" w14:textId="77777777" w:rsidR="7900D53F" w:rsidRDefault="354A429B" w:rsidP="00D15DF0">
      <w:pPr>
        <w:pStyle w:val="Heading2"/>
        <w:jc w:val="center"/>
      </w:pPr>
      <w:r w:rsidRPr="354A429B">
        <w:rPr>
          <w:color w:val="4F6A2D"/>
          <w:sz w:val="28"/>
          <w:szCs w:val="28"/>
        </w:rPr>
        <w:t>The Four Tiers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0"/>
        <w:gridCol w:w="1100"/>
        <w:gridCol w:w="2528"/>
        <w:gridCol w:w="2647"/>
      </w:tblGrid>
      <w:tr w:rsidR="354A429B" w:rsidRPr="00940920" w14:paraId="00F8B917" w14:textId="77777777" w:rsidTr="00940920">
        <w:trPr>
          <w:jc w:val="center"/>
        </w:trPr>
        <w:tc>
          <w:tcPr>
            <w:tcW w:w="1900" w:type="dxa"/>
          </w:tcPr>
          <w:p w14:paraId="21214B91" w14:textId="77777777" w:rsidR="354A429B" w:rsidRPr="00940920" w:rsidRDefault="354A429B" w:rsidP="00940920">
            <w:pPr>
              <w:spacing w:after="0" w:line="240" w:lineRule="auto"/>
              <w:jc w:val="center"/>
              <w:rPr>
                <w:b/>
                <w:bCs/>
              </w:rPr>
            </w:pPr>
            <w:r w:rsidRPr="00940920">
              <w:rPr>
                <w:b/>
                <w:bCs/>
              </w:rPr>
              <w:t>Tier</w:t>
            </w:r>
          </w:p>
        </w:tc>
        <w:tc>
          <w:tcPr>
            <w:tcW w:w="1100" w:type="dxa"/>
          </w:tcPr>
          <w:p w14:paraId="155CC62E" w14:textId="77777777" w:rsidR="354A429B" w:rsidRPr="00940920" w:rsidRDefault="354A429B" w:rsidP="00940920">
            <w:pPr>
              <w:spacing w:after="0" w:line="240" w:lineRule="auto"/>
              <w:jc w:val="center"/>
              <w:rPr>
                <w:b/>
                <w:bCs/>
              </w:rPr>
            </w:pPr>
            <w:r w:rsidRPr="00940920">
              <w:rPr>
                <w:b/>
                <w:bCs/>
              </w:rPr>
              <w:t>Rack</w:t>
            </w:r>
          </w:p>
        </w:tc>
        <w:tc>
          <w:tcPr>
            <w:tcW w:w="2528" w:type="dxa"/>
          </w:tcPr>
          <w:p w14:paraId="232B97A6" w14:textId="77777777" w:rsidR="354A429B" w:rsidRPr="00940920" w:rsidRDefault="354A429B" w:rsidP="00940920">
            <w:pPr>
              <w:spacing w:after="0" w:line="240" w:lineRule="auto"/>
              <w:jc w:val="center"/>
            </w:pPr>
            <w:r w:rsidRPr="00940920">
              <w:rPr>
                <w:b/>
                <w:bCs/>
              </w:rPr>
              <w:t>How a Patrol Earns It</w:t>
            </w:r>
          </w:p>
        </w:tc>
        <w:tc>
          <w:tcPr>
            <w:tcW w:w="2647" w:type="dxa"/>
          </w:tcPr>
          <w:p w14:paraId="5A6572FA" w14:textId="77777777" w:rsidR="354A429B" w:rsidRPr="00940920" w:rsidRDefault="354A429B" w:rsidP="00940920">
            <w:pPr>
              <w:spacing w:after="0" w:line="240" w:lineRule="auto"/>
              <w:jc w:val="center"/>
            </w:pPr>
            <w:r w:rsidRPr="00940920">
              <w:rPr>
                <w:b/>
                <w:bCs/>
              </w:rPr>
              <w:t>Recorded By</w:t>
            </w:r>
          </w:p>
        </w:tc>
      </w:tr>
      <w:tr w:rsidR="354A429B" w:rsidRPr="00940920" w14:paraId="2C44ABB3" w14:textId="77777777" w:rsidTr="00940920">
        <w:trPr>
          <w:jc w:val="center"/>
        </w:trPr>
        <w:tc>
          <w:tcPr>
            <w:tcW w:w="1900" w:type="dxa"/>
          </w:tcPr>
          <w:p w14:paraId="60E159C8" w14:textId="77777777" w:rsidR="354A429B" w:rsidRPr="00940920" w:rsidRDefault="354A429B" w:rsidP="00940920">
            <w:pPr>
              <w:spacing w:after="0" w:line="240" w:lineRule="auto"/>
              <w:jc w:val="center"/>
              <w:rPr>
                <w:b/>
                <w:bCs/>
              </w:rPr>
            </w:pPr>
            <w:r w:rsidRPr="00940920">
              <w:rPr>
                <w:b/>
                <w:bCs/>
              </w:rPr>
              <w:t>Greenhorn Brigade</w:t>
            </w:r>
          </w:p>
        </w:tc>
        <w:tc>
          <w:tcPr>
            <w:tcW w:w="1100" w:type="dxa"/>
          </w:tcPr>
          <w:p w14:paraId="403E30DD" w14:textId="77777777" w:rsidR="354A429B" w:rsidRPr="00940920" w:rsidRDefault="354A429B" w:rsidP="00940920">
            <w:pPr>
              <w:spacing w:after="0" w:line="240" w:lineRule="auto"/>
              <w:jc w:val="center"/>
            </w:pPr>
            <w:r w:rsidRPr="00940920">
              <w:t>Bare antler</w:t>
            </w:r>
          </w:p>
        </w:tc>
        <w:tc>
          <w:tcPr>
            <w:tcW w:w="2528" w:type="dxa"/>
          </w:tcPr>
          <w:p w14:paraId="2CE5601C" w14:textId="77777777" w:rsidR="354A429B" w:rsidRPr="00940920" w:rsidRDefault="354A429B" w:rsidP="00940920">
            <w:pPr>
              <w:spacing w:after="0" w:line="240" w:lineRule="auto"/>
              <w:jc w:val="center"/>
            </w:pPr>
            <w:r w:rsidRPr="00940920">
              <w:t>Check in at Camp HQ as a patrol with a Patrol Leader, a patrol flag, and a patrol name. Every patrol starts here.</w:t>
            </w:r>
          </w:p>
        </w:tc>
        <w:tc>
          <w:tcPr>
            <w:tcW w:w="2647" w:type="dxa"/>
          </w:tcPr>
          <w:p w14:paraId="76A4D322" w14:textId="77777777" w:rsidR="354A429B" w:rsidRPr="00940920" w:rsidRDefault="354A429B" w:rsidP="00940920">
            <w:pPr>
              <w:spacing w:after="0" w:line="240" w:lineRule="auto"/>
              <w:jc w:val="center"/>
            </w:pPr>
            <w:r w:rsidRPr="00940920">
              <w:t>Storyteller at check-in</w:t>
            </w:r>
          </w:p>
        </w:tc>
      </w:tr>
      <w:tr w:rsidR="354A429B" w:rsidRPr="00940920" w14:paraId="24565143" w14:textId="77777777" w:rsidTr="00940920">
        <w:trPr>
          <w:jc w:val="center"/>
        </w:trPr>
        <w:tc>
          <w:tcPr>
            <w:tcW w:w="1900" w:type="dxa"/>
          </w:tcPr>
          <w:p w14:paraId="617BBE87" w14:textId="77777777" w:rsidR="354A429B" w:rsidRPr="00940920" w:rsidRDefault="354A429B" w:rsidP="00940920">
            <w:pPr>
              <w:spacing w:after="0" w:line="240" w:lineRule="auto"/>
              <w:jc w:val="center"/>
              <w:rPr>
                <w:b/>
                <w:bCs/>
              </w:rPr>
            </w:pPr>
            <w:r w:rsidRPr="00940920">
              <w:rPr>
                <w:b/>
                <w:bCs/>
              </w:rPr>
              <w:t>Trail Hand</w:t>
            </w:r>
          </w:p>
        </w:tc>
        <w:tc>
          <w:tcPr>
            <w:tcW w:w="1100" w:type="dxa"/>
          </w:tcPr>
          <w:p w14:paraId="63492C57" w14:textId="77777777" w:rsidR="354A429B" w:rsidRPr="00940920" w:rsidRDefault="354A429B" w:rsidP="00940920">
            <w:pPr>
              <w:spacing w:after="0" w:line="240" w:lineRule="auto"/>
              <w:jc w:val="center"/>
            </w:pPr>
            <w:r w:rsidRPr="00940920">
              <w:t>First point</w:t>
            </w:r>
          </w:p>
        </w:tc>
        <w:tc>
          <w:tcPr>
            <w:tcW w:w="2528" w:type="dxa"/>
          </w:tcPr>
          <w:p w14:paraId="0936E3A5" w14:textId="77777777" w:rsidR="354A429B" w:rsidRPr="00940920" w:rsidRDefault="354A429B" w:rsidP="00940920">
            <w:pPr>
              <w:spacing w:after="0" w:line="240" w:lineRule="auto"/>
              <w:jc w:val="center"/>
            </w:pPr>
            <w:r w:rsidRPr="00940920">
              <w:t>Complete 12 stations, with at least two stations from each of the four areas.</w:t>
            </w:r>
          </w:p>
        </w:tc>
        <w:tc>
          <w:tcPr>
            <w:tcW w:w="2647" w:type="dxa"/>
          </w:tcPr>
          <w:p w14:paraId="19C7E2D9" w14:textId="77777777" w:rsidR="354A429B" w:rsidRPr="00940920" w:rsidRDefault="354A429B" w:rsidP="00940920">
            <w:pPr>
              <w:spacing w:after="0" w:line="240" w:lineRule="auto"/>
              <w:jc w:val="center"/>
            </w:pPr>
            <w:r w:rsidRPr="00940920">
              <w:t>Passport initials, verified at HQ</w:t>
            </w:r>
          </w:p>
        </w:tc>
      </w:tr>
      <w:tr w:rsidR="354A429B" w:rsidRPr="00940920" w14:paraId="70D28373" w14:textId="77777777" w:rsidTr="00940920">
        <w:trPr>
          <w:jc w:val="center"/>
        </w:trPr>
        <w:tc>
          <w:tcPr>
            <w:tcW w:w="1900" w:type="dxa"/>
          </w:tcPr>
          <w:p w14:paraId="1E78342F" w14:textId="77777777" w:rsidR="354A429B" w:rsidRPr="00940920" w:rsidRDefault="354A429B" w:rsidP="00940920">
            <w:pPr>
              <w:spacing w:after="0" w:line="240" w:lineRule="auto"/>
              <w:jc w:val="center"/>
              <w:rPr>
                <w:b/>
                <w:bCs/>
              </w:rPr>
            </w:pPr>
            <w:proofErr w:type="spellStart"/>
            <w:r w:rsidRPr="00940920">
              <w:rPr>
                <w:b/>
                <w:bCs/>
              </w:rPr>
              <w:t>Trailwise</w:t>
            </w:r>
            <w:proofErr w:type="spellEnd"/>
          </w:p>
        </w:tc>
        <w:tc>
          <w:tcPr>
            <w:tcW w:w="1100" w:type="dxa"/>
          </w:tcPr>
          <w:p w14:paraId="0476B570" w14:textId="77777777" w:rsidR="354A429B" w:rsidRPr="00940920" w:rsidRDefault="354A429B" w:rsidP="00940920">
            <w:pPr>
              <w:spacing w:after="0" w:line="240" w:lineRule="auto"/>
              <w:jc w:val="center"/>
            </w:pPr>
            <w:r w:rsidRPr="00940920">
              <w:t>Second point</w:t>
            </w:r>
          </w:p>
        </w:tc>
        <w:tc>
          <w:tcPr>
            <w:tcW w:w="2528" w:type="dxa"/>
          </w:tcPr>
          <w:p w14:paraId="591B2C4E" w14:textId="77777777" w:rsidR="354A429B" w:rsidRPr="00940920" w:rsidRDefault="354A429B" w:rsidP="00940920">
            <w:pPr>
              <w:spacing w:after="0" w:line="240" w:lineRule="auto"/>
              <w:jc w:val="center"/>
            </w:pPr>
            <w:r w:rsidRPr="00940920">
              <w:t>Build and present a useful camp gadget at the patrol campsite.</w:t>
            </w:r>
          </w:p>
        </w:tc>
        <w:tc>
          <w:tcPr>
            <w:tcW w:w="2647" w:type="dxa"/>
          </w:tcPr>
          <w:p w14:paraId="027F8308" w14:textId="77777777" w:rsidR="354A429B" w:rsidRPr="00940920" w:rsidRDefault="354A429B" w:rsidP="00940920">
            <w:pPr>
              <w:spacing w:after="0" w:line="240" w:lineRule="auto"/>
              <w:jc w:val="center"/>
            </w:pPr>
            <w:r w:rsidRPr="00940920">
              <w:t>Pathfinder walk-through</w:t>
            </w:r>
          </w:p>
        </w:tc>
      </w:tr>
      <w:tr w:rsidR="354A429B" w:rsidRPr="00940920" w14:paraId="5BC95A7A" w14:textId="77777777" w:rsidTr="00940920">
        <w:trPr>
          <w:jc w:val="center"/>
        </w:trPr>
        <w:tc>
          <w:tcPr>
            <w:tcW w:w="1900" w:type="dxa"/>
          </w:tcPr>
          <w:p w14:paraId="5709BFCD" w14:textId="77777777" w:rsidR="354A429B" w:rsidRPr="00940920" w:rsidRDefault="354A429B" w:rsidP="00940920">
            <w:pPr>
              <w:spacing w:after="0" w:line="240" w:lineRule="auto"/>
              <w:jc w:val="center"/>
              <w:rPr>
                <w:b/>
                <w:bCs/>
              </w:rPr>
            </w:pPr>
            <w:r w:rsidRPr="00940920">
              <w:rPr>
                <w:b/>
                <w:bCs/>
              </w:rPr>
              <w:t>Master Brigade</w:t>
            </w:r>
          </w:p>
        </w:tc>
        <w:tc>
          <w:tcPr>
            <w:tcW w:w="1100" w:type="dxa"/>
          </w:tcPr>
          <w:p w14:paraId="2C0FF0F8" w14:textId="77777777" w:rsidR="354A429B" w:rsidRPr="00940920" w:rsidRDefault="354A429B" w:rsidP="00940920">
            <w:pPr>
              <w:spacing w:after="0" w:line="240" w:lineRule="auto"/>
              <w:jc w:val="center"/>
            </w:pPr>
            <w:r w:rsidRPr="00940920">
              <w:t>Third point</w:t>
            </w:r>
          </w:p>
        </w:tc>
        <w:tc>
          <w:tcPr>
            <w:tcW w:w="2528" w:type="dxa"/>
          </w:tcPr>
          <w:p w14:paraId="7A9C173B" w14:textId="4FCC3990" w:rsidR="354A429B" w:rsidRPr="00940920" w:rsidRDefault="354A429B" w:rsidP="00940920">
            <w:pPr>
              <w:spacing w:after="0" w:line="240" w:lineRule="auto"/>
              <w:jc w:val="center"/>
            </w:pPr>
            <w:r w:rsidRPr="00940920">
              <w:t xml:space="preserve">Complete </w:t>
            </w:r>
            <w:r w:rsidR="005A2417" w:rsidRPr="00940920">
              <w:t>f</w:t>
            </w:r>
            <w:r w:rsidR="00281254">
              <w:t>our</w:t>
            </w:r>
            <w:r w:rsidR="005A2417" w:rsidRPr="00940920">
              <w:t xml:space="preserve"> </w:t>
            </w:r>
            <w:r w:rsidRPr="00940920">
              <w:t>additional Trail Assignments from the list that follows.</w:t>
            </w:r>
          </w:p>
        </w:tc>
        <w:tc>
          <w:tcPr>
            <w:tcW w:w="2647" w:type="dxa"/>
          </w:tcPr>
          <w:p w14:paraId="51343B07" w14:textId="77777777" w:rsidR="354A429B" w:rsidRPr="00940920" w:rsidRDefault="354A429B" w:rsidP="00940920">
            <w:pPr>
              <w:spacing w:after="0" w:line="240" w:lineRule="auto"/>
              <w:jc w:val="center"/>
            </w:pPr>
            <w:r w:rsidRPr="00940920">
              <w:t>Signed Trail Assignment card</w:t>
            </w:r>
          </w:p>
        </w:tc>
      </w:tr>
      <w:tr w:rsidR="354A429B" w:rsidRPr="00940920" w14:paraId="5739BE5E" w14:textId="77777777" w:rsidTr="00940920">
        <w:trPr>
          <w:jc w:val="center"/>
        </w:trPr>
        <w:tc>
          <w:tcPr>
            <w:tcW w:w="1900" w:type="dxa"/>
          </w:tcPr>
          <w:p w14:paraId="56A0D97A" w14:textId="77777777" w:rsidR="354A429B" w:rsidRPr="00940920" w:rsidRDefault="354A429B" w:rsidP="00940920">
            <w:pPr>
              <w:spacing w:after="0" w:line="240" w:lineRule="auto"/>
              <w:jc w:val="center"/>
            </w:pPr>
            <w:r w:rsidRPr="00940920">
              <w:rPr>
                <w:b/>
                <w:bCs/>
              </w:rPr>
              <w:t>Master Brigade, Royal Rack</w:t>
            </w:r>
          </w:p>
        </w:tc>
        <w:tc>
          <w:tcPr>
            <w:tcW w:w="1100" w:type="dxa"/>
          </w:tcPr>
          <w:p w14:paraId="73C41162" w14:textId="77777777" w:rsidR="354A429B" w:rsidRPr="00940920" w:rsidRDefault="354A429B" w:rsidP="00940920">
            <w:pPr>
              <w:spacing w:after="0" w:line="240" w:lineRule="auto"/>
              <w:jc w:val="center"/>
            </w:pPr>
            <w:r w:rsidRPr="00940920">
              <w:t>Fourth point</w:t>
            </w:r>
          </w:p>
        </w:tc>
        <w:tc>
          <w:tcPr>
            <w:tcW w:w="2528" w:type="dxa"/>
          </w:tcPr>
          <w:p w14:paraId="43DBC44D" w14:textId="77777777" w:rsidR="354A429B" w:rsidRPr="00940920" w:rsidRDefault="354A429B" w:rsidP="00940920">
            <w:pPr>
              <w:spacing w:after="0" w:line="240" w:lineRule="auto"/>
              <w:jc w:val="center"/>
            </w:pPr>
            <w:r w:rsidRPr="00940920">
              <w:t xml:space="preserve">Complete all 16 stations </w:t>
            </w:r>
            <w:r w:rsidR="005A2417" w:rsidRPr="00940920">
              <w:t xml:space="preserve">and seven Trail Assignments </w:t>
            </w:r>
            <w:r w:rsidRPr="00940920">
              <w:t>in addition to the above.</w:t>
            </w:r>
          </w:p>
        </w:tc>
        <w:tc>
          <w:tcPr>
            <w:tcW w:w="2647" w:type="dxa"/>
          </w:tcPr>
          <w:p w14:paraId="6106A6CC" w14:textId="77777777" w:rsidR="354A429B" w:rsidRPr="00940920" w:rsidRDefault="354A429B" w:rsidP="00940920">
            <w:pPr>
              <w:spacing w:after="0" w:line="240" w:lineRule="auto"/>
              <w:jc w:val="center"/>
            </w:pPr>
            <w:r w:rsidRPr="00940920">
              <w:t>Passport initials, verified at HQ</w:t>
            </w:r>
          </w:p>
        </w:tc>
      </w:tr>
    </w:tbl>
    <w:p w14:paraId="5D490951" w14:textId="77777777" w:rsidR="00A35AA7" w:rsidRDefault="00A35AA7"/>
    <w:p w14:paraId="55F75B37" w14:textId="77777777" w:rsidR="6EF1E571" w:rsidRDefault="6EF1E571">
      <w:r>
        <w:t>A patrol that finishes all four points has a full rack, matching the buck on the patch. Recognition at the Grand Campfire is the same for every Master Brigade; the fourth point is simply a mark of how far a patrol chose to range.</w:t>
      </w:r>
    </w:p>
    <w:p w14:paraId="0D733150" w14:textId="77777777" w:rsidR="6EF1E571" w:rsidRDefault="00EC2CB7" w:rsidP="6EF1E571">
      <w:pPr>
        <w:pStyle w:val="Heading2"/>
      </w:pPr>
      <w:r>
        <w:rPr>
          <w:color w:val="4F6A2D"/>
          <w:sz w:val="28"/>
          <w:szCs w:val="28"/>
        </w:rPr>
        <w:br w:type="page"/>
      </w:r>
      <w:r w:rsidR="6EF1E571" w:rsidRPr="6EF1E571">
        <w:rPr>
          <w:color w:val="4F6A2D"/>
          <w:sz w:val="28"/>
          <w:szCs w:val="28"/>
        </w:rPr>
        <w:lastRenderedPageBreak/>
        <w:t>The Camp Gadget</w:t>
      </w:r>
    </w:p>
    <w:p w14:paraId="173785DC" w14:textId="77777777" w:rsidR="00D2648A" w:rsidRDefault="00D2648A"/>
    <w:p w14:paraId="4816FA73" w14:textId="77777777" w:rsidR="6EF1E571" w:rsidRDefault="6EF1E571">
      <w:r>
        <w:t xml:space="preserve">The camp gadget replaces the campsite gateway this year, and it is the one piece of the Brigade Trail every patrol must complete. Using lashings and materials the patrol brings or gathers, each patrol builds something genuinely useful at its own campsite: a wash station, a boot rack, a gear tower, a table, a firewood cradle, a flag stand. The test is usefulness, not decoration. A Pathfinder visits each campsite during the day, asks the patrol to explain what they built and why, and records the patrol as </w:t>
      </w:r>
      <w:proofErr w:type="spellStart"/>
      <w:r>
        <w:t>Trailwise</w:t>
      </w:r>
      <w:proofErr w:type="spellEnd"/>
      <w:r>
        <w:t>.</w:t>
      </w:r>
    </w:p>
    <w:p w14:paraId="3492EA17" w14:textId="77777777" w:rsidR="6EF1E571" w:rsidRDefault="6EF1E571">
      <w:r>
        <w:t>This carries First Class requirements 3a and 3d in their natural setting, and it is deliberately placed at the campsite rather than at a staffed station. Patrols need unhurried time together in their own camp, and last year's feedback asked for exactly that. Pathfinders should ask which lashings the patrol used and why they chose them, so the requirement is genuinely practiced rather than merely built.</w:t>
      </w:r>
    </w:p>
    <w:p w14:paraId="032B45CE" w14:textId="77777777" w:rsidR="6EF1E571" w:rsidRDefault="00D2648A" w:rsidP="6EF1E571">
      <w:pPr>
        <w:pStyle w:val="Heading2"/>
      </w:pPr>
      <w:r>
        <w:rPr>
          <w:color w:val="4F6A2D"/>
          <w:sz w:val="28"/>
          <w:szCs w:val="28"/>
        </w:rPr>
        <w:br w:type="page"/>
      </w:r>
      <w:r w:rsidR="71A9E8BE" w:rsidRPr="71A9E8BE">
        <w:rPr>
          <w:color w:val="4F6A2D"/>
          <w:sz w:val="28"/>
          <w:szCs w:val="28"/>
        </w:rPr>
        <w:lastRenderedPageBreak/>
        <w:t>Trail Assignments</w:t>
      </w:r>
    </w:p>
    <w:p w14:paraId="2E21B452" w14:textId="7116F686" w:rsidR="71A9E8BE" w:rsidRDefault="71A9E8BE">
      <w:r>
        <w:t xml:space="preserve">Trail Assignments are patrol work done away from the staffed stations, mostly in the patrol's own campsite. A patrol needs any </w:t>
      </w:r>
      <w:r w:rsidR="00D2648A">
        <w:t>f</w:t>
      </w:r>
      <w:r w:rsidR="0030626E">
        <w:t>our</w:t>
      </w:r>
      <w:r>
        <w:t xml:space="preserve"> to reach Master Brigade, and each one is recorded on a Trail Assignment card carried in the Passport. Nothing here requires a staffed station, a queue, or a scheduled time slot. Patrols do this work when their own camp rhythm allows it.</w:t>
      </w:r>
    </w:p>
    <w:p w14:paraId="5E0F8861" w14:textId="77777777" w:rsidR="71A9E8BE" w:rsidRDefault="71A9E8BE">
      <w:r>
        <w:t>Patrol Leaders bring the signed card to Camp HQ. The Storyteller records the assignment on the Brigade Roll and, where the assignment produces something to share, adds it to the display at HQ.</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5220"/>
        <w:gridCol w:w="1530"/>
      </w:tblGrid>
      <w:tr w:rsidR="71A9E8BE" w:rsidRPr="00940920" w14:paraId="3E006814" w14:textId="77777777" w:rsidTr="00940920">
        <w:trPr>
          <w:jc w:val="center"/>
        </w:trPr>
        <w:tc>
          <w:tcPr>
            <w:tcW w:w="1998" w:type="dxa"/>
          </w:tcPr>
          <w:p w14:paraId="14EFD2DF" w14:textId="77777777" w:rsidR="71A9E8BE" w:rsidRPr="00940920" w:rsidRDefault="71A9E8BE" w:rsidP="00940920">
            <w:pPr>
              <w:spacing w:after="0" w:line="240" w:lineRule="auto"/>
            </w:pPr>
            <w:r w:rsidRPr="00940920">
              <w:rPr>
                <w:b/>
                <w:bCs/>
              </w:rPr>
              <w:t>Trail Assignment</w:t>
            </w:r>
          </w:p>
        </w:tc>
        <w:tc>
          <w:tcPr>
            <w:tcW w:w="5220" w:type="dxa"/>
          </w:tcPr>
          <w:p w14:paraId="4F79827D" w14:textId="77777777" w:rsidR="71A9E8BE" w:rsidRPr="00940920" w:rsidRDefault="1DD914BD" w:rsidP="00940920">
            <w:pPr>
              <w:spacing w:after="0" w:line="240" w:lineRule="auto"/>
            </w:pPr>
            <w:r w:rsidRPr="00940920">
              <w:rPr>
                <w:b/>
                <w:bCs/>
              </w:rPr>
              <w:t>What the Patrol Does</w:t>
            </w:r>
          </w:p>
        </w:tc>
        <w:tc>
          <w:tcPr>
            <w:tcW w:w="1530" w:type="dxa"/>
          </w:tcPr>
          <w:p w14:paraId="038FC836" w14:textId="77777777" w:rsidR="71A9E8BE" w:rsidRPr="00940920" w:rsidRDefault="1DD914BD" w:rsidP="00940920">
            <w:pPr>
              <w:spacing w:after="0" w:line="240" w:lineRule="auto"/>
            </w:pPr>
            <w:r w:rsidRPr="00940920">
              <w:rPr>
                <w:b/>
                <w:bCs/>
              </w:rPr>
              <w:t>Signed Off By</w:t>
            </w:r>
          </w:p>
        </w:tc>
      </w:tr>
      <w:tr w:rsidR="71A9E8BE" w:rsidRPr="00940920" w14:paraId="4DA5420C" w14:textId="77777777" w:rsidTr="00940920">
        <w:trPr>
          <w:jc w:val="center"/>
        </w:trPr>
        <w:tc>
          <w:tcPr>
            <w:tcW w:w="1998" w:type="dxa"/>
          </w:tcPr>
          <w:p w14:paraId="30A5A467" w14:textId="77777777" w:rsidR="71A9E8BE" w:rsidRPr="00940920" w:rsidRDefault="71A9E8BE" w:rsidP="00940920">
            <w:pPr>
              <w:spacing w:after="0" w:line="240" w:lineRule="auto"/>
              <w:rPr>
                <w:b/>
                <w:bCs/>
              </w:rPr>
            </w:pPr>
            <w:r w:rsidRPr="00940920">
              <w:rPr>
                <w:b/>
                <w:bCs/>
              </w:rPr>
              <w:t>Brigade Kitchen</w:t>
            </w:r>
          </w:p>
        </w:tc>
        <w:tc>
          <w:tcPr>
            <w:tcW w:w="5220" w:type="dxa"/>
          </w:tcPr>
          <w:p w14:paraId="5DA0D4CA" w14:textId="77777777" w:rsidR="71A9E8BE" w:rsidRPr="00940920" w:rsidRDefault="71A9E8BE" w:rsidP="00940920">
            <w:pPr>
              <w:spacing w:after="0" w:line="240" w:lineRule="auto"/>
            </w:pPr>
            <w:r w:rsidRPr="00940920">
              <w:t>Cook a patrol meal together with a twist of the patrol's choosing: one pot, Dutch oven, or frontier rations. Turn in a recipe card at HQ for the Camp Cookbook. (Tenderfoot 2a-2c; Second Class 2e; First Class 2a-2e)</w:t>
            </w:r>
          </w:p>
        </w:tc>
        <w:tc>
          <w:tcPr>
            <w:tcW w:w="1530" w:type="dxa"/>
          </w:tcPr>
          <w:p w14:paraId="7E102D42" w14:textId="77777777" w:rsidR="71A9E8BE" w:rsidRPr="00940920" w:rsidRDefault="71A9E8BE" w:rsidP="00940920">
            <w:pPr>
              <w:spacing w:after="0" w:line="240" w:lineRule="auto"/>
            </w:pPr>
            <w:r w:rsidRPr="00940920">
              <w:t>Scoutmaster or ASM</w:t>
            </w:r>
          </w:p>
        </w:tc>
      </w:tr>
      <w:tr w:rsidR="71A9E8BE" w:rsidRPr="00940920" w14:paraId="3B6F723D" w14:textId="77777777" w:rsidTr="00940920">
        <w:trPr>
          <w:jc w:val="center"/>
        </w:trPr>
        <w:tc>
          <w:tcPr>
            <w:tcW w:w="1998" w:type="dxa"/>
          </w:tcPr>
          <w:p w14:paraId="57E3B6FA" w14:textId="77777777" w:rsidR="71A9E8BE" w:rsidRPr="00940920" w:rsidRDefault="71A9E8BE" w:rsidP="00940920">
            <w:pPr>
              <w:spacing w:after="0" w:line="240" w:lineRule="auto"/>
              <w:rPr>
                <w:b/>
                <w:bCs/>
              </w:rPr>
            </w:pPr>
            <w:r w:rsidRPr="00940920">
              <w:rPr>
                <w:b/>
                <w:bCs/>
              </w:rPr>
              <w:t>Buckskins and the Swap Meet</w:t>
            </w:r>
          </w:p>
        </w:tc>
        <w:tc>
          <w:tcPr>
            <w:tcW w:w="5220" w:type="dxa"/>
          </w:tcPr>
          <w:p w14:paraId="55EF6EE2" w14:textId="77777777" w:rsidR="71A9E8BE" w:rsidRPr="00940920" w:rsidRDefault="71A9E8BE" w:rsidP="00940920">
            <w:pPr>
              <w:spacing w:after="0" w:line="240" w:lineRule="auto"/>
            </w:pPr>
            <w:r w:rsidRPr="00940920">
              <w:t>Bring or make a small handmade token that hangs from the patrol flag, then trade it with another patrol at the Swap Meet. Both Patrol Leaders sign. (Patrol Method)</w:t>
            </w:r>
          </w:p>
        </w:tc>
        <w:tc>
          <w:tcPr>
            <w:tcW w:w="1530" w:type="dxa"/>
          </w:tcPr>
          <w:p w14:paraId="5D7DBAAD" w14:textId="77777777" w:rsidR="71A9E8BE" w:rsidRPr="00940920" w:rsidRDefault="71A9E8BE" w:rsidP="00940920">
            <w:pPr>
              <w:spacing w:after="0" w:line="240" w:lineRule="auto"/>
            </w:pPr>
            <w:r w:rsidRPr="00940920">
              <w:t>Both Patrol Leaders</w:t>
            </w:r>
          </w:p>
        </w:tc>
      </w:tr>
      <w:tr w:rsidR="71A9E8BE" w:rsidRPr="00940920" w14:paraId="35296737" w14:textId="77777777" w:rsidTr="00940920">
        <w:trPr>
          <w:jc w:val="center"/>
        </w:trPr>
        <w:tc>
          <w:tcPr>
            <w:tcW w:w="1998" w:type="dxa"/>
          </w:tcPr>
          <w:p w14:paraId="3D7E5D82" w14:textId="77777777" w:rsidR="71A9E8BE" w:rsidRPr="00940920" w:rsidRDefault="71A9E8BE" w:rsidP="00940920">
            <w:pPr>
              <w:spacing w:after="0" w:line="240" w:lineRule="auto"/>
              <w:rPr>
                <w:b/>
                <w:bCs/>
              </w:rPr>
            </w:pPr>
            <w:r w:rsidRPr="00940920">
              <w:rPr>
                <w:b/>
                <w:bCs/>
              </w:rPr>
              <w:t>EDGE It Forward</w:t>
            </w:r>
          </w:p>
        </w:tc>
        <w:tc>
          <w:tcPr>
            <w:tcW w:w="5220" w:type="dxa"/>
          </w:tcPr>
          <w:p w14:paraId="33D62BC7" w14:textId="77777777" w:rsidR="71A9E8BE" w:rsidRPr="00940920" w:rsidRDefault="71A9E8BE" w:rsidP="00940920">
            <w:pPr>
              <w:spacing w:after="0" w:line="240" w:lineRule="auto"/>
            </w:pPr>
            <w:r w:rsidRPr="00940920">
              <w:t xml:space="preserve">A Scout in the patrol teaches a newer Scout a skill using the Teaching EDGE </w:t>
            </w:r>
            <w:proofErr w:type="gramStart"/>
            <w:r w:rsidRPr="00940920">
              <w:t>method, and</w:t>
            </w:r>
            <w:proofErr w:type="gramEnd"/>
            <w:r w:rsidRPr="00940920">
              <w:t xml:space="preserve"> explains the four steps. (Tenderfoot 8)</w:t>
            </w:r>
          </w:p>
        </w:tc>
        <w:tc>
          <w:tcPr>
            <w:tcW w:w="1530" w:type="dxa"/>
          </w:tcPr>
          <w:p w14:paraId="3A5A4C2F" w14:textId="77777777" w:rsidR="71A9E8BE" w:rsidRPr="00940920" w:rsidRDefault="71A9E8BE" w:rsidP="00940920">
            <w:pPr>
              <w:spacing w:after="0" w:line="240" w:lineRule="auto"/>
            </w:pPr>
            <w:r w:rsidRPr="00940920">
              <w:t>Scoutmaster</w:t>
            </w:r>
          </w:p>
        </w:tc>
      </w:tr>
      <w:tr w:rsidR="00D62900" w:rsidRPr="00940920" w14:paraId="5AD4242C" w14:textId="77777777" w:rsidTr="00940920">
        <w:trPr>
          <w:jc w:val="center"/>
        </w:trPr>
        <w:tc>
          <w:tcPr>
            <w:tcW w:w="1998" w:type="dxa"/>
          </w:tcPr>
          <w:p w14:paraId="10696F0B" w14:textId="77777777" w:rsidR="00D62900" w:rsidRPr="00940920" w:rsidRDefault="00D62900" w:rsidP="00940920">
            <w:pPr>
              <w:spacing w:after="0" w:line="240" w:lineRule="auto"/>
            </w:pPr>
            <w:r w:rsidRPr="00940920">
              <w:rPr>
                <w:b/>
                <w:bCs/>
              </w:rPr>
              <w:t>Sing for Your Supper</w:t>
            </w:r>
          </w:p>
        </w:tc>
        <w:tc>
          <w:tcPr>
            <w:tcW w:w="5220" w:type="dxa"/>
          </w:tcPr>
          <w:p w14:paraId="37D5A61B" w14:textId="77777777" w:rsidR="00D62900" w:rsidRPr="00940920" w:rsidRDefault="00D62900" w:rsidP="00940920">
            <w:pPr>
              <w:spacing w:after="0" w:line="240" w:lineRule="auto"/>
            </w:pPr>
            <w:r w:rsidRPr="00940920">
              <w:t>Prepare a song, skit, or cheer and perform it for a neighboring patrol at their campsite. The audience patrol signs. (Patrol Method)</w:t>
            </w:r>
          </w:p>
        </w:tc>
        <w:tc>
          <w:tcPr>
            <w:tcW w:w="1530" w:type="dxa"/>
          </w:tcPr>
          <w:p w14:paraId="1A521AA0" w14:textId="77777777" w:rsidR="00D62900" w:rsidRPr="00940920" w:rsidRDefault="00D62900" w:rsidP="00940920">
            <w:pPr>
              <w:spacing w:after="0" w:line="240" w:lineRule="auto"/>
            </w:pPr>
            <w:r w:rsidRPr="00940920">
              <w:t>Neighboring Patrol Leader</w:t>
            </w:r>
          </w:p>
        </w:tc>
      </w:tr>
      <w:tr w:rsidR="00D62900" w:rsidRPr="00940920" w14:paraId="64CC62EE" w14:textId="77777777" w:rsidTr="00940920">
        <w:trPr>
          <w:jc w:val="center"/>
        </w:trPr>
        <w:tc>
          <w:tcPr>
            <w:tcW w:w="1998" w:type="dxa"/>
          </w:tcPr>
          <w:p w14:paraId="177C80BB" w14:textId="77777777" w:rsidR="00D62900" w:rsidRPr="00940920" w:rsidRDefault="00D62900" w:rsidP="00940920">
            <w:pPr>
              <w:spacing w:after="0" w:line="240" w:lineRule="auto"/>
              <w:rPr>
                <w:b/>
                <w:bCs/>
              </w:rPr>
            </w:pPr>
            <w:r w:rsidRPr="00940920">
              <w:rPr>
                <w:b/>
                <w:bCs/>
              </w:rPr>
              <w:t>Talk to the World</w:t>
            </w:r>
          </w:p>
        </w:tc>
        <w:tc>
          <w:tcPr>
            <w:tcW w:w="5220" w:type="dxa"/>
          </w:tcPr>
          <w:p w14:paraId="1E634A1F" w14:textId="77777777" w:rsidR="00D62900" w:rsidRPr="00940920" w:rsidRDefault="00D62900" w:rsidP="00940920">
            <w:pPr>
              <w:spacing w:after="0" w:line="240" w:lineRule="auto"/>
            </w:pPr>
            <w:r w:rsidRPr="00940920">
              <w:t xml:space="preserve">Visit the </w:t>
            </w:r>
            <w:proofErr w:type="gramStart"/>
            <w:r w:rsidRPr="00940920">
              <w:t>World Wide</w:t>
            </w:r>
            <w:proofErr w:type="gramEnd"/>
            <w:r w:rsidRPr="00940920">
              <w:t xml:space="preserve"> Fire during troop time. Make or listen in on a contact and log it in the station book. (World of Scouting)</w:t>
            </w:r>
          </w:p>
        </w:tc>
        <w:tc>
          <w:tcPr>
            <w:tcW w:w="1530" w:type="dxa"/>
          </w:tcPr>
          <w:p w14:paraId="621F45FA" w14:textId="77777777" w:rsidR="00D62900" w:rsidRPr="00940920" w:rsidRDefault="00D62900" w:rsidP="00940920">
            <w:pPr>
              <w:spacing w:after="0" w:line="240" w:lineRule="auto"/>
            </w:pPr>
            <w:r w:rsidRPr="00940920">
              <w:t>Hub operator</w:t>
            </w:r>
          </w:p>
        </w:tc>
      </w:tr>
      <w:tr w:rsidR="00D62900" w:rsidRPr="00940920" w14:paraId="78C955F1" w14:textId="77777777" w:rsidTr="00940920">
        <w:trPr>
          <w:jc w:val="center"/>
        </w:trPr>
        <w:tc>
          <w:tcPr>
            <w:tcW w:w="1998" w:type="dxa"/>
          </w:tcPr>
          <w:p w14:paraId="0FFC3FDF" w14:textId="77777777" w:rsidR="00D62900" w:rsidRPr="00940920" w:rsidRDefault="00D62900" w:rsidP="00940920">
            <w:pPr>
              <w:spacing w:after="0" w:line="240" w:lineRule="auto"/>
            </w:pPr>
            <w:r w:rsidRPr="00940920">
              <w:rPr>
                <w:b/>
                <w:bCs/>
              </w:rPr>
              <w:t>Leave It Better</w:t>
            </w:r>
          </w:p>
        </w:tc>
        <w:tc>
          <w:tcPr>
            <w:tcW w:w="5220" w:type="dxa"/>
          </w:tcPr>
          <w:p w14:paraId="5B2B07B5" w14:textId="77777777" w:rsidR="00D62900" w:rsidRPr="00940920" w:rsidRDefault="00D62900" w:rsidP="00940920">
            <w:pPr>
              <w:spacing w:after="0" w:line="240" w:lineRule="auto"/>
            </w:pPr>
            <w:r w:rsidRPr="00940920">
              <w:t>Carry out a Leave No Trace sweep of a stretch of camp beyond the patrol's own site, and report what was found. (Scout 1e; Second Class 1b)</w:t>
            </w:r>
          </w:p>
        </w:tc>
        <w:tc>
          <w:tcPr>
            <w:tcW w:w="1530" w:type="dxa"/>
          </w:tcPr>
          <w:p w14:paraId="1CD37F5A" w14:textId="77777777" w:rsidR="00D62900" w:rsidRPr="00940920" w:rsidRDefault="00D62900" w:rsidP="00940920">
            <w:pPr>
              <w:spacing w:after="0" w:line="240" w:lineRule="auto"/>
            </w:pPr>
            <w:r w:rsidRPr="00940920">
              <w:t>Pathfinder</w:t>
            </w:r>
          </w:p>
        </w:tc>
      </w:tr>
      <w:tr w:rsidR="00D62900" w:rsidRPr="00940920" w14:paraId="3C2D742A" w14:textId="77777777" w:rsidTr="00940920">
        <w:trPr>
          <w:jc w:val="center"/>
        </w:trPr>
        <w:tc>
          <w:tcPr>
            <w:tcW w:w="1998" w:type="dxa"/>
          </w:tcPr>
          <w:p w14:paraId="5EF2EBDF" w14:textId="77777777" w:rsidR="00D62900" w:rsidRPr="00940920" w:rsidRDefault="00D62900" w:rsidP="00940920">
            <w:pPr>
              <w:spacing w:after="0" w:line="240" w:lineRule="auto"/>
              <w:rPr>
                <w:b/>
                <w:bCs/>
              </w:rPr>
            </w:pPr>
            <w:r w:rsidRPr="00940920">
              <w:rPr>
                <w:b/>
                <w:bCs/>
              </w:rPr>
              <w:t>Dispatch from the Trail</w:t>
            </w:r>
          </w:p>
        </w:tc>
        <w:tc>
          <w:tcPr>
            <w:tcW w:w="5220" w:type="dxa"/>
          </w:tcPr>
          <w:p w14:paraId="284FA474" w14:textId="77777777" w:rsidR="00D62900" w:rsidRPr="00940920" w:rsidRDefault="00D62900" w:rsidP="00940920">
            <w:pPr>
              <w:spacing w:after="0" w:line="240" w:lineRule="auto"/>
            </w:pPr>
            <w:r w:rsidRPr="00940920">
              <w:t>Take one good photograph or write a short article about the patrol's weekend and turn it in at HQ. Selected dispatches are shared on district social media during and after the event.</w:t>
            </w:r>
          </w:p>
        </w:tc>
        <w:tc>
          <w:tcPr>
            <w:tcW w:w="1530" w:type="dxa"/>
          </w:tcPr>
          <w:p w14:paraId="1264B2D6" w14:textId="77777777" w:rsidR="00D62900" w:rsidRPr="00940920" w:rsidRDefault="00D62900" w:rsidP="00940920">
            <w:pPr>
              <w:spacing w:after="0" w:line="240" w:lineRule="auto"/>
            </w:pPr>
            <w:r w:rsidRPr="00940920">
              <w:t>Storyteller at HQ</w:t>
            </w:r>
          </w:p>
        </w:tc>
      </w:tr>
    </w:tbl>
    <w:p w14:paraId="36CE407B" w14:textId="77777777" w:rsidR="00D2648A" w:rsidRDefault="00D2648A"/>
    <w:p w14:paraId="218C84A1" w14:textId="77777777" w:rsidR="1DD914BD" w:rsidRDefault="1DD914BD">
      <w:r>
        <w:t>Two notes on the Swap Meet. First, patrols are asked in advance to arrive with a simple handmade token that can hang from a patrol flag, but no Scout should be shut out because their unit did not get the word. HQ keeps a bin of loaner materials such as leather rounds, cord, stamps, and markers, and any patrol may draw on it. Second, a patrol that cannot find a trading partner still completes the assignment. Staff hold a reserve of tokens made in advance, and the Storyteller trades one on behalf of the Rendezvous so no patrol is left standing.</w:t>
      </w:r>
    </w:p>
    <w:p w14:paraId="26C8D514" w14:textId="77777777" w:rsidR="1DD914BD" w:rsidRDefault="1DD914BD">
      <w:r>
        <w:t>The Swap Meet itself runs as an open half hour on the Parade Field Saturday afternoon. Patrols who have already traded elsewhere in camp do not need to attend. Staff running it should take a moment to tell Scouts why their tokens are called buckskins, because the history is half the fun.</w:t>
      </w:r>
    </w:p>
    <w:p w14:paraId="01A329C6" w14:textId="77777777" w:rsidR="1DD914BD" w:rsidRDefault="1DD914BD" w:rsidP="1DD914BD">
      <w:pPr>
        <w:pStyle w:val="Heading1"/>
      </w:pPr>
      <w:r w:rsidRPr="3AB5D731">
        <w:rPr>
          <w:color w:val="32431B"/>
          <w:sz w:val="44"/>
          <w:szCs w:val="44"/>
        </w:rPr>
        <w:lastRenderedPageBreak/>
        <w:t>Key Leader Information</w:t>
      </w:r>
    </w:p>
    <w:p w14:paraId="6B864BAC" w14:textId="5B446267" w:rsidR="3AB5D731" w:rsidRDefault="3AB5D731">
      <w:r>
        <w:t xml:space="preserve">At </w:t>
      </w:r>
      <w:r w:rsidR="000F78A1" w:rsidRPr="001011D5">
        <w:rPr>
          <w:rFonts w:eastAsia="Times New Roman" w:cs="Calibri"/>
        </w:rPr>
        <w:t xml:space="preserve">the Great Scout Rendezvous, each Troop remains responsible for its own campsite and program basics. Troops plan and prepare their own meals while at camp. Troop leadership retains full responsibility for youth supervision, uniform expectations, and any disciplinary action within their own unit. Every unit is expected to meet current BSA Youth Protection requirements throughout the weekend, including two registered adult leaders and, when female Scouts are participating, at least one registered female adult leader age 21 or older. </w:t>
      </w:r>
    </w:p>
    <w:p w14:paraId="1A11EEEA" w14:textId="77777777" w:rsidR="3AB5D731" w:rsidRDefault="3AB5D731">
      <w:r>
        <w:t>The Camporee Staff's role is to create an engaging program and to ensure a safe and enjoyable experience for all. Staff support Troop leadership, they do not replace it, and they are available throughout the weekend to guide, encourage, and provide resources where needed.</w:t>
      </w:r>
    </w:p>
    <w:p w14:paraId="3D073564" w14:textId="77777777" w:rsidR="3AB5D731" w:rsidRDefault="3AB5D731">
      <w:r>
        <w:t>One change from last year deserves a leader's attention up front. The campsite gateway has been retired. In its place, patrols build a working camp gadget at their own site, and several of the Trail Assignments are designed to be done in camp rather than in the main program areas. Troops should plan for their patrols to be in their own campsite for part of Saturday, not only moving between stations.</w:t>
      </w:r>
    </w:p>
    <w:p w14:paraId="0D041E23" w14:textId="77777777" w:rsidR="004A2961" w:rsidRPr="00940920" w:rsidRDefault="004A2961" w:rsidP="004A2961">
      <w:pPr>
        <w:pStyle w:val="1et8vw6"/>
        <w:shd w:val="clear" w:color="auto" w:fill="FFFFFF"/>
        <w:spacing w:before="180" w:beforeAutospacing="0" w:after="180" w:afterAutospacing="0"/>
        <w:rPr>
          <w:rFonts w:ascii="Cambria" w:hAnsi="Cambria" w:cs="Segoe UI"/>
          <w:color w:val="242424"/>
          <w:sz w:val="22"/>
          <w:szCs w:val="22"/>
        </w:rPr>
      </w:pPr>
      <w:r w:rsidRPr="00940920">
        <w:rPr>
          <w:rFonts w:ascii="Cambria" w:hAnsi="Cambria" w:cs="Segoe UI"/>
          <w:color w:val="242424"/>
          <w:sz w:val="22"/>
          <w:szCs w:val="22"/>
        </w:rPr>
        <w:t xml:space="preserve">At the heart of the Rendezvous is Scout Spirit, the pride, energy, and joy Scouts bring when they live the Scout Oath and Law. Every patrol, every volunteer, and every staff member </w:t>
      </w:r>
      <w:proofErr w:type="gramStart"/>
      <w:r w:rsidRPr="00940920">
        <w:rPr>
          <w:rFonts w:ascii="Cambria" w:hAnsi="Cambria" w:cs="Segoe UI"/>
          <w:color w:val="242424"/>
          <w:sz w:val="22"/>
          <w:szCs w:val="22"/>
        </w:rPr>
        <w:t>adds</w:t>
      </w:r>
      <w:proofErr w:type="gramEnd"/>
      <w:r w:rsidRPr="00940920">
        <w:rPr>
          <w:rFonts w:ascii="Cambria" w:hAnsi="Cambria" w:cs="Segoe UI"/>
          <w:color w:val="242424"/>
          <w:sz w:val="22"/>
          <w:szCs w:val="22"/>
        </w:rPr>
        <w:t xml:space="preserve"> to the spirit of camp when they show up with enthusiasm, respect, and a willingness to help others succeed.</w:t>
      </w:r>
    </w:p>
    <w:p w14:paraId="7204CF1F" w14:textId="77777777" w:rsidR="00AF4438" w:rsidRPr="00940920" w:rsidRDefault="004A2961" w:rsidP="004A2961">
      <w:pPr>
        <w:pStyle w:val="1et8vw6"/>
        <w:shd w:val="clear" w:color="auto" w:fill="FFFFFF"/>
        <w:spacing w:before="180" w:beforeAutospacing="0" w:after="180" w:afterAutospacing="0"/>
        <w:rPr>
          <w:rFonts w:ascii="Cambria" w:hAnsi="Cambria" w:cs="Segoe UI"/>
          <w:color w:val="242424"/>
          <w:sz w:val="22"/>
          <w:szCs w:val="22"/>
        </w:rPr>
      </w:pPr>
      <w:r w:rsidRPr="00940920">
        <w:rPr>
          <w:rFonts w:ascii="Cambria" w:hAnsi="Cambria" w:cs="Segoe UI"/>
          <w:color w:val="242424"/>
          <w:sz w:val="22"/>
          <w:szCs w:val="22"/>
        </w:rPr>
        <w:t xml:space="preserve">Our focus is fun with a purpose. The challenges matter, but they are not the end goal. The true measure of success is whether Scouts leave the weekend more confident, more connected to their patrol, and more excited about Scouting. </w:t>
      </w:r>
    </w:p>
    <w:p w14:paraId="46A244E3" w14:textId="7F67A8FE" w:rsidR="00DA59D7" w:rsidRPr="00405666" w:rsidRDefault="004A2961" w:rsidP="00405666">
      <w:pPr>
        <w:pStyle w:val="1et8vw6"/>
        <w:shd w:val="clear" w:color="auto" w:fill="FFFFFF"/>
        <w:spacing w:before="180" w:beforeAutospacing="0" w:after="180" w:afterAutospacing="0"/>
        <w:rPr>
          <w:rFonts w:ascii="Cambria" w:hAnsi="Cambria" w:cs="Segoe UI"/>
          <w:color w:val="242424"/>
          <w:sz w:val="22"/>
          <w:szCs w:val="22"/>
        </w:rPr>
      </w:pPr>
      <w:r w:rsidRPr="00940920">
        <w:rPr>
          <w:rFonts w:ascii="Cambria" w:hAnsi="Cambria" w:cs="Segoe UI"/>
          <w:color w:val="242424"/>
          <w:sz w:val="22"/>
          <w:szCs w:val="22"/>
        </w:rPr>
        <w:t>In the words of Baden-Powell, "The most worth-while thing is to try to put happiness into the lives of others.</w:t>
      </w:r>
    </w:p>
    <w:p w14:paraId="7C88DCA2" w14:textId="77777777" w:rsidR="00405666" w:rsidRDefault="00405666" w:rsidP="003B4C06">
      <w:pPr>
        <w:pStyle w:val="Heading2"/>
        <w:rPr>
          <w:color w:val="32431B"/>
          <w:sz w:val="44"/>
          <w:szCs w:val="44"/>
        </w:rPr>
      </w:pPr>
    </w:p>
    <w:p w14:paraId="72B1981C" w14:textId="77777777" w:rsidR="00405666" w:rsidRDefault="00405666" w:rsidP="003B4C06">
      <w:pPr>
        <w:pStyle w:val="Heading2"/>
        <w:rPr>
          <w:color w:val="32431B"/>
          <w:sz w:val="44"/>
          <w:szCs w:val="44"/>
        </w:rPr>
      </w:pPr>
    </w:p>
    <w:p w14:paraId="103DD8C0" w14:textId="46CB0B97" w:rsidR="00405666" w:rsidRDefault="00405666">
      <w:pPr>
        <w:spacing w:after="0" w:line="240" w:lineRule="auto"/>
        <w:rPr>
          <w:rFonts w:ascii="Calibri" w:eastAsia="MS Gothic" w:hAnsi="Calibri"/>
          <w:b/>
          <w:bCs/>
          <w:color w:val="32431B"/>
          <w:sz w:val="44"/>
          <w:szCs w:val="44"/>
        </w:rPr>
      </w:pPr>
      <w:r>
        <w:rPr>
          <w:color w:val="32431B"/>
          <w:sz w:val="44"/>
          <w:szCs w:val="44"/>
        </w:rPr>
        <w:br w:type="page"/>
      </w:r>
    </w:p>
    <w:p w14:paraId="6B519303" w14:textId="19FE79CD" w:rsidR="77B495B1" w:rsidRDefault="77B495B1" w:rsidP="003B4C06">
      <w:pPr>
        <w:pStyle w:val="Heading2"/>
      </w:pPr>
      <w:r w:rsidRPr="77B495B1">
        <w:rPr>
          <w:color w:val="32431B"/>
          <w:sz w:val="44"/>
          <w:szCs w:val="44"/>
        </w:rPr>
        <w:lastRenderedPageBreak/>
        <w:t>The Stations</w:t>
      </w:r>
    </w:p>
    <w:p w14:paraId="3381D08D" w14:textId="5C004F9B" w:rsidR="77B495B1" w:rsidRDefault="77B495B1">
      <w:r>
        <w:t xml:space="preserve">Sixteen stations run across four areas, four to an area. Patrols roam freely and choose their own </w:t>
      </w:r>
      <w:proofErr w:type="gramStart"/>
      <w:r>
        <w:t>order</w:t>
      </w:r>
      <w:proofErr w:type="gramEnd"/>
      <w:r w:rsidR="00253C8C">
        <w:t xml:space="preserve"> </w:t>
      </w:r>
      <w:r>
        <w:t xml:space="preserve">and every station is initialed in the Patrol Passport. </w:t>
      </w:r>
      <w:r w:rsidR="00446B3B" w:rsidRPr="00446B3B">
        <w:rPr>
          <w:rFonts w:cs="Segoe UI"/>
          <w:color w:val="000000" w:themeColor="text1"/>
          <w:shd w:val="clear" w:color="auto" w:fill="FFFFFF"/>
        </w:rPr>
        <w:t>Each station awards a </w:t>
      </w:r>
      <w:r w:rsidR="00446B3B" w:rsidRPr="00446B3B">
        <w:rPr>
          <w:rStyle w:val="Strong"/>
          <w:rFonts w:cs="Segoe UI"/>
          <w:b w:val="0"/>
          <w:bCs w:val="0"/>
          <w:color w:val="000000" w:themeColor="text1"/>
          <w:shd w:val="clear" w:color="auto" w:fill="FFFFFF"/>
        </w:rPr>
        <w:t>Trail Mark</w:t>
      </w:r>
      <w:r w:rsidR="00446B3B" w:rsidRPr="00446B3B">
        <w:rPr>
          <w:rFonts w:cs="Segoe UI"/>
          <w:color w:val="000000" w:themeColor="text1"/>
          <w:shd w:val="clear" w:color="auto" w:fill="FFFFFF"/>
        </w:rPr>
        <w:t> in its own color</w:t>
      </w:r>
      <w:r w:rsidR="006764F2">
        <w:rPr>
          <w:rFonts w:cs="Segoe UI"/>
          <w:color w:val="000000" w:themeColor="text1"/>
          <w:shd w:val="clear" w:color="auto" w:fill="FFFFFF"/>
        </w:rPr>
        <w:t xml:space="preserve">; </w:t>
      </w:r>
      <w:r w:rsidR="00446B3B" w:rsidRPr="00446B3B">
        <w:rPr>
          <w:rFonts w:cs="Segoe UI"/>
          <w:color w:val="000000" w:themeColor="text1"/>
          <w:shd w:val="clear" w:color="auto" w:fill="FFFFFF"/>
        </w:rPr>
        <w:t>a bead, a charm, or a token, depending on the station. A patrol's Trail Marks are the visible record of where they have been, carried on the patrol flag or a lanyard and counted at Camp HQ toward the Brigade Trail</w:t>
      </w:r>
      <w:r w:rsidR="00446B3B" w:rsidRPr="00446B3B">
        <w:rPr>
          <w:rFonts w:ascii="Segoe UI" w:hAnsi="Segoe UI" w:cs="Segoe UI"/>
          <w:color w:val="000000" w:themeColor="text1"/>
          <w:shd w:val="clear" w:color="auto" w:fill="FFFFFF"/>
        </w:rPr>
        <w:t>.</w:t>
      </w:r>
      <w:r w:rsidR="00446B3B" w:rsidRPr="00446B3B">
        <w:rPr>
          <w:color w:val="000000" w:themeColor="text1"/>
        </w:rPr>
        <w:t xml:space="preserve"> </w:t>
      </w:r>
      <w:r>
        <w:t>Each station is built to run in fifteen to twenty minutes, so a patrol reaching twelve of them still has real time left for its campsite work.</w:t>
      </w:r>
    </w:p>
    <w:p w14:paraId="162A91CF" w14:textId="77777777" w:rsidR="08B04688" w:rsidRDefault="08B04688" w:rsidP="08B04688">
      <w:pPr>
        <w:pStyle w:val="Heading2"/>
        <w:rPr>
          <w:color w:val="4F6A2D"/>
          <w:sz w:val="28"/>
          <w:szCs w:val="28"/>
        </w:rPr>
      </w:pPr>
      <w:r w:rsidRPr="08B04688">
        <w:rPr>
          <w:color w:val="4F6A2D"/>
          <w:sz w:val="28"/>
          <w:szCs w:val="28"/>
        </w:rPr>
        <w:t>Scoutcraft Alley</w:t>
      </w:r>
    </w:p>
    <w:p w14:paraId="1C1DF7DD" w14:textId="77777777" w:rsidR="00DA59D7" w:rsidRPr="00DA59D7" w:rsidRDefault="00DA59D7" w:rsidP="00DA59D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0"/>
        <w:gridCol w:w="3908"/>
        <w:gridCol w:w="1417"/>
      </w:tblGrid>
      <w:tr w:rsidR="08B04688" w:rsidRPr="00940920" w14:paraId="1591DDEB" w14:textId="77777777" w:rsidTr="00852220">
        <w:trPr>
          <w:jc w:val="center"/>
        </w:trPr>
        <w:tc>
          <w:tcPr>
            <w:tcW w:w="2500" w:type="dxa"/>
          </w:tcPr>
          <w:p w14:paraId="7A286AD7" w14:textId="77777777" w:rsidR="08B04688" w:rsidRPr="00940920" w:rsidRDefault="08B04688" w:rsidP="00940920">
            <w:pPr>
              <w:spacing w:after="0" w:line="240" w:lineRule="auto"/>
              <w:jc w:val="center"/>
              <w:rPr>
                <w:b/>
                <w:bCs/>
              </w:rPr>
            </w:pPr>
            <w:r w:rsidRPr="00940920">
              <w:rPr>
                <w:b/>
                <w:bCs/>
              </w:rPr>
              <w:t>Station</w:t>
            </w:r>
          </w:p>
        </w:tc>
        <w:tc>
          <w:tcPr>
            <w:tcW w:w="3908" w:type="dxa"/>
          </w:tcPr>
          <w:p w14:paraId="7B97C698" w14:textId="77777777" w:rsidR="08B04688" w:rsidRPr="00940920" w:rsidRDefault="08B04688" w:rsidP="00940920">
            <w:pPr>
              <w:spacing w:after="0" w:line="240" w:lineRule="auto"/>
              <w:jc w:val="center"/>
              <w:rPr>
                <w:b/>
                <w:bCs/>
              </w:rPr>
            </w:pPr>
            <w:r w:rsidRPr="00940920">
              <w:rPr>
                <w:b/>
                <w:bCs/>
              </w:rPr>
              <w:t>The Challenge</w:t>
            </w:r>
          </w:p>
        </w:tc>
        <w:tc>
          <w:tcPr>
            <w:tcW w:w="1417" w:type="dxa"/>
          </w:tcPr>
          <w:p w14:paraId="08AAA53E" w14:textId="4A2DDB2D" w:rsidR="08B04688" w:rsidRPr="00940920" w:rsidRDefault="00852220" w:rsidP="00940920">
            <w:pPr>
              <w:spacing w:after="0" w:line="240" w:lineRule="auto"/>
              <w:jc w:val="center"/>
              <w:rPr>
                <w:b/>
                <w:bCs/>
              </w:rPr>
            </w:pPr>
            <w:r>
              <w:rPr>
                <w:b/>
                <w:bCs/>
              </w:rPr>
              <w:t>Trail Mark</w:t>
            </w:r>
          </w:p>
        </w:tc>
      </w:tr>
      <w:tr w:rsidR="08B04688" w:rsidRPr="00940920" w14:paraId="6C619D90" w14:textId="77777777" w:rsidTr="00852220">
        <w:trPr>
          <w:jc w:val="center"/>
        </w:trPr>
        <w:tc>
          <w:tcPr>
            <w:tcW w:w="2500" w:type="dxa"/>
          </w:tcPr>
          <w:p w14:paraId="17FB4229" w14:textId="77777777" w:rsidR="08B04688" w:rsidRPr="00940920" w:rsidRDefault="08B04688" w:rsidP="00940920">
            <w:pPr>
              <w:spacing w:after="0" w:line="240" w:lineRule="auto"/>
            </w:pPr>
            <w:r w:rsidRPr="00940920">
              <w:t>Flint's Forge</w:t>
            </w:r>
          </w:p>
        </w:tc>
        <w:tc>
          <w:tcPr>
            <w:tcW w:w="3908" w:type="dxa"/>
          </w:tcPr>
          <w:p w14:paraId="1D25E4CE" w14:textId="77777777" w:rsidR="08B04688" w:rsidRPr="00940920" w:rsidRDefault="08B04688" w:rsidP="00940920">
            <w:pPr>
              <w:spacing w:after="0" w:line="240" w:lineRule="auto"/>
            </w:pPr>
            <w:r w:rsidRPr="00940920">
              <w:t xml:space="preserve">Build a fire that </w:t>
            </w:r>
            <w:proofErr w:type="spellStart"/>
            <w:r w:rsidRPr="00940920">
              <w:t>burns</w:t>
            </w:r>
            <w:proofErr w:type="spellEnd"/>
            <w:r w:rsidRPr="00940920">
              <w:t xml:space="preserve"> through the challenge string, then set up and light a lightweight stove and explain when you would choose each.</w:t>
            </w:r>
          </w:p>
        </w:tc>
        <w:tc>
          <w:tcPr>
            <w:tcW w:w="1417" w:type="dxa"/>
          </w:tcPr>
          <w:p w14:paraId="51C7785E" w14:textId="267AB15A" w:rsidR="08B04688" w:rsidRPr="00940920" w:rsidRDefault="00DA7D70" w:rsidP="00940920">
            <w:pPr>
              <w:spacing w:after="0" w:line="240" w:lineRule="auto"/>
            </w:pPr>
            <w:r>
              <w:t>Orange Bead</w:t>
            </w:r>
          </w:p>
        </w:tc>
      </w:tr>
      <w:tr w:rsidR="08B04688" w:rsidRPr="00940920" w14:paraId="04C04965" w14:textId="77777777" w:rsidTr="00852220">
        <w:trPr>
          <w:jc w:val="center"/>
        </w:trPr>
        <w:tc>
          <w:tcPr>
            <w:tcW w:w="2500" w:type="dxa"/>
          </w:tcPr>
          <w:p w14:paraId="77E6A155" w14:textId="77777777" w:rsidR="08B04688" w:rsidRPr="00940920" w:rsidRDefault="08B04688" w:rsidP="00940920">
            <w:pPr>
              <w:spacing w:after="0" w:line="240" w:lineRule="auto"/>
            </w:pPr>
            <w:r w:rsidRPr="00940920">
              <w:t>Doc Sawyer's Field Hospital</w:t>
            </w:r>
          </w:p>
        </w:tc>
        <w:tc>
          <w:tcPr>
            <w:tcW w:w="3908" w:type="dxa"/>
          </w:tcPr>
          <w:p w14:paraId="65C83C07" w14:textId="77777777" w:rsidR="08B04688" w:rsidRPr="00940920" w:rsidRDefault="08B04688" w:rsidP="00940920">
            <w:pPr>
              <w:spacing w:after="0" w:line="240" w:lineRule="auto"/>
            </w:pPr>
            <w:r w:rsidRPr="00940920">
              <w:t>Treat a field injury drawn from the scenario deck, then a second one that gets worse while you work. Bandage it properly and carry your patient out.</w:t>
            </w:r>
          </w:p>
        </w:tc>
        <w:tc>
          <w:tcPr>
            <w:tcW w:w="1417" w:type="dxa"/>
          </w:tcPr>
          <w:p w14:paraId="4DB3C603" w14:textId="750C53D2" w:rsidR="08B04688" w:rsidRPr="00940920" w:rsidRDefault="00DA7D70" w:rsidP="00940920">
            <w:pPr>
              <w:spacing w:after="0" w:line="240" w:lineRule="auto"/>
            </w:pPr>
            <w:r>
              <w:t>Red Bead</w:t>
            </w:r>
          </w:p>
        </w:tc>
      </w:tr>
      <w:tr w:rsidR="08B04688" w:rsidRPr="00940920" w14:paraId="7CFC8B37" w14:textId="77777777" w:rsidTr="00852220">
        <w:trPr>
          <w:jc w:val="center"/>
        </w:trPr>
        <w:tc>
          <w:tcPr>
            <w:tcW w:w="2500" w:type="dxa"/>
          </w:tcPr>
          <w:p w14:paraId="5FCC552C" w14:textId="77777777" w:rsidR="08B04688" w:rsidRPr="00940920" w:rsidRDefault="08B04688" w:rsidP="00940920">
            <w:pPr>
              <w:spacing w:after="0" w:line="240" w:lineRule="auto"/>
            </w:pPr>
            <w:r w:rsidRPr="00940920">
              <w:t>Knot Yard Relay</w:t>
            </w:r>
          </w:p>
        </w:tc>
        <w:tc>
          <w:tcPr>
            <w:tcW w:w="3908" w:type="dxa"/>
          </w:tcPr>
          <w:p w14:paraId="3CEC5CA4" w14:textId="77777777" w:rsidR="08B04688" w:rsidRPr="00940920" w:rsidRDefault="08B04688" w:rsidP="00940920">
            <w:pPr>
              <w:spacing w:after="0" w:line="240" w:lineRule="auto"/>
            </w:pPr>
            <w:r w:rsidRPr="00940920">
              <w:t>Run a knot relay as a patrol, naming a real use for each knot before it counts.</w:t>
            </w:r>
          </w:p>
        </w:tc>
        <w:tc>
          <w:tcPr>
            <w:tcW w:w="1417" w:type="dxa"/>
          </w:tcPr>
          <w:p w14:paraId="52AAC962" w14:textId="0959BED8" w:rsidR="08B04688" w:rsidRPr="00940920" w:rsidRDefault="00DA7D70" w:rsidP="00940920">
            <w:pPr>
              <w:spacing w:after="0" w:line="240" w:lineRule="auto"/>
            </w:pPr>
            <w:r>
              <w:t>Knot</w:t>
            </w:r>
            <w:r w:rsidR="00376EAC">
              <w:t xml:space="preserve"> Charm</w:t>
            </w:r>
          </w:p>
        </w:tc>
      </w:tr>
      <w:tr w:rsidR="08B04688" w:rsidRPr="00940920" w14:paraId="37B92CD9" w14:textId="77777777" w:rsidTr="00852220">
        <w:trPr>
          <w:jc w:val="center"/>
        </w:trPr>
        <w:tc>
          <w:tcPr>
            <w:tcW w:w="2500" w:type="dxa"/>
          </w:tcPr>
          <w:p w14:paraId="7F75BC48" w14:textId="77777777" w:rsidR="08B04688" w:rsidRPr="00940920" w:rsidRDefault="08B04688" w:rsidP="00940920">
            <w:pPr>
              <w:spacing w:after="0" w:line="240" w:lineRule="auto"/>
            </w:pPr>
            <w:r w:rsidRPr="00940920">
              <w:t>Blade and Bit</w:t>
            </w:r>
          </w:p>
        </w:tc>
        <w:tc>
          <w:tcPr>
            <w:tcW w:w="3908" w:type="dxa"/>
          </w:tcPr>
          <w:p w14:paraId="62C5075F" w14:textId="77777777" w:rsidR="08B04688" w:rsidRPr="00940920" w:rsidRDefault="08B04688" w:rsidP="00940920">
            <w:pPr>
              <w:spacing w:after="0" w:line="240" w:lineRule="auto"/>
            </w:pPr>
            <w:r w:rsidRPr="00940920">
              <w:t>Earn the edge. Handle knife, saw, and axe safely, sharpen a blade, and whip and fuse a rope end.</w:t>
            </w:r>
          </w:p>
        </w:tc>
        <w:tc>
          <w:tcPr>
            <w:tcW w:w="1417" w:type="dxa"/>
          </w:tcPr>
          <w:p w14:paraId="3BB8B309" w14:textId="242A83E8" w:rsidR="08B04688" w:rsidRPr="00940920" w:rsidRDefault="00376EAC" w:rsidP="00940920">
            <w:pPr>
              <w:spacing w:after="0" w:line="240" w:lineRule="auto"/>
            </w:pPr>
            <w:r>
              <w:t>Knife Charm</w:t>
            </w:r>
          </w:p>
        </w:tc>
      </w:tr>
    </w:tbl>
    <w:p w14:paraId="55FA4CBC" w14:textId="77777777" w:rsidR="009944AE" w:rsidRDefault="009944AE" w:rsidP="08B04688">
      <w:pPr>
        <w:pStyle w:val="Heading2"/>
        <w:rPr>
          <w:color w:val="4F6A2D"/>
          <w:sz w:val="28"/>
          <w:szCs w:val="28"/>
        </w:rPr>
      </w:pPr>
    </w:p>
    <w:p w14:paraId="324E33C8" w14:textId="77777777" w:rsidR="00DA59D7" w:rsidRDefault="00DA59D7">
      <w:pPr>
        <w:spacing w:after="0" w:line="240" w:lineRule="auto"/>
        <w:rPr>
          <w:rFonts w:ascii="Calibri" w:eastAsia="MS Gothic" w:hAnsi="Calibri"/>
          <w:b/>
          <w:bCs/>
          <w:color w:val="4F6A2D"/>
          <w:sz w:val="28"/>
          <w:szCs w:val="28"/>
        </w:rPr>
      </w:pPr>
      <w:r>
        <w:rPr>
          <w:color w:val="4F6A2D"/>
          <w:sz w:val="28"/>
          <w:szCs w:val="28"/>
        </w:rPr>
        <w:br w:type="page"/>
      </w:r>
    </w:p>
    <w:p w14:paraId="7E5EA235" w14:textId="3764D50D" w:rsidR="08B04688" w:rsidRDefault="08B04688" w:rsidP="08B04688">
      <w:pPr>
        <w:pStyle w:val="Heading2"/>
      </w:pPr>
      <w:r w:rsidRPr="08B04688">
        <w:rPr>
          <w:color w:val="4F6A2D"/>
          <w:sz w:val="28"/>
          <w:szCs w:val="28"/>
        </w:rPr>
        <w:lastRenderedPageBreak/>
        <w:t>Wayfinder's Range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0"/>
        <w:gridCol w:w="3856"/>
        <w:gridCol w:w="1469"/>
      </w:tblGrid>
      <w:tr w:rsidR="08B04688" w:rsidRPr="00940920" w14:paraId="719A0388" w14:textId="77777777" w:rsidTr="00852220">
        <w:trPr>
          <w:jc w:val="center"/>
        </w:trPr>
        <w:tc>
          <w:tcPr>
            <w:tcW w:w="2500" w:type="dxa"/>
          </w:tcPr>
          <w:p w14:paraId="0F81CA43" w14:textId="77777777" w:rsidR="08B04688" w:rsidRPr="00940920" w:rsidRDefault="08B04688" w:rsidP="00940920">
            <w:pPr>
              <w:spacing w:after="0" w:line="240" w:lineRule="auto"/>
              <w:jc w:val="center"/>
              <w:rPr>
                <w:b/>
                <w:bCs/>
              </w:rPr>
            </w:pPr>
            <w:r w:rsidRPr="00940920">
              <w:rPr>
                <w:b/>
                <w:bCs/>
              </w:rPr>
              <w:t>Station</w:t>
            </w:r>
          </w:p>
        </w:tc>
        <w:tc>
          <w:tcPr>
            <w:tcW w:w="3856" w:type="dxa"/>
          </w:tcPr>
          <w:p w14:paraId="01391B53" w14:textId="77777777" w:rsidR="08B04688" w:rsidRPr="00940920" w:rsidRDefault="08B04688" w:rsidP="00940920">
            <w:pPr>
              <w:spacing w:after="0" w:line="240" w:lineRule="auto"/>
              <w:jc w:val="center"/>
              <w:rPr>
                <w:b/>
                <w:bCs/>
              </w:rPr>
            </w:pPr>
            <w:r w:rsidRPr="00940920">
              <w:rPr>
                <w:b/>
                <w:bCs/>
              </w:rPr>
              <w:t>The Challenge</w:t>
            </w:r>
          </w:p>
        </w:tc>
        <w:tc>
          <w:tcPr>
            <w:tcW w:w="1469" w:type="dxa"/>
          </w:tcPr>
          <w:p w14:paraId="06D9EE5C" w14:textId="37756394" w:rsidR="08B04688" w:rsidRPr="00940920" w:rsidRDefault="00852220" w:rsidP="00940920">
            <w:pPr>
              <w:spacing w:after="0" w:line="240" w:lineRule="auto"/>
              <w:jc w:val="center"/>
              <w:rPr>
                <w:b/>
                <w:bCs/>
              </w:rPr>
            </w:pPr>
            <w:r>
              <w:rPr>
                <w:b/>
                <w:bCs/>
              </w:rPr>
              <w:t>Trail Mark</w:t>
            </w:r>
          </w:p>
        </w:tc>
      </w:tr>
      <w:tr w:rsidR="08B04688" w:rsidRPr="00940920" w14:paraId="605E3675" w14:textId="77777777" w:rsidTr="00852220">
        <w:trPr>
          <w:jc w:val="center"/>
        </w:trPr>
        <w:tc>
          <w:tcPr>
            <w:tcW w:w="2500" w:type="dxa"/>
          </w:tcPr>
          <w:p w14:paraId="3C866205" w14:textId="77777777" w:rsidR="08B04688" w:rsidRPr="00940920" w:rsidRDefault="08B04688" w:rsidP="00940920">
            <w:pPr>
              <w:spacing w:after="0" w:line="240" w:lineRule="auto"/>
            </w:pPr>
            <w:r w:rsidRPr="00940920">
              <w:t>Mapmaker's Quest</w:t>
            </w:r>
          </w:p>
        </w:tc>
        <w:tc>
          <w:tcPr>
            <w:tcW w:w="3856" w:type="dxa"/>
          </w:tcPr>
          <w:p w14:paraId="0A6B2160" w14:textId="77777777" w:rsidR="08B04688" w:rsidRPr="00940920" w:rsidRDefault="08B04688" w:rsidP="00940920">
            <w:pPr>
              <w:spacing w:after="0" w:line="240" w:lineRule="auto"/>
            </w:pPr>
            <w:r w:rsidRPr="00940920">
              <w:t>Run a short bearing-and-pacing course, then measure the height of a tree and the width of a gap without crossing either.</w:t>
            </w:r>
          </w:p>
        </w:tc>
        <w:tc>
          <w:tcPr>
            <w:tcW w:w="1469" w:type="dxa"/>
          </w:tcPr>
          <w:p w14:paraId="4AEC2542" w14:textId="48628299" w:rsidR="08B04688" w:rsidRPr="00940920" w:rsidRDefault="00694CF5" w:rsidP="00940920">
            <w:pPr>
              <w:spacing w:after="0" w:line="240" w:lineRule="auto"/>
            </w:pPr>
            <w:r>
              <w:t>Compass Charm</w:t>
            </w:r>
          </w:p>
        </w:tc>
      </w:tr>
      <w:tr w:rsidR="08B04688" w:rsidRPr="00940920" w14:paraId="30C46DF7" w14:textId="77777777" w:rsidTr="00852220">
        <w:trPr>
          <w:jc w:val="center"/>
        </w:trPr>
        <w:tc>
          <w:tcPr>
            <w:tcW w:w="2500" w:type="dxa"/>
          </w:tcPr>
          <w:p w14:paraId="195C0C69" w14:textId="77777777" w:rsidR="08B04688" w:rsidRPr="00940920" w:rsidRDefault="08B04688" w:rsidP="00940920">
            <w:pPr>
              <w:spacing w:after="0" w:line="240" w:lineRule="auto"/>
            </w:pPr>
            <w:r w:rsidRPr="00940920">
              <w:t>Sun, Star and Shadow</w:t>
            </w:r>
          </w:p>
        </w:tc>
        <w:tc>
          <w:tcPr>
            <w:tcW w:w="3856" w:type="dxa"/>
          </w:tcPr>
          <w:p w14:paraId="7B54CCD1" w14:textId="77777777" w:rsidR="08B04688" w:rsidRPr="00940920" w:rsidRDefault="08B04688" w:rsidP="00940920">
            <w:pPr>
              <w:spacing w:after="0" w:line="240" w:lineRule="auto"/>
            </w:pPr>
            <w:r w:rsidRPr="00940920">
              <w:t>Find north three different ways with no compass and no phone.</w:t>
            </w:r>
          </w:p>
        </w:tc>
        <w:tc>
          <w:tcPr>
            <w:tcW w:w="1469" w:type="dxa"/>
          </w:tcPr>
          <w:p w14:paraId="7F42625C" w14:textId="010F102D" w:rsidR="08B04688" w:rsidRPr="00940920" w:rsidRDefault="00DD0313" w:rsidP="00940920">
            <w:pPr>
              <w:spacing w:after="0" w:line="240" w:lineRule="auto"/>
            </w:pPr>
            <w:r>
              <w:t>Sun Charm</w:t>
            </w:r>
          </w:p>
        </w:tc>
      </w:tr>
      <w:tr w:rsidR="08B04688" w:rsidRPr="00940920" w14:paraId="4EBF6D72" w14:textId="77777777" w:rsidTr="00852220">
        <w:trPr>
          <w:jc w:val="center"/>
        </w:trPr>
        <w:tc>
          <w:tcPr>
            <w:tcW w:w="2500" w:type="dxa"/>
          </w:tcPr>
          <w:p w14:paraId="7ABB7106" w14:textId="77777777" w:rsidR="08B04688" w:rsidRPr="00940920" w:rsidRDefault="08B04688" w:rsidP="00940920">
            <w:pPr>
              <w:spacing w:after="0" w:line="240" w:lineRule="auto"/>
            </w:pPr>
            <w:r w:rsidRPr="00940920">
              <w:t>Sign of the Wild</w:t>
            </w:r>
          </w:p>
        </w:tc>
        <w:tc>
          <w:tcPr>
            <w:tcW w:w="3856" w:type="dxa"/>
          </w:tcPr>
          <w:p w14:paraId="03EBDA49" w14:textId="77777777" w:rsidR="08B04688" w:rsidRPr="00940920" w:rsidRDefault="08B04688" w:rsidP="00940920">
            <w:pPr>
              <w:spacing w:after="0" w:line="240" w:lineRule="auto"/>
            </w:pPr>
            <w:r w:rsidRPr="00940920">
              <w:t>Identify ten animals from tracks, scat, calls, and other sign, then cast a track to carry back to camp.</w:t>
            </w:r>
          </w:p>
        </w:tc>
        <w:tc>
          <w:tcPr>
            <w:tcW w:w="1469" w:type="dxa"/>
          </w:tcPr>
          <w:p w14:paraId="0A21D39A" w14:textId="3FB668FF" w:rsidR="08B04688" w:rsidRPr="00940920" w:rsidRDefault="00DD0313" w:rsidP="00940920">
            <w:pPr>
              <w:spacing w:after="0" w:line="240" w:lineRule="auto"/>
            </w:pPr>
            <w:r>
              <w:t>Paw Charm</w:t>
            </w:r>
          </w:p>
        </w:tc>
      </w:tr>
      <w:tr w:rsidR="08B04688" w:rsidRPr="00940920" w14:paraId="3D5FF913" w14:textId="77777777" w:rsidTr="00852220">
        <w:trPr>
          <w:jc w:val="center"/>
        </w:trPr>
        <w:tc>
          <w:tcPr>
            <w:tcW w:w="2500" w:type="dxa"/>
          </w:tcPr>
          <w:p w14:paraId="20D69897" w14:textId="77777777" w:rsidR="08B04688" w:rsidRPr="00940920" w:rsidRDefault="08B04688" w:rsidP="00940920">
            <w:pPr>
              <w:spacing w:after="0" w:line="240" w:lineRule="auto"/>
            </w:pPr>
            <w:r w:rsidRPr="00940920">
              <w:t>Leaf and Root</w:t>
            </w:r>
          </w:p>
        </w:tc>
        <w:tc>
          <w:tcPr>
            <w:tcW w:w="3856" w:type="dxa"/>
          </w:tcPr>
          <w:p w14:paraId="63A89B17" w14:textId="77777777" w:rsidR="08B04688" w:rsidRPr="00940920" w:rsidRDefault="08B04688" w:rsidP="00940920">
            <w:pPr>
              <w:spacing w:after="0" w:line="240" w:lineRule="auto"/>
            </w:pPr>
            <w:r w:rsidRPr="00940920">
              <w:t>Identify ten native plants, sort the safe from the hazardous, and tell how to treat exposure to the bad ones.</w:t>
            </w:r>
          </w:p>
        </w:tc>
        <w:tc>
          <w:tcPr>
            <w:tcW w:w="1469" w:type="dxa"/>
          </w:tcPr>
          <w:p w14:paraId="5652B113" w14:textId="7B627744" w:rsidR="08B04688" w:rsidRPr="00940920" w:rsidRDefault="00DD0313" w:rsidP="00940920">
            <w:pPr>
              <w:spacing w:after="0" w:line="240" w:lineRule="auto"/>
            </w:pPr>
            <w:r>
              <w:t>Green Bead</w:t>
            </w:r>
          </w:p>
        </w:tc>
      </w:tr>
    </w:tbl>
    <w:p w14:paraId="347E2CE3" w14:textId="77777777" w:rsidR="00DA59D7" w:rsidRDefault="00DA59D7" w:rsidP="009944AE">
      <w:pPr>
        <w:rPr>
          <w:b/>
          <w:bCs/>
          <w:color w:val="4F6A2D"/>
          <w:sz w:val="28"/>
          <w:szCs w:val="28"/>
        </w:rPr>
      </w:pPr>
    </w:p>
    <w:p w14:paraId="14EBC845" w14:textId="35C07CBD" w:rsidR="009944AE" w:rsidRPr="00DA59D7" w:rsidRDefault="4BE7765A" w:rsidP="009944AE">
      <w:pPr>
        <w:rPr>
          <w:color w:val="4F6A2D"/>
          <w:sz w:val="28"/>
          <w:szCs w:val="28"/>
        </w:rPr>
      </w:pPr>
      <w:r w:rsidRPr="4BE7765A">
        <w:rPr>
          <w:b/>
          <w:bCs/>
          <w:color w:val="4F6A2D"/>
          <w:sz w:val="28"/>
          <w:szCs w:val="28"/>
        </w:rPr>
        <w:t>Council Commons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0"/>
        <w:gridCol w:w="3760"/>
        <w:gridCol w:w="1475"/>
      </w:tblGrid>
      <w:tr w:rsidR="4BE7765A" w:rsidRPr="00940920" w14:paraId="3748ABD6" w14:textId="77777777" w:rsidTr="00852220">
        <w:trPr>
          <w:jc w:val="center"/>
        </w:trPr>
        <w:tc>
          <w:tcPr>
            <w:tcW w:w="2500" w:type="dxa"/>
          </w:tcPr>
          <w:p w14:paraId="346EAAFA" w14:textId="77777777" w:rsidR="4BE7765A" w:rsidRPr="00940920" w:rsidRDefault="4BE7765A" w:rsidP="00940920">
            <w:pPr>
              <w:spacing w:after="0" w:line="240" w:lineRule="auto"/>
              <w:jc w:val="center"/>
              <w:rPr>
                <w:b/>
                <w:bCs/>
              </w:rPr>
            </w:pPr>
            <w:r w:rsidRPr="00940920">
              <w:rPr>
                <w:b/>
                <w:bCs/>
              </w:rPr>
              <w:t>Station</w:t>
            </w:r>
          </w:p>
        </w:tc>
        <w:tc>
          <w:tcPr>
            <w:tcW w:w="3760" w:type="dxa"/>
          </w:tcPr>
          <w:p w14:paraId="14A1FD3C" w14:textId="77777777" w:rsidR="4BE7765A" w:rsidRPr="00940920" w:rsidRDefault="4BE7765A" w:rsidP="00940920">
            <w:pPr>
              <w:spacing w:after="0" w:line="240" w:lineRule="auto"/>
              <w:jc w:val="center"/>
              <w:rPr>
                <w:b/>
                <w:bCs/>
              </w:rPr>
            </w:pPr>
            <w:r w:rsidRPr="00940920">
              <w:rPr>
                <w:b/>
                <w:bCs/>
              </w:rPr>
              <w:t>The Challenge</w:t>
            </w:r>
          </w:p>
        </w:tc>
        <w:tc>
          <w:tcPr>
            <w:tcW w:w="1475" w:type="dxa"/>
          </w:tcPr>
          <w:p w14:paraId="257C940E" w14:textId="46D90120" w:rsidR="4BE7765A" w:rsidRPr="00940920" w:rsidRDefault="00852220" w:rsidP="00940920">
            <w:pPr>
              <w:spacing w:after="0" w:line="240" w:lineRule="auto"/>
              <w:jc w:val="center"/>
              <w:rPr>
                <w:b/>
                <w:bCs/>
              </w:rPr>
            </w:pPr>
            <w:r>
              <w:rPr>
                <w:b/>
                <w:bCs/>
              </w:rPr>
              <w:t>Trail Mark</w:t>
            </w:r>
          </w:p>
        </w:tc>
      </w:tr>
      <w:tr w:rsidR="4BE7765A" w:rsidRPr="00940920" w14:paraId="3B715E72" w14:textId="77777777" w:rsidTr="00852220">
        <w:trPr>
          <w:jc w:val="center"/>
        </w:trPr>
        <w:tc>
          <w:tcPr>
            <w:tcW w:w="2500" w:type="dxa"/>
          </w:tcPr>
          <w:p w14:paraId="79F506E8" w14:textId="77777777" w:rsidR="4BE7765A" w:rsidRPr="00940920" w:rsidRDefault="4BE7765A" w:rsidP="00940920">
            <w:pPr>
              <w:spacing w:after="0" w:line="240" w:lineRule="auto"/>
            </w:pPr>
            <w:r w:rsidRPr="00940920">
              <w:t>Signal Hill</w:t>
            </w:r>
          </w:p>
        </w:tc>
        <w:tc>
          <w:tcPr>
            <w:tcW w:w="3760" w:type="dxa"/>
          </w:tcPr>
          <w:p w14:paraId="4816EE23" w14:textId="77777777" w:rsidR="4BE7765A" w:rsidRPr="00940920" w:rsidRDefault="4BE7765A" w:rsidP="00940920">
            <w:pPr>
              <w:spacing w:after="0" w:line="240" w:lineRule="auto"/>
            </w:pPr>
            <w:r w:rsidRPr="00940920">
              <w:t xml:space="preserve">Send a message across the hill by semaphore, mirror, or Morse, and get it back correctly. Then step next door to the </w:t>
            </w:r>
            <w:proofErr w:type="gramStart"/>
            <w:r w:rsidRPr="00940920">
              <w:t>World Wide</w:t>
            </w:r>
            <w:proofErr w:type="gramEnd"/>
            <w:r w:rsidRPr="00940920">
              <w:t xml:space="preserve"> Fire.</w:t>
            </w:r>
          </w:p>
        </w:tc>
        <w:tc>
          <w:tcPr>
            <w:tcW w:w="1475" w:type="dxa"/>
          </w:tcPr>
          <w:p w14:paraId="32BA984C" w14:textId="2E99A67D" w:rsidR="4BE7765A" w:rsidRPr="00940920" w:rsidRDefault="4BE7765A" w:rsidP="00940920">
            <w:pPr>
              <w:spacing w:after="0" w:line="240" w:lineRule="auto"/>
            </w:pPr>
            <w:r w:rsidRPr="00940920">
              <w:t>Blue</w:t>
            </w:r>
            <w:r w:rsidR="00014C28">
              <w:t xml:space="preserve"> Bead</w:t>
            </w:r>
          </w:p>
        </w:tc>
      </w:tr>
      <w:tr w:rsidR="4BE7765A" w:rsidRPr="00940920" w14:paraId="0B34304E" w14:textId="77777777" w:rsidTr="00852220">
        <w:trPr>
          <w:jc w:val="center"/>
        </w:trPr>
        <w:tc>
          <w:tcPr>
            <w:tcW w:w="2500" w:type="dxa"/>
          </w:tcPr>
          <w:p w14:paraId="07411628" w14:textId="371C8BA3" w:rsidR="4BE7765A" w:rsidRPr="00940920" w:rsidRDefault="00FD3AF9" w:rsidP="00940920">
            <w:pPr>
              <w:spacing w:after="0" w:line="240" w:lineRule="auto"/>
            </w:pPr>
            <w:r>
              <w:t>The Outfitter’s Table</w:t>
            </w:r>
          </w:p>
        </w:tc>
        <w:tc>
          <w:tcPr>
            <w:tcW w:w="3760" w:type="dxa"/>
          </w:tcPr>
          <w:p w14:paraId="66FBAEBB" w14:textId="63F92DA7" w:rsidR="4BE7765A" w:rsidRPr="00940920" w:rsidRDefault="00FD3AF9" w:rsidP="00940920">
            <w:pPr>
              <w:spacing w:after="0" w:line="240" w:lineRule="auto"/>
            </w:pPr>
            <w:r>
              <w:t>Pack a pack that works, account for the Ten Essentials, then pick the best patrol site and say why.</w:t>
            </w:r>
          </w:p>
        </w:tc>
        <w:tc>
          <w:tcPr>
            <w:tcW w:w="1475" w:type="dxa"/>
          </w:tcPr>
          <w:p w14:paraId="606B3098" w14:textId="53C76CE6" w:rsidR="4BE7765A" w:rsidRPr="00940920" w:rsidRDefault="4BE7765A" w:rsidP="00940920">
            <w:pPr>
              <w:spacing w:after="0" w:line="240" w:lineRule="auto"/>
            </w:pPr>
            <w:r w:rsidRPr="00940920">
              <w:t>Purple</w:t>
            </w:r>
            <w:r w:rsidR="00014C28">
              <w:t xml:space="preserve"> Bead</w:t>
            </w:r>
          </w:p>
        </w:tc>
      </w:tr>
      <w:tr w:rsidR="4BE7765A" w:rsidRPr="00940920" w14:paraId="161215D1" w14:textId="77777777" w:rsidTr="00852220">
        <w:trPr>
          <w:jc w:val="center"/>
        </w:trPr>
        <w:tc>
          <w:tcPr>
            <w:tcW w:w="2500" w:type="dxa"/>
          </w:tcPr>
          <w:p w14:paraId="6C2DE831" w14:textId="77777777" w:rsidR="4BE7765A" w:rsidRPr="00940920" w:rsidRDefault="4BE7765A" w:rsidP="00940920">
            <w:pPr>
              <w:spacing w:after="0" w:line="240" w:lineRule="auto"/>
            </w:pPr>
            <w:r w:rsidRPr="00940920">
              <w:t>Weather Eye</w:t>
            </w:r>
          </w:p>
        </w:tc>
        <w:tc>
          <w:tcPr>
            <w:tcW w:w="3760" w:type="dxa"/>
          </w:tcPr>
          <w:p w14:paraId="3831810F" w14:textId="77777777" w:rsidR="4BE7765A" w:rsidRPr="00940920" w:rsidRDefault="4BE7765A" w:rsidP="00940920">
            <w:pPr>
              <w:spacing w:after="0" w:line="240" w:lineRule="auto"/>
            </w:pPr>
            <w:r w:rsidRPr="00940920">
              <w:t>Read the sky, name what is coming, and decide what a patrol should do about it.</w:t>
            </w:r>
          </w:p>
        </w:tc>
        <w:tc>
          <w:tcPr>
            <w:tcW w:w="1475" w:type="dxa"/>
          </w:tcPr>
          <w:p w14:paraId="5E30ED72" w14:textId="527E4457" w:rsidR="4BE7765A" w:rsidRPr="00940920" w:rsidRDefault="00675F78" w:rsidP="00940920">
            <w:pPr>
              <w:spacing w:after="0" w:line="240" w:lineRule="auto"/>
            </w:pPr>
            <w:r>
              <w:t>Bolt Charm</w:t>
            </w:r>
          </w:p>
        </w:tc>
      </w:tr>
      <w:tr w:rsidR="4BE7765A" w:rsidRPr="00940920" w14:paraId="56B7788D" w14:textId="77777777" w:rsidTr="00852220">
        <w:trPr>
          <w:jc w:val="center"/>
        </w:trPr>
        <w:tc>
          <w:tcPr>
            <w:tcW w:w="2500" w:type="dxa"/>
          </w:tcPr>
          <w:p w14:paraId="4EDBBFE0" w14:textId="04B3A092" w:rsidR="4BE7765A" w:rsidRPr="00940920" w:rsidRDefault="00FD3AF9" w:rsidP="00940920">
            <w:pPr>
              <w:spacing w:after="0" w:line="240" w:lineRule="auto"/>
            </w:pPr>
            <w:r>
              <w:t>Hug a Tree</w:t>
            </w:r>
          </w:p>
        </w:tc>
        <w:tc>
          <w:tcPr>
            <w:tcW w:w="3760" w:type="dxa"/>
          </w:tcPr>
          <w:p w14:paraId="5F5CE31E" w14:textId="60D9A15C" w:rsidR="4BE7765A" w:rsidRPr="00940920" w:rsidRDefault="00C54C81" w:rsidP="00940920">
            <w:pPr>
              <w:spacing w:after="0" w:line="240" w:lineRule="auto"/>
            </w:pPr>
            <w:r>
              <w:t>Learn what to do the moment you realize you are lost, and how to hike so it never happens.</w:t>
            </w:r>
          </w:p>
        </w:tc>
        <w:tc>
          <w:tcPr>
            <w:tcW w:w="1475" w:type="dxa"/>
          </w:tcPr>
          <w:p w14:paraId="0981E193" w14:textId="2DD2B811" w:rsidR="4BE7765A" w:rsidRPr="00940920" w:rsidRDefault="00675F78" w:rsidP="00940920">
            <w:pPr>
              <w:spacing w:after="0" w:line="240" w:lineRule="auto"/>
            </w:pPr>
            <w:r>
              <w:t>Tree Charm</w:t>
            </w:r>
          </w:p>
        </w:tc>
      </w:tr>
    </w:tbl>
    <w:p w14:paraId="558C2CD2" w14:textId="205F3237" w:rsidR="009944AE" w:rsidRPr="00DA59D7" w:rsidRDefault="4BE7765A" w:rsidP="00DA59D7">
      <w:pPr>
        <w:pStyle w:val="Heading2"/>
        <w:rPr>
          <w:color w:val="4F6A2D"/>
          <w:sz w:val="28"/>
          <w:szCs w:val="28"/>
        </w:rPr>
      </w:pPr>
      <w:r w:rsidRPr="4BE7765A">
        <w:rPr>
          <w:color w:val="4F6A2D"/>
          <w:sz w:val="28"/>
          <w:szCs w:val="28"/>
        </w:rPr>
        <w:t>Challenge Trail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0"/>
        <w:gridCol w:w="3782"/>
        <w:gridCol w:w="1363"/>
      </w:tblGrid>
      <w:tr w:rsidR="4BE7765A" w:rsidRPr="00940920" w14:paraId="320B660B" w14:textId="77777777" w:rsidTr="00852220">
        <w:trPr>
          <w:jc w:val="center"/>
        </w:trPr>
        <w:tc>
          <w:tcPr>
            <w:tcW w:w="2500" w:type="dxa"/>
          </w:tcPr>
          <w:p w14:paraId="7DA046B5" w14:textId="77777777" w:rsidR="4BE7765A" w:rsidRPr="00940920" w:rsidRDefault="4BE7765A" w:rsidP="00940920">
            <w:pPr>
              <w:spacing w:after="0" w:line="240" w:lineRule="auto"/>
              <w:jc w:val="center"/>
              <w:rPr>
                <w:b/>
                <w:bCs/>
              </w:rPr>
            </w:pPr>
            <w:r w:rsidRPr="00940920">
              <w:rPr>
                <w:b/>
                <w:bCs/>
              </w:rPr>
              <w:t>Station</w:t>
            </w:r>
          </w:p>
        </w:tc>
        <w:tc>
          <w:tcPr>
            <w:tcW w:w="3782" w:type="dxa"/>
          </w:tcPr>
          <w:p w14:paraId="08C58678" w14:textId="77777777" w:rsidR="4BE7765A" w:rsidRPr="00940920" w:rsidRDefault="4BE7765A" w:rsidP="00940920">
            <w:pPr>
              <w:spacing w:after="0" w:line="240" w:lineRule="auto"/>
              <w:jc w:val="center"/>
              <w:rPr>
                <w:b/>
                <w:bCs/>
              </w:rPr>
            </w:pPr>
            <w:r w:rsidRPr="00940920">
              <w:rPr>
                <w:b/>
                <w:bCs/>
              </w:rPr>
              <w:t>The Challenge</w:t>
            </w:r>
          </w:p>
        </w:tc>
        <w:tc>
          <w:tcPr>
            <w:tcW w:w="1363" w:type="dxa"/>
          </w:tcPr>
          <w:p w14:paraId="1CC44EB0" w14:textId="6779617A" w:rsidR="4BE7765A" w:rsidRPr="00940920" w:rsidRDefault="00852220" w:rsidP="00940920">
            <w:pPr>
              <w:spacing w:after="0" w:line="240" w:lineRule="auto"/>
              <w:jc w:val="center"/>
              <w:rPr>
                <w:b/>
                <w:bCs/>
              </w:rPr>
            </w:pPr>
            <w:r>
              <w:rPr>
                <w:b/>
                <w:bCs/>
              </w:rPr>
              <w:t>Trail Mark</w:t>
            </w:r>
          </w:p>
        </w:tc>
      </w:tr>
      <w:tr w:rsidR="4BE7765A" w:rsidRPr="00940920" w14:paraId="3B0928A2" w14:textId="77777777" w:rsidTr="00852220">
        <w:trPr>
          <w:jc w:val="center"/>
        </w:trPr>
        <w:tc>
          <w:tcPr>
            <w:tcW w:w="2500" w:type="dxa"/>
          </w:tcPr>
          <w:p w14:paraId="7A567EFF" w14:textId="77777777" w:rsidR="4BE7765A" w:rsidRPr="00940920" w:rsidRDefault="4BE7765A" w:rsidP="00940920">
            <w:pPr>
              <w:spacing w:after="0" w:line="240" w:lineRule="auto"/>
            </w:pPr>
            <w:r w:rsidRPr="00940920">
              <w:t>Night Camp</w:t>
            </w:r>
          </w:p>
        </w:tc>
        <w:tc>
          <w:tcPr>
            <w:tcW w:w="3782" w:type="dxa"/>
          </w:tcPr>
          <w:p w14:paraId="6352F605" w14:textId="77777777" w:rsidR="4BE7765A" w:rsidRPr="00940920" w:rsidRDefault="4BE7765A" w:rsidP="00940920">
            <w:pPr>
              <w:spacing w:after="0" w:line="240" w:lineRule="auto"/>
            </w:pPr>
            <w:r w:rsidRPr="00940920">
              <w:t>Pitch a tent with half the patrol blindfolded, guided only by words.</w:t>
            </w:r>
          </w:p>
        </w:tc>
        <w:tc>
          <w:tcPr>
            <w:tcW w:w="1363" w:type="dxa"/>
          </w:tcPr>
          <w:p w14:paraId="00B5018D" w14:textId="6B191EE0" w:rsidR="4BE7765A" w:rsidRPr="00940920" w:rsidRDefault="4BE7765A" w:rsidP="00940920">
            <w:pPr>
              <w:spacing w:after="0" w:line="240" w:lineRule="auto"/>
            </w:pPr>
            <w:r w:rsidRPr="00940920">
              <w:t>Black</w:t>
            </w:r>
            <w:r w:rsidR="00EF71FE">
              <w:t xml:space="preserve"> Bead</w:t>
            </w:r>
          </w:p>
        </w:tc>
      </w:tr>
      <w:tr w:rsidR="4BE7765A" w:rsidRPr="00940920" w14:paraId="23C46476" w14:textId="77777777" w:rsidTr="00852220">
        <w:trPr>
          <w:jc w:val="center"/>
        </w:trPr>
        <w:tc>
          <w:tcPr>
            <w:tcW w:w="2500" w:type="dxa"/>
          </w:tcPr>
          <w:p w14:paraId="6968A159" w14:textId="77777777" w:rsidR="4BE7765A" w:rsidRPr="00940920" w:rsidRDefault="4BE7765A" w:rsidP="00940920">
            <w:pPr>
              <w:spacing w:after="0" w:line="240" w:lineRule="auto"/>
            </w:pPr>
            <w:r w:rsidRPr="00940920">
              <w:t>Portage Passage</w:t>
            </w:r>
          </w:p>
        </w:tc>
        <w:tc>
          <w:tcPr>
            <w:tcW w:w="3782" w:type="dxa"/>
          </w:tcPr>
          <w:p w14:paraId="6E02B81C" w14:textId="77777777" w:rsidR="4BE7765A" w:rsidRPr="00940920" w:rsidRDefault="4BE7765A" w:rsidP="00940920">
            <w:pPr>
              <w:spacing w:after="0" w:line="240" w:lineRule="auto"/>
            </w:pPr>
            <w:r w:rsidRPr="00940920">
              <w:t>Name the parts of the canoe, then carry it through the obstacle course without dropping or dragging it.</w:t>
            </w:r>
          </w:p>
        </w:tc>
        <w:tc>
          <w:tcPr>
            <w:tcW w:w="1363" w:type="dxa"/>
          </w:tcPr>
          <w:p w14:paraId="795DEFC5" w14:textId="55CB5ABD" w:rsidR="4BE7765A" w:rsidRPr="00940920" w:rsidRDefault="00F55CF9" w:rsidP="00940920">
            <w:pPr>
              <w:spacing w:after="0" w:line="240" w:lineRule="auto"/>
            </w:pPr>
            <w:r>
              <w:t>Anchor Charm</w:t>
            </w:r>
          </w:p>
        </w:tc>
      </w:tr>
      <w:tr w:rsidR="4BE7765A" w:rsidRPr="00940920" w14:paraId="53C7984C" w14:textId="77777777" w:rsidTr="00852220">
        <w:trPr>
          <w:jc w:val="center"/>
        </w:trPr>
        <w:tc>
          <w:tcPr>
            <w:tcW w:w="2500" w:type="dxa"/>
          </w:tcPr>
          <w:p w14:paraId="404EBB23" w14:textId="77777777" w:rsidR="4BE7765A" w:rsidRPr="00940920" w:rsidRDefault="4BE7765A" w:rsidP="00940920">
            <w:pPr>
              <w:spacing w:after="0" w:line="240" w:lineRule="auto"/>
            </w:pPr>
            <w:r w:rsidRPr="00940920">
              <w:t>Pack Mule Run</w:t>
            </w:r>
          </w:p>
        </w:tc>
        <w:tc>
          <w:tcPr>
            <w:tcW w:w="3782" w:type="dxa"/>
          </w:tcPr>
          <w:p w14:paraId="276E175E" w14:textId="77777777" w:rsidR="4BE7765A" w:rsidRPr="00940920" w:rsidRDefault="4BE7765A" w:rsidP="00940920">
            <w:pPr>
              <w:spacing w:after="0" w:line="240" w:lineRule="auto"/>
            </w:pPr>
            <w:r w:rsidRPr="00940920">
              <w:t>Lash a carrying rig and move your gear load and your Patrol Leader through the course intact.</w:t>
            </w:r>
          </w:p>
        </w:tc>
        <w:tc>
          <w:tcPr>
            <w:tcW w:w="1363" w:type="dxa"/>
          </w:tcPr>
          <w:p w14:paraId="458328F8" w14:textId="56EC6B5C" w:rsidR="4BE7765A" w:rsidRPr="00940920" w:rsidRDefault="003303A5" w:rsidP="00940920">
            <w:pPr>
              <w:spacing w:after="0" w:line="240" w:lineRule="auto"/>
            </w:pPr>
            <w:r>
              <w:t>Brown Bead</w:t>
            </w:r>
          </w:p>
        </w:tc>
      </w:tr>
      <w:tr w:rsidR="4BE7765A" w:rsidRPr="00940920" w14:paraId="729585B3" w14:textId="77777777" w:rsidTr="00852220">
        <w:trPr>
          <w:jc w:val="center"/>
        </w:trPr>
        <w:tc>
          <w:tcPr>
            <w:tcW w:w="2500" w:type="dxa"/>
          </w:tcPr>
          <w:p w14:paraId="2B2A6C29" w14:textId="77777777" w:rsidR="4BE7765A" w:rsidRPr="00940920" w:rsidRDefault="4BE7765A" w:rsidP="00940920">
            <w:pPr>
              <w:spacing w:after="0" w:line="240" w:lineRule="auto"/>
            </w:pPr>
            <w:r w:rsidRPr="00940920">
              <w:t>The Bucket Brigade</w:t>
            </w:r>
          </w:p>
        </w:tc>
        <w:tc>
          <w:tcPr>
            <w:tcW w:w="3782" w:type="dxa"/>
          </w:tcPr>
          <w:p w14:paraId="15841E7D" w14:textId="77777777" w:rsidR="4BE7765A" w:rsidRPr="00940920" w:rsidRDefault="4BE7765A" w:rsidP="00940920">
            <w:pPr>
              <w:spacing w:after="0" w:line="240" w:lineRule="auto"/>
            </w:pPr>
            <w:r w:rsidRPr="00940920">
              <w:t>Make dirty water drinkable, then move it across the course without losing it.</w:t>
            </w:r>
          </w:p>
        </w:tc>
        <w:tc>
          <w:tcPr>
            <w:tcW w:w="1363" w:type="dxa"/>
          </w:tcPr>
          <w:p w14:paraId="089260BA" w14:textId="59815C53" w:rsidR="4BE7765A" w:rsidRPr="00940920" w:rsidRDefault="4BE7765A" w:rsidP="00940920">
            <w:pPr>
              <w:spacing w:after="0" w:line="240" w:lineRule="auto"/>
            </w:pPr>
            <w:r w:rsidRPr="00940920">
              <w:t>Clear</w:t>
            </w:r>
            <w:r w:rsidR="003303A5">
              <w:t xml:space="preserve"> Bead</w:t>
            </w:r>
          </w:p>
        </w:tc>
      </w:tr>
    </w:tbl>
    <w:p w14:paraId="38C9C102" w14:textId="77777777" w:rsidR="00DA59D7" w:rsidRDefault="00DA59D7" w:rsidP="003B4C06">
      <w:pPr>
        <w:rPr>
          <w:b/>
          <w:bCs/>
          <w:color w:val="32431B"/>
          <w:sz w:val="44"/>
          <w:szCs w:val="44"/>
        </w:rPr>
      </w:pPr>
    </w:p>
    <w:p w14:paraId="778CBC25" w14:textId="10B98902" w:rsidR="01BCF44F" w:rsidRDefault="01BCF44F" w:rsidP="003B4C06">
      <w:r w:rsidRPr="01BCF44F">
        <w:rPr>
          <w:b/>
          <w:bCs/>
          <w:color w:val="32431B"/>
          <w:sz w:val="44"/>
          <w:szCs w:val="44"/>
        </w:rPr>
        <w:lastRenderedPageBreak/>
        <w:t xml:space="preserve">The </w:t>
      </w:r>
      <w:proofErr w:type="gramStart"/>
      <w:r w:rsidRPr="01BCF44F">
        <w:rPr>
          <w:b/>
          <w:bCs/>
          <w:color w:val="32431B"/>
          <w:sz w:val="44"/>
          <w:szCs w:val="44"/>
        </w:rPr>
        <w:t>World Wide</w:t>
      </w:r>
      <w:proofErr w:type="gramEnd"/>
      <w:r w:rsidRPr="01BCF44F">
        <w:rPr>
          <w:b/>
          <w:bCs/>
          <w:color w:val="32431B"/>
          <w:sz w:val="44"/>
          <w:szCs w:val="44"/>
        </w:rPr>
        <w:t xml:space="preserve"> Fire: JOTA and JOTI</w:t>
      </w:r>
    </w:p>
    <w:p w14:paraId="6D1ABD44" w14:textId="77777777" w:rsidR="004622E7" w:rsidRDefault="004622E7"/>
    <w:p w14:paraId="35DBD436" w14:textId="77777777" w:rsidR="01BCF44F" w:rsidRDefault="01BCF44F">
      <w:r>
        <w:t xml:space="preserve">The Jamboree on the Air and Jamboree on the Internet fall on this same weekend, and roughly a million Scouts around the world will be on the air with us. That is too good to leave as a side table. This year JOTA and JOTI get a proper home in camp called the </w:t>
      </w:r>
      <w:proofErr w:type="gramStart"/>
      <w:r>
        <w:t>World Wide</w:t>
      </w:r>
      <w:proofErr w:type="gramEnd"/>
      <w:r>
        <w:t xml:space="preserve"> Fire, and it works two ways.</w:t>
      </w:r>
    </w:p>
    <w:p w14:paraId="4D68F4DB" w14:textId="77777777" w:rsidR="01BCF44F" w:rsidRDefault="01BCF44F">
      <w:r>
        <w:t>First, it sits beside Signal Hill in Council Commons. Every patrol that works the signaling station steps next door to see the radio operating, hear a contact, and understand that the flags and Morse they just practiced are the same idea their grandparents' generation used and that Scouts a continent away are using right now.</w:t>
      </w:r>
    </w:p>
    <w:p w14:paraId="4E865C36" w14:textId="77777777" w:rsidR="01BCF44F" w:rsidRDefault="01BCF44F">
      <w:r>
        <w:t xml:space="preserve">Second, the </w:t>
      </w:r>
      <w:proofErr w:type="gramStart"/>
      <w:r>
        <w:t>World Wide</w:t>
      </w:r>
      <w:proofErr w:type="gramEnd"/>
      <w:r>
        <w:t xml:space="preserve"> Fire stays open all day and into the evening as a drop-in hub. A patrol does not need to be on the station rotation to visit. Scouts can come during troop time, before the campfire, or whenever the bands are good, and any Scout who makes or listens in on a contact can log it and complete the Talk to the World Trail Assignment. Units with their own licensed operators are warmly invited to bring gear and help staff it.</w:t>
      </w:r>
    </w:p>
    <w:p w14:paraId="138C579D" w14:textId="77777777" w:rsidR="01BCF44F" w:rsidRDefault="01BCF44F">
      <w:r>
        <w:t xml:space="preserve">Operator, call sign, equipment, and the exact location of the hub are still being arranged and will be published </w:t>
      </w:r>
      <w:r w:rsidR="00724B2A">
        <w:t>as we firm them up</w:t>
      </w:r>
      <w:r>
        <w:t xml:space="preserve">. Whoever runs the hub should keep a simple </w:t>
      </w:r>
      <w:proofErr w:type="gramStart"/>
      <w:r>
        <w:t>log book</w:t>
      </w:r>
      <w:proofErr w:type="gramEnd"/>
      <w:r>
        <w:t>: patrol, unit, who they reached, and where in the world that was. That log gets read out at the Grand Campfire.</w:t>
      </w:r>
    </w:p>
    <w:p w14:paraId="0A09ED44" w14:textId="77777777" w:rsidR="01BCF44F" w:rsidRDefault="00724B2A" w:rsidP="003B4C06">
      <w:r>
        <w:rPr>
          <w:color w:val="32431B"/>
          <w:sz w:val="44"/>
          <w:szCs w:val="44"/>
        </w:rPr>
        <w:br w:type="page"/>
      </w:r>
      <w:r w:rsidR="01BCF44F" w:rsidRPr="01BCF44F">
        <w:rPr>
          <w:b/>
          <w:bCs/>
          <w:color w:val="32431B"/>
          <w:sz w:val="44"/>
          <w:szCs w:val="44"/>
        </w:rPr>
        <w:lastRenderedPageBreak/>
        <w:t>Daily Program</w:t>
      </w:r>
    </w:p>
    <w:p w14:paraId="631D0711" w14:textId="407A3B2C" w:rsidR="1B750571" w:rsidRDefault="1B750571" w:rsidP="00405666">
      <w:pPr>
        <w:pStyle w:val="Heading2"/>
      </w:pPr>
      <w:r w:rsidRPr="1B750571">
        <w:rPr>
          <w:color w:val="4F6A2D"/>
          <w:sz w:val="28"/>
          <w:szCs w:val="28"/>
        </w:rPr>
        <w:t>Friday, 16 October</w:t>
      </w:r>
      <w:r w:rsidR="004E6BFB">
        <w:rPr>
          <w:color w:val="4F6A2D"/>
          <w:sz w:val="28"/>
          <w:szCs w:val="28"/>
        </w:rPr>
        <w:t xml:space="preserve"> </w:t>
      </w:r>
      <w:r w:rsidR="00405666">
        <w:rPr>
          <w:color w:val="4F6A2D"/>
          <w:sz w:val="28"/>
          <w:szCs w:val="28"/>
        </w:rPr>
        <w:t xml:space="preserve">- </w:t>
      </w:r>
      <w:r w:rsidRPr="00405666">
        <w:rPr>
          <w:b w:val="0"/>
          <w:bCs w:val="0"/>
          <w:color w:val="000000" w:themeColor="text1"/>
          <w:sz w:val="22"/>
          <w:szCs w:val="22"/>
        </w:rPr>
        <w:t>Friday arrival is optional and there is no formal program.</w:t>
      </w:r>
      <w:r w:rsidRPr="00405666">
        <w:rPr>
          <w:color w:val="000000" w:themeColor="text1"/>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0"/>
        <w:gridCol w:w="5918"/>
      </w:tblGrid>
      <w:tr w:rsidR="1B750571" w:rsidRPr="00940920" w14:paraId="69EDAC9F" w14:textId="77777777" w:rsidTr="00940920">
        <w:tc>
          <w:tcPr>
            <w:tcW w:w="2200" w:type="dxa"/>
          </w:tcPr>
          <w:p w14:paraId="6BA50F6F" w14:textId="77777777" w:rsidR="1B750571" w:rsidRPr="00405666" w:rsidRDefault="1B750571" w:rsidP="00940920">
            <w:pPr>
              <w:spacing w:after="0" w:line="240" w:lineRule="auto"/>
              <w:rPr>
                <w:b/>
                <w:bCs/>
              </w:rPr>
            </w:pPr>
            <w:r w:rsidRPr="00405666">
              <w:rPr>
                <w:b/>
                <w:bCs/>
              </w:rPr>
              <w:t>Time</w:t>
            </w:r>
          </w:p>
        </w:tc>
        <w:tc>
          <w:tcPr>
            <w:tcW w:w="5918" w:type="dxa"/>
          </w:tcPr>
          <w:p w14:paraId="364E039F" w14:textId="77777777" w:rsidR="1B750571" w:rsidRPr="00405666" w:rsidRDefault="1B750571" w:rsidP="00940920">
            <w:pPr>
              <w:spacing w:after="0" w:line="240" w:lineRule="auto"/>
              <w:rPr>
                <w:b/>
                <w:bCs/>
              </w:rPr>
            </w:pPr>
            <w:r w:rsidRPr="00405666">
              <w:rPr>
                <w:b/>
                <w:bCs/>
              </w:rPr>
              <w:t>What Happens</w:t>
            </w:r>
          </w:p>
        </w:tc>
      </w:tr>
      <w:tr w:rsidR="00405666" w:rsidRPr="00940920" w14:paraId="4CF421B9" w14:textId="77777777" w:rsidTr="00940920">
        <w:tc>
          <w:tcPr>
            <w:tcW w:w="2200" w:type="dxa"/>
          </w:tcPr>
          <w:p w14:paraId="5E044300" w14:textId="445D56DC" w:rsidR="00405666" w:rsidRPr="00940920" w:rsidRDefault="00405666" w:rsidP="00940920">
            <w:pPr>
              <w:spacing w:after="0" w:line="240" w:lineRule="auto"/>
            </w:pPr>
            <w:r w:rsidRPr="00940920">
              <w:t>6:00 pm - 8:00 pm</w:t>
            </w:r>
          </w:p>
        </w:tc>
        <w:tc>
          <w:tcPr>
            <w:tcW w:w="5918" w:type="dxa"/>
          </w:tcPr>
          <w:p w14:paraId="648B3EC6" w14:textId="09A3C61B" w:rsidR="00405666" w:rsidRPr="00940920" w:rsidRDefault="00405666" w:rsidP="00940920">
            <w:pPr>
              <w:spacing w:after="0" w:line="240" w:lineRule="auto"/>
            </w:pPr>
            <w:r w:rsidRPr="00940920">
              <w:t>Optional early arrival of Troops. Pathfinders escort units to their camp areas. Troop time.</w:t>
            </w:r>
          </w:p>
        </w:tc>
      </w:tr>
      <w:tr w:rsidR="00405666" w:rsidRPr="00940920" w14:paraId="35DA29DC" w14:textId="77777777" w:rsidTr="00940920">
        <w:tc>
          <w:tcPr>
            <w:tcW w:w="2200" w:type="dxa"/>
          </w:tcPr>
          <w:p w14:paraId="4CBE9058" w14:textId="396712D7" w:rsidR="00405666" w:rsidRPr="00940920" w:rsidRDefault="00405666" w:rsidP="00940920">
            <w:pPr>
              <w:spacing w:after="0" w:line="240" w:lineRule="auto"/>
            </w:pPr>
            <w:r>
              <w:t>8:00 pm – 10:00 pm</w:t>
            </w:r>
          </w:p>
        </w:tc>
        <w:tc>
          <w:tcPr>
            <w:tcW w:w="5918" w:type="dxa"/>
          </w:tcPr>
          <w:p w14:paraId="45B46D84" w14:textId="140EAF32" w:rsidR="00405666" w:rsidRPr="00940920" w:rsidRDefault="00405666" w:rsidP="00940920">
            <w:pPr>
              <w:spacing w:after="0" w:line="240" w:lineRule="auto"/>
            </w:pPr>
            <w:r>
              <w:t>Troop Time, Friendship Fires, prep for Saturday activities</w:t>
            </w:r>
          </w:p>
        </w:tc>
      </w:tr>
      <w:tr w:rsidR="00405666" w:rsidRPr="00940920" w14:paraId="71512BBD" w14:textId="77777777" w:rsidTr="00940920">
        <w:tc>
          <w:tcPr>
            <w:tcW w:w="2200" w:type="dxa"/>
          </w:tcPr>
          <w:p w14:paraId="0D84ACA6" w14:textId="0A951512" w:rsidR="00405666" w:rsidRPr="00940920" w:rsidRDefault="00405666" w:rsidP="00940920">
            <w:pPr>
              <w:spacing w:after="0" w:line="240" w:lineRule="auto"/>
            </w:pPr>
            <w:r>
              <w:t>10:00 pm</w:t>
            </w:r>
          </w:p>
        </w:tc>
        <w:tc>
          <w:tcPr>
            <w:tcW w:w="5918" w:type="dxa"/>
          </w:tcPr>
          <w:p w14:paraId="35E019F9" w14:textId="14560418" w:rsidR="00405666" w:rsidRPr="00940920" w:rsidRDefault="00405666" w:rsidP="00940920">
            <w:pPr>
              <w:spacing w:after="0" w:line="240" w:lineRule="auto"/>
            </w:pPr>
            <w:r>
              <w:t>Taps</w:t>
            </w:r>
          </w:p>
        </w:tc>
      </w:tr>
    </w:tbl>
    <w:p w14:paraId="07E1FB85" w14:textId="057BA21B" w:rsidR="1B750571" w:rsidRPr="00405666" w:rsidRDefault="1B750571" w:rsidP="00405666">
      <w:pPr>
        <w:spacing w:before="240" w:after="0"/>
        <w:rPr>
          <w:rFonts w:ascii="Calibri" w:hAnsi="Calibri" w:cs="Calibri"/>
        </w:rPr>
      </w:pPr>
      <w:r w:rsidRPr="00405666">
        <w:rPr>
          <w:rFonts w:ascii="Calibri" w:hAnsi="Calibri" w:cs="Calibri"/>
          <w:b/>
          <w:bCs/>
          <w:color w:val="4F6A2D"/>
          <w:sz w:val="28"/>
          <w:szCs w:val="28"/>
        </w:rPr>
        <w:t>Saturday, 17 October</w:t>
      </w:r>
      <w:r w:rsidR="00405666">
        <w:rPr>
          <w:rFonts w:ascii="Calibri" w:hAnsi="Calibri" w:cs="Calibri"/>
          <w:b/>
          <w:bCs/>
          <w:color w:val="4F6A2D"/>
          <w:sz w:val="28"/>
          <w:szCs w:val="28"/>
        </w:rPr>
        <w:t xml:space="preserve"> - </w:t>
      </w:r>
      <w:r w:rsidRPr="00405666">
        <w:rPr>
          <w:rFonts w:ascii="Calibri" w:hAnsi="Calibri" w:cs="Calibri"/>
        </w:rPr>
        <w:t xml:space="preserve">This is the day. </w:t>
      </w:r>
      <w:r w:rsidR="00405666">
        <w:rPr>
          <w:rFonts w:ascii="Calibri" w:hAnsi="Calibri" w:cs="Calibri"/>
        </w:rPr>
        <w:t>The Great Scout Rendezvous.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0"/>
        <w:gridCol w:w="7245"/>
      </w:tblGrid>
      <w:tr w:rsidR="7540B8B2" w:rsidRPr="00940920" w14:paraId="407F7850" w14:textId="77777777" w:rsidTr="00405666">
        <w:tc>
          <w:tcPr>
            <w:tcW w:w="2200" w:type="dxa"/>
          </w:tcPr>
          <w:p w14:paraId="037ADC69" w14:textId="77777777" w:rsidR="7540B8B2" w:rsidRPr="00405666" w:rsidRDefault="7540B8B2" w:rsidP="00940920">
            <w:pPr>
              <w:spacing w:after="0" w:line="240" w:lineRule="auto"/>
              <w:rPr>
                <w:b/>
                <w:bCs/>
              </w:rPr>
            </w:pPr>
            <w:r w:rsidRPr="00405666">
              <w:rPr>
                <w:b/>
                <w:bCs/>
              </w:rPr>
              <w:t>Time</w:t>
            </w:r>
          </w:p>
        </w:tc>
        <w:tc>
          <w:tcPr>
            <w:tcW w:w="7245" w:type="dxa"/>
          </w:tcPr>
          <w:p w14:paraId="1B665960" w14:textId="77777777" w:rsidR="7540B8B2" w:rsidRPr="00405666" w:rsidRDefault="7540B8B2" w:rsidP="00940920">
            <w:pPr>
              <w:spacing w:after="0" w:line="240" w:lineRule="auto"/>
              <w:rPr>
                <w:b/>
                <w:bCs/>
              </w:rPr>
            </w:pPr>
            <w:r w:rsidRPr="00405666">
              <w:rPr>
                <w:b/>
                <w:bCs/>
              </w:rPr>
              <w:t>What Happens</w:t>
            </w:r>
          </w:p>
        </w:tc>
      </w:tr>
      <w:tr w:rsidR="7540B8B2" w:rsidRPr="00940920" w14:paraId="1248D771" w14:textId="77777777" w:rsidTr="00405666">
        <w:tc>
          <w:tcPr>
            <w:tcW w:w="2200" w:type="dxa"/>
          </w:tcPr>
          <w:p w14:paraId="753776FE" w14:textId="77777777" w:rsidR="7540B8B2" w:rsidRPr="00940920" w:rsidRDefault="7540B8B2" w:rsidP="00940920">
            <w:pPr>
              <w:spacing w:after="0" w:line="240" w:lineRule="auto"/>
            </w:pPr>
            <w:r w:rsidRPr="00940920">
              <w:t>6:30 am</w:t>
            </w:r>
          </w:p>
        </w:tc>
        <w:tc>
          <w:tcPr>
            <w:tcW w:w="7245" w:type="dxa"/>
          </w:tcPr>
          <w:p w14:paraId="6BDCD79F" w14:textId="2DF9FB17" w:rsidR="7540B8B2" w:rsidRPr="00940920" w:rsidRDefault="7540B8B2" w:rsidP="00940920">
            <w:pPr>
              <w:spacing w:after="0" w:line="240" w:lineRule="auto"/>
            </w:pPr>
            <w:r w:rsidRPr="00940920">
              <w:t>Reveille. Troops responsible for their own breakfast in campsite.</w:t>
            </w:r>
          </w:p>
        </w:tc>
      </w:tr>
      <w:tr w:rsidR="7540B8B2" w:rsidRPr="00940920" w14:paraId="0260A0C7" w14:textId="77777777" w:rsidTr="00405666">
        <w:tc>
          <w:tcPr>
            <w:tcW w:w="2200" w:type="dxa"/>
          </w:tcPr>
          <w:p w14:paraId="4A68EDB0" w14:textId="77777777" w:rsidR="7540B8B2" w:rsidRPr="00940920" w:rsidRDefault="7540B8B2" w:rsidP="00940920">
            <w:pPr>
              <w:spacing w:after="0" w:line="240" w:lineRule="auto"/>
            </w:pPr>
            <w:r w:rsidRPr="00940920">
              <w:t>8:00 am - 9:00 am</w:t>
            </w:r>
          </w:p>
        </w:tc>
        <w:tc>
          <w:tcPr>
            <w:tcW w:w="7245" w:type="dxa"/>
          </w:tcPr>
          <w:p w14:paraId="36735A6C" w14:textId="77777777" w:rsidR="7540B8B2" w:rsidRPr="00940920" w:rsidRDefault="7540B8B2" w:rsidP="00940920">
            <w:pPr>
              <w:spacing w:after="0" w:line="240" w:lineRule="auto"/>
            </w:pPr>
            <w:r w:rsidRPr="00940920">
              <w:t>Troops arrive. Pathfinders escort units to assigned camp areas. Campsite set-up.</w:t>
            </w:r>
          </w:p>
        </w:tc>
      </w:tr>
      <w:tr w:rsidR="7540B8B2" w:rsidRPr="00940920" w14:paraId="033EDACF" w14:textId="77777777" w:rsidTr="00405666">
        <w:tc>
          <w:tcPr>
            <w:tcW w:w="2200" w:type="dxa"/>
          </w:tcPr>
          <w:p w14:paraId="5004A6F8" w14:textId="77777777" w:rsidR="7540B8B2" w:rsidRPr="00940920" w:rsidRDefault="7540B8B2" w:rsidP="00940920">
            <w:pPr>
              <w:spacing w:after="0" w:line="240" w:lineRule="auto"/>
            </w:pPr>
            <w:r w:rsidRPr="00940920">
              <w:t>9:30 am</w:t>
            </w:r>
          </w:p>
        </w:tc>
        <w:tc>
          <w:tcPr>
            <w:tcW w:w="7245" w:type="dxa"/>
          </w:tcPr>
          <w:p w14:paraId="5D86462B" w14:textId="77777777" w:rsidR="7540B8B2" w:rsidRPr="00940920" w:rsidRDefault="7540B8B2" w:rsidP="00940920">
            <w:pPr>
              <w:spacing w:after="0" w:line="240" w:lineRule="auto"/>
            </w:pPr>
            <w:r w:rsidRPr="00940920">
              <w:t>Troop leadership meeting in the Dale O Building for Scoutmasters, SPLs, and Patrol Leaders. The Brigade Trail is explained here. Patrol Leaders collect Passports and Trail Assignment cards.</w:t>
            </w:r>
          </w:p>
        </w:tc>
      </w:tr>
      <w:tr w:rsidR="7540B8B2" w:rsidRPr="00940920" w14:paraId="07348C25" w14:textId="77777777" w:rsidTr="00405666">
        <w:tc>
          <w:tcPr>
            <w:tcW w:w="2200" w:type="dxa"/>
          </w:tcPr>
          <w:p w14:paraId="1D5CDBFE" w14:textId="77777777" w:rsidR="7540B8B2" w:rsidRPr="00940920" w:rsidRDefault="7540B8B2" w:rsidP="00940920">
            <w:pPr>
              <w:spacing w:after="0" w:line="240" w:lineRule="auto"/>
            </w:pPr>
            <w:r w:rsidRPr="00940920">
              <w:t>9:50 am</w:t>
            </w:r>
          </w:p>
        </w:tc>
        <w:tc>
          <w:tcPr>
            <w:tcW w:w="7245" w:type="dxa"/>
          </w:tcPr>
          <w:p w14:paraId="0E7059E0" w14:textId="0F8BB23B" w:rsidR="7540B8B2" w:rsidRPr="00940920" w:rsidRDefault="00405666" w:rsidP="00940920">
            <w:pPr>
              <w:spacing w:after="0" w:line="240" w:lineRule="auto"/>
            </w:pPr>
            <w:r>
              <w:t>Units a</w:t>
            </w:r>
            <w:r w:rsidR="7540B8B2" w:rsidRPr="00940920">
              <w:t>ssemble on the Parade Field</w:t>
            </w:r>
            <w:r>
              <w:t xml:space="preserve"> w/Patrol Flags ready for the day.</w:t>
            </w:r>
          </w:p>
        </w:tc>
      </w:tr>
      <w:tr w:rsidR="7540B8B2" w:rsidRPr="00940920" w14:paraId="3D8737C1" w14:textId="77777777" w:rsidTr="00405666">
        <w:tc>
          <w:tcPr>
            <w:tcW w:w="2200" w:type="dxa"/>
          </w:tcPr>
          <w:p w14:paraId="05F1098A" w14:textId="77777777" w:rsidR="7540B8B2" w:rsidRPr="00940920" w:rsidRDefault="7540B8B2" w:rsidP="00940920">
            <w:pPr>
              <w:spacing w:after="0" w:line="240" w:lineRule="auto"/>
            </w:pPr>
            <w:r w:rsidRPr="00940920">
              <w:t>10:00 am</w:t>
            </w:r>
          </w:p>
        </w:tc>
        <w:tc>
          <w:tcPr>
            <w:tcW w:w="7245" w:type="dxa"/>
          </w:tcPr>
          <w:p w14:paraId="0B07990D" w14:textId="77777777" w:rsidR="7540B8B2" w:rsidRPr="00940920" w:rsidRDefault="7540B8B2" w:rsidP="00940920">
            <w:pPr>
              <w:spacing w:after="0" w:line="240" w:lineRule="auto"/>
            </w:pPr>
            <w:r w:rsidRPr="00940920">
              <w:t>Opening ceremony. The Rendezvous begins and every patrol is entered on the Brigade Roll as a Greenhorn Brigade.</w:t>
            </w:r>
          </w:p>
        </w:tc>
      </w:tr>
      <w:tr w:rsidR="7540B8B2" w:rsidRPr="00940920" w14:paraId="4763D245" w14:textId="77777777" w:rsidTr="00405666">
        <w:tc>
          <w:tcPr>
            <w:tcW w:w="2200" w:type="dxa"/>
          </w:tcPr>
          <w:p w14:paraId="0772AB27" w14:textId="77777777" w:rsidR="7540B8B2" w:rsidRPr="00940920" w:rsidRDefault="7540B8B2" w:rsidP="00940920">
            <w:pPr>
              <w:spacing w:after="0" w:line="240" w:lineRule="auto"/>
            </w:pPr>
            <w:r w:rsidRPr="00940920">
              <w:t>10:15 am</w:t>
            </w:r>
          </w:p>
        </w:tc>
        <w:tc>
          <w:tcPr>
            <w:tcW w:w="7245" w:type="dxa"/>
          </w:tcPr>
          <w:p w14:paraId="551CA7F2" w14:textId="77777777" w:rsidR="7540B8B2" w:rsidRPr="00940920" w:rsidRDefault="7540B8B2" w:rsidP="00940920">
            <w:pPr>
              <w:spacing w:after="0" w:line="240" w:lineRule="auto"/>
            </w:pPr>
            <w:r w:rsidRPr="00940920">
              <w:t xml:space="preserve">Stations open across all four areas. The </w:t>
            </w:r>
            <w:proofErr w:type="gramStart"/>
            <w:r w:rsidRPr="00940920">
              <w:t>World Wide</w:t>
            </w:r>
            <w:proofErr w:type="gramEnd"/>
            <w:r w:rsidRPr="00940920">
              <w:t xml:space="preserve"> Fire opens and stays open all day.</w:t>
            </w:r>
          </w:p>
        </w:tc>
      </w:tr>
      <w:tr w:rsidR="7540B8B2" w:rsidRPr="00940920" w14:paraId="55E5B91F" w14:textId="77777777" w:rsidTr="00405666">
        <w:tc>
          <w:tcPr>
            <w:tcW w:w="2200" w:type="dxa"/>
          </w:tcPr>
          <w:p w14:paraId="5B86755C" w14:textId="77777777" w:rsidR="7540B8B2" w:rsidRPr="00940920" w:rsidRDefault="7540B8B2" w:rsidP="00940920">
            <w:pPr>
              <w:spacing w:after="0" w:line="240" w:lineRule="auto"/>
            </w:pPr>
            <w:r w:rsidRPr="00940920">
              <w:t>Noon</w:t>
            </w:r>
          </w:p>
        </w:tc>
        <w:tc>
          <w:tcPr>
            <w:tcW w:w="7245" w:type="dxa"/>
          </w:tcPr>
          <w:p w14:paraId="50513186" w14:textId="09942BFF" w:rsidR="7540B8B2" w:rsidRPr="00940920" w:rsidRDefault="7540B8B2" w:rsidP="00940920">
            <w:pPr>
              <w:spacing w:after="0" w:line="240" w:lineRule="auto"/>
            </w:pPr>
            <w:r w:rsidRPr="00940920">
              <w:t>Lunch break. Campers at campsites or sack lunch as directed by their unit.</w:t>
            </w:r>
          </w:p>
        </w:tc>
      </w:tr>
      <w:tr w:rsidR="7540B8B2" w:rsidRPr="00940920" w14:paraId="5F3EC6B5" w14:textId="77777777" w:rsidTr="00405666">
        <w:tc>
          <w:tcPr>
            <w:tcW w:w="2200" w:type="dxa"/>
          </w:tcPr>
          <w:p w14:paraId="68FBB320" w14:textId="77777777" w:rsidR="7540B8B2" w:rsidRPr="00940920" w:rsidRDefault="7540B8B2" w:rsidP="00940920">
            <w:pPr>
              <w:spacing w:after="0" w:line="240" w:lineRule="auto"/>
            </w:pPr>
            <w:r w:rsidRPr="00940920">
              <w:t>12:30 pm</w:t>
            </w:r>
          </w:p>
        </w:tc>
        <w:tc>
          <w:tcPr>
            <w:tcW w:w="7245" w:type="dxa"/>
          </w:tcPr>
          <w:p w14:paraId="1B13BCCD" w14:textId="77777777" w:rsidR="7540B8B2" w:rsidRPr="00940920" w:rsidRDefault="7540B8B2" w:rsidP="00940920">
            <w:pPr>
              <w:spacing w:after="0" w:line="240" w:lineRule="auto"/>
            </w:pPr>
            <w:r w:rsidRPr="00940920">
              <w:t>Stations resume.</w:t>
            </w:r>
          </w:p>
        </w:tc>
      </w:tr>
      <w:tr w:rsidR="7540B8B2" w:rsidRPr="00940920" w14:paraId="3D1F634B" w14:textId="77777777" w:rsidTr="00405666">
        <w:tc>
          <w:tcPr>
            <w:tcW w:w="2200" w:type="dxa"/>
          </w:tcPr>
          <w:p w14:paraId="0659FD7A" w14:textId="77777777" w:rsidR="7540B8B2" w:rsidRPr="00940920" w:rsidRDefault="7540B8B2" w:rsidP="00940920">
            <w:pPr>
              <w:spacing w:after="0" w:line="240" w:lineRule="auto"/>
            </w:pPr>
            <w:r w:rsidRPr="00940920">
              <w:t>2:00 pm - 2:30 pm</w:t>
            </w:r>
          </w:p>
        </w:tc>
        <w:tc>
          <w:tcPr>
            <w:tcW w:w="7245" w:type="dxa"/>
          </w:tcPr>
          <w:p w14:paraId="455DDE21" w14:textId="58557A66" w:rsidR="7540B8B2" w:rsidRPr="00940920" w:rsidRDefault="7540B8B2" w:rsidP="00940920">
            <w:pPr>
              <w:spacing w:after="0" w:line="240" w:lineRule="auto"/>
            </w:pPr>
            <w:r w:rsidRPr="00940920">
              <w:t>The Swap Meet on the Parade Field. Open to any patrol with a buckskin token.</w:t>
            </w:r>
            <w:r w:rsidR="00405666">
              <w:t xml:space="preserve"> Supplies available to make one if needed.</w:t>
            </w:r>
          </w:p>
        </w:tc>
      </w:tr>
      <w:tr w:rsidR="7540B8B2" w:rsidRPr="00940920" w14:paraId="5A9F4D7A" w14:textId="77777777" w:rsidTr="00405666">
        <w:tc>
          <w:tcPr>
            <w:tcW w:w="2200" w:type="dxa"/>
          </w:tcPr>
          <w:p w14:paraId="7830FCC6" w14:textId="77777777" w:rsidR="7540B8B2" w:rsidRPr="00940920" w:rsidRDefault="7540B8B2" w:rsidP="00940920">
            <w:pPr>
              <w:spacing w:after="0" w:line="240" w:lineRule="auto"/>
            </w:pPr>
            <w:r w:rsidRPr="00940920">
              <w:t>5:30 pm</w:t>
            </w:r>
          </w:p>
        </w:tc>
        <w:tc>
          <w:tcPr>
            <w:tcW w:w="7245" w:type="dxa"/>
          </w:tcPr>
          <w:p w14:paraId="0A5E318B" w14:textId="1DE18405" w:rsidR="7540B8B2" w:rsidRPr="00940920" w:rsidRDefault="7540B8B2" w:rsidP="00940920">
            <w:pPr>
              <w:spacing w:after="0" w:line="240" w:lineRule="auto"/>
            </w:pPr>
            <w:r w:rsidRPr="00940920">
              <w:t xml:space="preserve">Stations close. </w:t>
            </w:r>
          </w:p>
        </w:tc>
      </w:tr>
      <w:tr w:rsidR="7540B8B2" w:rsidRPr="00940920" w14:paraId="01181831" w14:textId="77777777" w:rsidTr="00405666">
        <w:tc>
          <w:tcPr>
            <w:tcW w:w="2200" w:type="dxa"/>
          </w:tcPr>
          <w:p w14:paraId="2C6C3310" w14:textId="77777777" w:rsidR="7540B8B2" w:rsidRPr="00940920" w:rsidRDefault="7540B8B2" w:rsidP="00940920">
            <w:pPr>
              <w:spacing w:after="0" w:line="240" w:lineRule="auto"/>
            </w:pPr>
            <w:r w:rsidRPr="00940920">
              <w:t>6:00 pm</w:t>
            </w:r>
          </w:p>
        </w:tc>
        <w:tc>
          <w:tcPr>
            <w:tcW w:w="7245" w:type="dxa"/>
          </w:tcPr>
          <w:p w14:paraId="4DEFBC50" w14:textId="77777777" w:rsidR="7540B8B2" w:rsidRPr="00940920" w:rsidRDefault="7540B8B2" w:rsidP="00940920">
            <w:pPr>
              <w:spacing w:after="0" w:line="240" w:lineRule="auto"/>
            </w:pPr>
            <w:r w:rsidRPr="00940920">
              <w:t>Evening assembly on the Parade Field</w:t>
            </w:r>
            <w:r w:rsidR="00F91BD8" w:rsidRPr="00940920">
              <w:t xml:space="preserve"> (Optional)</w:t>
            </w:r>
            <w:r w:rsidRPr="00940920">
              <w:t xml:space="preserve">. Retreat the colors. </w:t>
            </w:r>
            <w:r w:rsidR="00002918" w:rsidRPr="00940920">
              <w:t xml:space="preserve">Volunteers to their Units, </w:t>
            </w:r>
            <w:r w:rsidRPr="00940920">
              <w:t>Staff to the dining hall.</w:t>
            </w:r>
          </w:p>
        </w:tc>
      </w:tr>
      <w:tr w:rsidR="7540B8B2" w:rsidRPr="00940920" w14:paraId="77AEA09D" w14:textId="77777777" w:rsidTr="00405666">
        <w:tc>
          <w:tcPr>
            <w:tcW w:w="2200" w:type="dxa"/>
          </w:tcPr>
          <w:p w14:paraId="1464BC16" w14:textId="77777777" w:rsidR="7540B8B2" w:rsidRPr="00940920" w:rsidRDefault="7540B8B2" w:rsidP="00940920">
            <w:pPr>
              <w:spacing w:after="0" w:line="240" w:lineRule="auto"/>
            </w:pPr>
            <w:r w:rsidRPr="00940920">
              <w:t>6:00 pm - 8:00 pm</w:t>
            </w:r>
          </w:p>
        </w:tc>
        <w:tc>
          <w:tcPr>
            <w:tcW w:w="7245" w:type="dxa"/>
          </w:tcPr>
          <w:p w14:paraId="779058E1" w14:textId="1AB3C420" w:rsidR="7540B8B2" w:rsidRPr="00940920" w:rsidRDefault="7540B8B2" w:rsidP="00940920">
            <w:pPr>
              <w:spacing w:after="0" w:line="240" w:lineRule="auto"/>
            </w:pPr>
            <w:r w:rsidRPr="00940920">
              <w:t>Campsite time. Patrols finish camp gadgets and Trail Assignments.</w:t>
            </w:r>
          </w:p>
        </w:tc>
      </w:tr>
      <w:tr w:rsidR="00405666" w:rsidRPr="00940920" w14:paraId="7E570601" w14:textId="77777777" w:rsidTr="00405666">
        <w:tc>
          <w:tcPr>
            <w:tcW w:w="2200" w:type="dxa"/>
          </w:tcPr>
          <w:p w14:paraId="660362C5" w14:textId="4FB4C658" w:rsidR="00405666" w:rsidRPr="00940920" w:rsidRDefault="00405666" w:rsidP="00940920">
            <w:pPr>
              <w:spacing w:after="0" w:line="240" w:lineRule="auto"/>
            </w:pPr>
            <w:r>
              <w:t>8:00 pm</w:t>
            </w:r>
          </w:p>
        </w:tc>
        <w:tc>
          <w:tcPr>
            <w:tcW w:w="7245" w:type="dxa"/>
          </w:tcPr>
          <w:p w14:paraId="2AF118F4" w14:textId="4E35C102" w:rsidR="00405666" w:rsidRPr="00940920" w:rsidRDefault="00405666" w:rsidP="00940920">
            <w:pPr>
              <w:spacing w:after="0" w:line="240" w:lineRule="auto"/>
            </w:pPr>
            <w:r w:rsidRPr="00940920">
              <w:t>Last Passport and Trail Assignment turn-ins accepted at HQ</w:t>
            </w:r>
            <w:r>
              <w:t>.</w:t>
            </w:r>
          </w:p>
        </w:tc>
      </w:tr>
      <w:tr w:rsidR="7540B8B2" w:rsidRPr="00940920" w14:paraId="5C178CC4" w14:textId="77777777" w:rsidTr="00405666">
        <w:tc>
          <w:tcPr>
            <w:tcW w:w="2200" w:type="dxa"/>
          </w:tcPr>
          <w:p w14:paraId="0154ACA3" w14:textId="77777777" w:rsidR="7540B8B2" w:rsidRPr="00940920" w:rsidRDefault="7540B8B2" w:rsidP="00940920">
            <w:pPr>
              <w:spacing w:after="0" w:line="240" w:lineRule="auto"/>
            </w:pPr>
            <w:r w:rsidRPr="00940920">
              <w:t>8:</w:t>
            </w:r>
            <w:r w:rsidR="00002918" w:rsidRPr="00940920">
              <w:t>3</w:t>
            </w:r>
            <w:r w:rsidRPr="00940920">
              <w:t>0 pm</w:t>
            </w:r>
          </w:p>
        </w:tc>
        <w:tc>
          <w:tcPr>
            <w:tcW w:w="7245" w:type="dxa"/>
          </w:tcPr>
          <w:p w14:paraId="286F9799" w14:textId="77777777" w:rsidR="7540B8B2" w:rsidRPr="00940920" w:rsidRDefault="7540B8B2" w:rsidP="00940920">
            <w:pPr>
              <w:spacing w:after="0" w:line="240" w:lineRule="auto"/>
            </w:pPr>
            <w:r w:rsidRPr="00940920">
              <w:t xml:space="preserve">Grand Campfire at the Campfire Bowl. Master Brigade recognition. </w:t>
            </w:r>
          </w:p>
        </w:tc>
      </w:tr>
      <w:tr w:rsidR="7540B8B2" w:rsidRPr="00940920" w14:paraId="6E9F2B42" w14:textId="77777777" w:rsidTr="00405666">
        <w:tc>
          <w:tcPr>
            <w:tcW w:w="2200" w:type="dxa"/>
          </w:tcPr>
          <w:p w14:paraId="0E802BC9" w14:textId="77777777" w:rsidR="7540B8B2" w:rsidRPr="00940920" w:rsidRDefault="7540B8B2" w:rsidP="00940920">
            <w:pPr>
              <w:spacing w:after="0" w:line="240" w:lineRule="auto"/>
            </w:pPr>
            <w:r w:rsidRPr="00940920">
              <w:t>9:30 pm</w:t>
            </w:r>
          </w:p>
        </w:tc>
        <w:tc>
          <w:tcPr>
            <w:tcW w:w="7245" w:type="dxa"/>
          </w:tcPr>
          <w:p w14:paraId="661C8174" w14:textId="77777777" w:rsidR="7540B8B2" w:rsidRPr="00940920" w:rsidRDefault="7540B8B2" w:rsidP="00940920">
            <w:pPr>
              <w:spacing w:after="0" w:line="240" w:lineRule="auto"/>
            </w:pPr>
            <w:r w:rsidRPr="00940920">
              <w:t>Troops to campsites. Troop time and friendship fires.</w:t>
            </w:r>
          </w:p>
        </w:tc>
      </w:tr>
      <w:tr w:rsidR="008E4DD9" w:rsidRPr="00940920" w14:paraId="0F22DEA7" w14:textId="77777777" w:rsidTr="00405666">
        <w:tc>
          <w:tcPr>
            <w:tcW w:w="2200" w:type="dxa"/>
          </w:tcPr>
          <w:p w14:paraId="6974D685" w14:textId="77777777" w:rsidR="008E4DD9" w:rsidRPr="00940920" w:rsidRDefault="008E4DD9" w:rsidP="00940920">
            <w:pPr>
              <w:spacing w:after="0" w:line="240" w:lineRule="auto"/>
            </w:pPr>
            <w:r w:rsidRPr="00940920">
              <w:t>11:00 pm</w:t>
            </w:r>
          </w:p>
        </w:tc>
        <w:tc>
          <w:tcPr>
            <w:tcW w:w="7245" w:type="dxa"/>
          </w:tcPr>
          <w:p w14:paraId="42569870" w14:textId="77777777" w:rsidR="008E4DD9" w:rsidRPr="00940920" w:rsidRDefault="008E4DD9" w:rsidP="00940920">
            <w:pPr>
              <w:spacing w:after="0" w:line="240" w:lineRule="auto"/>
            </w:pPr>
            <w:r w:rsidRPr="00940920">
              <w:t>Taps.</w:t>
            </w:r>
          </w:p>
        </w:tc>
      </w:tr>
    </w:tbl>
    <w:p w14:paraId="033F3365" w14:textId="5F785416" w:rsidR="008E4DD9" w:rsidRPr="00405666" w:rsidRDefault="7540B8B2" w:rsidP="00405666">
      <w:pPr>
        <w:spacing w:before="240" w:after="0"/>
        <w:rPr>
          <w:color w:val="4F6A2D"/>
          <w:sz w:val="28"/>
          <w:szCs w:val="28"/>
        </w:rPr>
      </w:pPr>
      <w:r w:rsidRPr="7540B8B2">
        <w:rPr>
          <w:b/>
          <w:bCs/>
          <w:color w:val="4F6A2D"/>
          <w:sz w:val="28"/>
          <w:szCs w:val="28"/>
        </w:rPr>
        <w:t>Sunday, 18 October</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0"/>
        <w:gridCol w:w="7245"/>
      </w:tblGrid>
      <w:tr w:rsidR="7540B8B2" w:rsidRPr="00940920" w14:paraId="05606EEE" w14:textId="77777777" w:rsidTr="00405666">
        <w:trPr>
          <w:tblHeader/>
        </w:trPr>
        <w:tc>
          <w:tcPr>
            <w:tcW w:w="2200" w:type="dxa"/>
          </w:tcPr>
          <w:p w14:paraId="2AA34D36" w14:textId="77777777" w:rsidR="7540B8B2" w:rsidRPr="00405666" w:rsidRDefault="7540B8B2" w:rsidP="00940920">
            <w:pPr>
              <w:spacing w:after="0" w:line="240" w:lineRule="auto"/>
              <w:rPr>
                <w:b/>
                <w:bCs/>
              </w:rPr>
            </w:pPr>
            <w:r w:rsidRPr="00405666">
              <w:rPr>
                <w:b/>
                <w:bCs/>
              </w:rPr>
              <w:t>Time</w:t>
            </w:r>
          </w:p>
        </w:tc>
        <w:tc>
          <w:tcPr>
            <w:tcW w:w="7245" w:type="dxa"/>
          </w:tcPr>
          <w:p w14:paraId="55D5C7D7" w14:textId="77777777" w:rsidR="7540B8B2" w:rsidRPr="00405666" w:rsidRDefault="7540B8B2" w:rsidP="00940920">
            <w:pPr>
              <w:spacing w:after="0" w:line="240" w:lineRule="auto"/>
              <w:rPr>
                <w:b/>
                <w:bCs/>
              </w:rPr>
            </w:pPr>
            <w:r w:rsidRPr="00405666">
              <w:rPr>
                <w:b/>
                <w:bCs/>
              </w:rPr>
              <w:t>What Happens</w:t>
            </w:r>
          </w:p>
        </w:tc>
      </w:tr>
      <w:tr w:rsidR="7540B8B2" w:rsidRPr="00940920" w14:paraId="44AD4CFE" w14:textId="77777777" w:rsidTr="00405666">
        <w:tc>
          <w:tcPr>
            <w:tcW w:w="2200" w:type="dxa"/>
          </w:tcPr>
          <w:p w14:paraId="5F8C628C" w14:textId="77777777" w:rsidR="7540B8B2" w:rsidRPr="00940920" w:rsidRDefault="7540B8B2" w:rsidP="00940920">
            <w:pPr>
              <w:spacing w:after="0" w:line="240" w:lineRule="auto"/>
            </w:pPr>
            <w:r w:rsidRPr="00940920">
              <w:t>6:30 am</w:t>
            </w:r>
          </w:p>
        </w:tc>
        <w:tc>
          <w:tcPr>
            <w:tcW w:w="7245" w:type="dxa"/>
          </w:tcPr>
          <w:p w14:paraId="27AD76A5" w14:textId="77777777" w:rsidR="7540B8B2" w:rsidRPr="00940920" w:rsidRDefault="7540B8B2" w:rsidP="00940920">
            <w:pPr>
              <w:spacing w:after="0" w:line="240" w:lineRule="auto"/>
            </w:pPr>
            <w:r w:rsidRPr="00940920">
              <w:t>Reveille. Troops responsible for their own breakfast in campsites.</w:t>
            </w:r>
          </w:p>
        </w:tc>
      </w:tr>
      <w:tr w:rsidR="7540B8B2" w:rsidRPr="00940920" w14:paraId="39512FF1" w14:textId="77777777" w:rsidTr="00405666">
        <w:tc>
          <w:tcPr>
            <w:tcW w:w="2200" w:type="dxa"/>
          </w:tcPr>
          <w:p w14:paraId="213898CE" w14:textId="77777777" w:rsidR="7540B8B2" w:rsidRPr="00940920" w:rsidRDefault="7540B8B2" w:rsidP="00940920">
            <w:pPr>
              <w:spacing w:after="0" w:line="240" w:lineRule="auto"/>
            </w:pPr>
            <w:r w:rsidRPr="00940920">
              <w:t>8:00 am</w:t>
            </w:r>
          </w:p>
        </w:tc>
        <w:tc>
          <w:tcPr>
            <w:tcW w:w="7245" w:type="dxa"/>
          </w:tcPr>
          <w:p w14:paraId="134AD81B" w14:textId="77777777" w:rsidR="7540B8B2" w:rsidRPr="00940920" w:rsidRDefault="7540B8B2" w:rsidP="00940920">
            <w:pPr>
              <w:spacing w:after="0" w:line="240" w:lineRule="auto"/>
            </w:pPr>
            <w:r w:rsidRPr="00940920">
              <w:t>Morning flag ceremony on the Parade Field</w:t>
            </w:r>
            <w:r w:rsidR="00FA772B" w:rsidRPr="00940920">
              <w:t xml:space="preserve"> (Optional)</w:t>
            </w:r>
          </w:p>
        </w:tc>
      </w:tr>
      <w:tr w:rsidR="7540B8B2" w:rsidRPr="00940920" w14:paraId="21E8A43B" w14:textId="77777777" w:rsidTr="00405666">
        <w:tc>
          <w:tcPr>
            <w:tcW w:w="2200" w:type="dxa"/>
          </w:tcPr>
          <w:p w14:paraId="7AA909DD" w14:textId="77777777" w:rsidR="7540B8B2" w:rsidRPr="00940920" w:rsidRDefault="7540B8B2" w:rsidP="00940920">
            <w:pPr>
              <w:spacing w:after="0" w:line="240" w:lineRule="auto"/>
            </w:pPr>
            <w:r w:rsidRPr="00940920">
              <w:t>8:30 am</w:t>
            </w:r>
          </w:p>
        </w:tc>
        <w:tc>
          <w:tcPr>
            <w:tcW w:w="7245" w:type="dxa"/>
          </w:tcPr>
          <w:p w14:paraId="41EC50E8" w14:textId="77777777" w:rsidR="7540B8B2" w:rsidRPr="00940920" w:rsidRDefault="7540B8B2" w:rsidP="00940920">
            <w:pPr>
              <w:spacing w:after="0" w:line="240" w:lineRule="auto"/>
            </w:pPr>
            <w:r w:rsidRPr="00940920">
              <w:t>Scouts Own in the camp chapel.</w:t>
            </w:r>
          </w:p>
        </w:tc>
      </w:tr>
      <w:tr w:rsidR="7540B8B2" w:rsidRPr="00940920" w14:paraId="0BF47F85" w14:textId="77777777" w:rsidTr="00405666">
        <w:tc>
          <w:tcPr>
            <w:tcW w:w="2200" w:type="dxa"/>
          </w:tcPr>
          <w:p w14:paraId="74F13E00" w14:textId="77777777" w:rsidR="7540B8B2" w:rsidRPr="00940920" w:rsidRDefault="7540B8B2" w:rsidP="00940920">
            <w:pPr>
              <w:spacing w:after="0" w:line="240" w:lineRule="auto"/>
            </w:pPr>
            <w:r w:rsidRPr="00940920">
              <w:t>8:30 am - 10:30 am</w:t>
            </w:r>
          </w:p>
        </w:tc>
        <w:tc>
          <w:tcPr>
            <w:tcW w:w="7245" w:type="dxa"/>
          </w:tcPr>
          <w:p w14:paraId="65E48CA5" w14:textId="763E7692" w:rsidR="7540B8B2" w:rsidRPr="00940920" w:rsidRDefault="7540B8B2" w:rsidP="00940920">
            <w:pPr>
              <w:spacing w:after="0" w:line="240" w:lineRule="auto"/>
            </w:pPr>
            <w:r w:rsidRPr="00940920">
              <w:t>Break camp</w:t>
            </w:r>
            <w:r w:rsidR="00405666">
              <w:t xml:space="preserve"> </w:t>
            </w:r>
            <w:r w:rsidRPr="00940920">
              <w:t>and campsites.</w:t>
            </w:r>
          </w:p>
        </w:tc>
      </w:tr>
      <w:tr w:rsidR="7540B8B2" w:rsidRPr="00940920" w14:paraId="3FB97516" w14:textId="77777777" w:rsidTr="00405666">
        <w:tc>
          <w:tcPr>
            <w:tcW w:w="2200" w:type="dxa"/>
          </w:tcPr>
          <w:p w14:paraId="3DCCC22C" w14:textId="77777777" w:rsidR="7540B8B2" w:rsidRPr="00940920" w:rsidRDefault="7540B8B2" w:rsidP="00940920">
            <w:pPr>
              <w:spacing w:after="0" w:line="240" w:lineRule="auto"/>
            </w:pPr>
            <w:r w:rsidRPr="00940920">
              <w:t>9:30 am - 10:30 am</w:t>
            </w:r>
          </w:p>
        </w:tc>
        <w:tc>
          <w:tcPr>
            <w:tcW w:w="7245" w:type="dxa"/>
          </w:tcPr>
          <w:p w14:paraId="7341D5F1" w14:textId="77777777" w:rsidR="7540B8B2" w:rsidRPr="00940920" w:rsidRDefault="7540B8B2" w:rsidP="00940920">
            <w:pPr>
              <w:spacing w:after="0" w:line="240" w:lineRule="auto"/>
            </w:pPr>
            <w:r w:rsidRPr="00940920">
              <w:t>Staff walk-through and area clean-up.</w:t>
            </w:r>
          </w:p>
        </w:tc>
      </w:tr>
      <w:tr w:rsidR="7540B8B2" w:rsidRPr="00940920" w14:paraId="5B721336" w14:textId="77777777" w:rsidTr="00405666">
        <w:tc>
          <w:tcPr>
            <w:tcW w:w="2200" w:type="dxa"/>
          </w:tcPr>
          <w:p w14:paraId="48CDB478" w14:textId="77777777" w:rsidR="7540B8B2" w:rsidRPr="00940920" w:rsidRDefault="7540B8B2" w:rsidP="00940920">
            <w:pPr>
              <w:spacing w:after="0" w:line="240" w:lineRule="auto"/>
            </w:pPr>
            <w:r w:rsidRPr="00940920">
              <w:t>9:45 am</w:t>
            </w:r>
          </w:p>
        </w:tc>
        <w:tc>
          <w:tcPr>
            <w:tcW w:w="7245" w:type="dxa"/>
          </w:tcPr>
          <w:p w14:paraId="16913384" w14:textId="7BAB534E" w:rsidR="7540B8B2" w:rsidRPr="00940920" w:rsidRDefault="7540B8B2" w:rsidP="00940920">
            <w:pPr>
              <w:spacing w:after="0" w:line="240" w:lineRule="auto"/>
            </w:pPr>
            <w:r w:rsidRPr="00940920">
              <w:t>Troop leadership Start-Stop-Continue in the Dale O Building.</w:t>
            </w:r>
            <w:r w:rsidR="00405666">
              <w:t xml:space="preserve"> SPL, Patrol Leader(s), Scoutmasters.</w:t>
            </w:r>
          </w:p>
        </w:tc>
      </w:tr>
      <w:tr w:rsidR="7540B8B2" w:rsidRPr="00940920" w14:paraId="3CBD652B" w14:textId="77777777" w:rsidTr="00405666">
        <w:tc>
          <w:tcPr>
            <w:tcW w:w="2200" w:type="dxa"/>
          </w:tcPr>
          <w:p w14:paraId="4257EAAA" w14:textId="77777777" w:rsidR="7540B8B2" w:rsidRPr="00940920" w:rsidRDefault="7540B8B2" w:rsidP="00940920">
            <w:pPr>
              <w:spacing w:after="0" w:line="240" w:lineRule="auto"/>
            </w:pPr>
            <w:r w:rsidRPr="00940920">
              <w:t>10:30 am</w:t>
            </w:r>
          </w:p>
        </w:tc>
        <w:tc>
          <w:tcPr>
            <w:tcW w:w="7245" w:type="dxa"/>
          </w:tcPr>
          <w:p w14:paraId="41D252C0" w14:textId="77777777" w:rsidR="7540B8B2" w:rsidRPr="00940920" w:rsidRDefault="7540B8B2" w:rsidP="00940920">
            <w:pPr>
              <w:spacing w:after="0" w:line="240" w:lineRule="auto"/>
            </w:pPr>
            <w:r w:rsidRPr="00940920">
              <w:t>Closing ceremony on the main Parade Field. Retreat the colors</w:t>
            </w:r>
            <w:r w:rsidR="00B87766" w:rsidRPr="00940920">
              <w:t>.</w:t>
            </w:r>
          </w:p>
        </w:tc>
      </w:tr>
      <w:tr w:rsidR="00E8461F" w:rsidRPr="00940920" w14:paraId="593CC796" w14:textId="77777777" w:rsidTr="00405666">
        <w:tc>
          <w:tcPr>
            <w:tcW w:w="2200" w:type="dxa"/>
          </w:tcPr>
          <w:p w14:paraId="48DEFF28" w14:textId="77777777" w:rsidR="00E8461F" w:rsidRPr="00940920" w:rsidRDefault="00E8461F" w:rsidP="00940920">
            <w:pPr>
              <w:spacing w:after="0" w:line="240" w:lineRule="auto"/>
            </w:pPr>
            <w:r w:rsidRPr="00940920">
              <w:t>11:00 am</w:t>
            </w:r>
          </w:p>
        </w:tc>
        <w:tc>
          <w:tcPr>
            <w:tcW w:w="7245" w:type="dxa"/>
          </w:tcPr>
          <w:p w14:paraId="2DEF87E2" w14:textId="77777777" w:rsidR="00E8461F" w:rsidRPr="00940920" w:rsidRDefault="00B87766" w:rsidP="00940920">
            <w:pPr>
              <w:spacing w:after="0" w:line="240" w:lineRule="auto"/>
            </w:pPr>
            <w:r w:rsidRPr="00940920">
              <w:t>Troops Dismissed. Grab-and-go snack provided.</w:t>
            </w:r>
          </w:p>
        </w:tc>
      </w:tr>
    </w:tbl>
    <w:p w14:paraId="53579E51" w14:textId="7E7CE2FA" w:rsidR="19A0557F" w:rsidRDefault="19A0557F" w:rsidP="003B4C06">
      <w:r w:rsidRPr="19A0557F">
        <w:rPr>
          <w:b/>
          <w:bCs/>
          <w:color w:val="32431B"/>
          <w:sz w:val="44"/>
          <w:szCs w:val="44"/>
        </w:rPr>
        <w:lastRenderedPageBreak/>
        <w:t>A Note for Unit Leaders</w:t>
      </w:r>
    </w:p>
    <w:p w14:paraId="63616B5B" w14:textId="77777777" w:rsidR="19A0557F" w:rsidRDefault="1162F3AA">
      <w:r>
        <w:t>Patrols that arrive prepared have the most fun. Stations are built on skills from the Trail to First Class, and while staff will happily teach, the day does not allow for full instruction from scratch. Please review this section with your SPL and Patrol Leaders before you come.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6"/>
        <w:gridCol w:w="6954"/>
      </w:tblGrid>
      <w:tr w:rsidR="67DE8005" w:rsidRPr="00940920" w14:paraId="41DF21D4" w14:textId="77777777" w:rsidTr="00940920">
        <w:tc>
          <w:tcPr>
            <w:tcW w:w="2400" w:type="dxa"/>
          </w:tcPr>
          <w:p w14:paraId="2B606B69" w14:textId="77777777" w:rsidR="67DE8005" w:rsidRPr="00940920" w:rsidRDefault="67DE8005" w:rsidP="00940920">
            <w:pPr>
              <w:spacing w:after="0" w:line="240" w:lineRule="auto"/>
              <w:rPr>
                <w:b/>
                <w:bCs/>
              </w:rPr>
            </w:pPr>
            <w:r w:rsidRPr="00940920">
              <w:rPr>
                <w:b/>
                <w:bCs/>
              </w:rPr>
              <w:t>Topic</w:t>
            </w:r>
          </w:p>
        </w:tc>
        <w:tc>
          <w:tcPr>
            <w:tcW w:w="6978" w:type="dxa"/>
          </w:tcPr>
          <w:p w14:paraId="2D055D75" w14:textId="77777777" w:rsidR="67DE8005" w:rsidRPr="00940920" w:rsidRDefault="67DE8005" w:rsidP="00940920">
            <w:pPr>
              <w:spacing w:after="0" w:line="240" w:lineRule="auto"/>
              <w:rPr>
                <w:b/>
                <w:bCs/>
              </w:rPr>
            </w:pPr>
            <w:r w:rsidRPr="00940920">
              <w:rPr>
                <w:b/>
                <w:bCs/>
              </w:rPr>
              <w:t>What Unit Leaders Need to Know</w:t>
            </w:r>
          </w:p>
        </w:tc>
      </w:tr>
      <w:tr w:rsidR="67DE8005" w:rsidRPr="00940920" w14:paraId="30120A92" w14:textId="77777777" w:rsidTr="00940920">
        <w:tc>
          <w:tcPr>
            <w:tcW w:w="2400" w:type="dxa"/>
          </w:tcPr>
          <w:p w14:paraId="28219111" w14:textId="77777777" w:rsidR="67DE8005" w:rsidRPr="00940920" w:rsidRDefault="67DE8005" w:rsidP="00940920">
            <w:pPr>
              <w:spacing w:after="0" w:line="240" w:lineRule="auto"/>
            </w:pPr>
            <w:r w:rsidRPr="00940920">
              <w:t>Registration</w:t>
            </w:r>
          </w:p>
        </w:tc>
        <w:tc>
          <w:tcPr>
            <w:tcW w:w="6978" w:type="dxa"/>
          </w:tcPr>
          <w:p w14:paraId="2AC704DB" w14:textId="77777777" w:rsidR="67DE8005" w:rsidRPr="00940920" w:rsidRDefault="67DE8005" w:rsidP="00940920">
            <w:pPr>
              <w:spacing w:after="0" w:line="240" w:lineRule="auto"/>
            </w:pPr>
            <w:r w:rsidRPr="00940920">
              <w:t xml:space="preserve">Troops register online as a unit through the </w:t>
            </w:r>
            <w:proofErr w:type="gramStart"/>
            <w:r w:rsidRPr="00940920">
              <w:t>District</w:t>
            </w:r>
            <w:proofErr w:type="gramEnd"/>
            <w:r w:rsidRPr="00940920">
              <w:t>. The Scoutmaster or an adult designee checks in at the Scout Office with a roster and medical forms on arrival at camp.</w:t>
            </w:r>
          </w:p>
        </w:tc>
      </w:tr>
      <w:tr w:rsidR="67DE8005" w:rsidRPr="00940920" w14:paraId="0342703A" w14:textId="77777777" w:rsidTr="00940920">
        <w:tc>
          <w:tcPr>
            <w:tcW w:w="2400" w:type="dxa"/>
          </w:tcPr>
          <w:p w14:paraId="3F2C41AE" w14:textId="77777777" w:rsidR="67DE8005" w:rsidRPr="00940920" w:rsidRDefault="67DE8005" w:rsidP="00940920">
            <w:pPr>
              <w:spacing w:after="0" w:line="240" w:lineRule="auto"/>
            </w:pPr>
            <w:r w:rsidRPr="00940920">
              <w:t>Adult station staffing</w:t>
            </w:r>
          </w:p>
        </w:tc>
        <w:tc>
          <w:tcPr>
            <w:tcW w:w="6978" w:type="dxa"/>
          </w:tcPr>
          <w:p w14:paraId="1FE0845C" w14:textId="1AAC8816" w:rsidR="67DE8005" w:rsidRPr="00940920" w:rsidRDefault="67DE8005" w:rsidP="00940920">
            <w:pPr>
              <w:spacing w:after="0" w:line="240" w:lineRule="auto"/>
            </w:pPr>
            <w:r w:rsidRPr="00940920">
              <w:t>Adults who volunteer to staff a station receive a registration discount.</w:t>
            </w:r>
          </w:p>
        </w:tc>
      </w:tr>
      <w:tr w:rsidR="67DE8005" w:rsidRPr="00940920" w14:paraId="06906546" w14:textId="77777777" w:rsidTr="00940920">
        <w:tc>
          <w:tcPr>
            <w:tcW w:w="2400" w:type="dxa"/>
          </w:tcPr>
          <w:p w14:paraId="26D81A64" w14:textId="77777777" w:rsidR="67DE8005" w:rsidRPr="00940920" w:rsidRDefault="67DE8005" w:rsidP="00940920">
            <w:pPr>
              <w:spacing w:after="0" w:line="240" w:lineRule="auto"/>
            </w:pPr>
            <w:r w:rsidRPr="00940920">
              <w:t>Patrol size and preparation</w:t>
            </w:r>
          </w:p>
        </w:tc>
        <w:tc>
          <w:tcPr>
            <w:tcW w:w="6978" w:type="dxa"/>
          </w:tcPr>
          <w:p w14:paraId="4B794672" w14:textId="77777777" w:rsidR="67DE8005" w:rsidRPr="00940920" w:rsidRDefault="67DE8005" w:rsidP="00940920">
            <w:pPr>
              <w:spacing w:after="0" w:line="240" w:lineRule="auto"/>
            </w:pPr>
            <w:r w:rsidRPr="00940920">
              <w:t>Keep patrols between five and eight Scouts. Every patrol needs a Patrol Leader, a patrol flag, and a patrol yell before arrival.</w:t>
            </w:r>
          </w:p>
        </w:tc>
      </w:tr>
      <w:tr w:rsidR="67DE8005" w:rsidRPr="00940920" w14:paraId="09525B92" w14:textId="77777777" w:rsidTr="00940920">
        <w:tc>
          <w:tcPr>
            <w:tcW w:w="2400" w:type="dxa"/>
          </w:tcPr>
          <w:p w14:paraId="6C89EA72" w14:textId="77777777" w:rsidR="67DE8005" w:rsidRPr="00940920" w:rsidRDefault="67DE8005" w:rsidP="00940920">
            <w:pPr>
              <w:spacing w:after="0" w:line="240" w:lineRule="auto"/>
            </w:pPr>
            <w:r w:rsidRPr="00940920">
              <w:t>Buckskin trade tokens</w:t>
            </w:r>
          </w:p>
        </w:tc>
        <w:tc>
          <w:tcPr>
            <w:tcW w:w="6978" w:type="dxa"/>
          </w:tcPr>
          <w:p w14:paraId="01F40437" w14:textId="77777777" w:rsidR="67DE8005" w:rsidRPr="00940920" w:rsidRDefault="67DE8005" w:rsidP="00940920">
            <w:pPr>
              <w:spacing w:after="0" w:line="240" w:lineRule="auto"/>
            </w:pPr>
            <w:r w:rsidRPr="00940920">
              <w:t>Ask each patrol to bring one simple handmade token that can hang from a patrol flag, for the Swap Meet. Loaner materials are available at HQ for any patrol that arrives without one</w:t>
            </w:r>
            <w:r w:rsidR="007B25AC" w:rsidRPr="00940920">
              <w:t>.</w:t>
            </w:r>
          </w:p>
        </w:tc>
      </w:tr>
      <w:tr w:rsidR="67DE8005" w:rsidRPr="00940920" w14:paraId="4F946068" w14:textId="77777777" w:rsidTr="00940920">
        <w:tc>
          <w:tcPr>
            <w:tcW w:w="2400" w:type="dxa"/>
          </w:tcPr>
          <w:p w14:paraId="378F9C40" w14:textId="77777777" w:rsidR="67DE8005" w:rsidRPr="00940920" w:rsidRDefault="67DE8005" w:rsidP="00940920">
            <w:pPr>
              <w:spacing w:after="0" w:line="240" w:lineRule="auto"/>
            </w:pPr>
            <w:r w:rsidRPr="00940920">
              <w:t>Uniforms</w:t>
            </w:r>
          </w:p>
        </w:tc>
        <w:tc>
          <w:tcPr>
            <w:tcW w:w="6978" w:type="dxa"/>
          </w:tcPr>
          <w:p w14:paraId="1B6A142A" w14:textId="77777777" w:rsidR="67DE8005" w:rsidRPr="00940920" w:rsidRDefault="67DE8005" w:rsidP="00940920">
            <w:pPr>
              <w:spacing w:after="0" w:line="240" w:lineRule="auto"/>
            </w:pPr>
            <w:r w:rsidRPr="00940920">
              <w:t>Each Troop sets its own uniform expectations. Staff will be in the Scout field uniform.</w:t>
            </w:r>
          </w:p>
        </w:tc>
      </w:tr>
      <w:tr w:rsidR="67DE8005" w:rsidRPr="00940920" w14:paraId="23357992" w14:textId="77777777" w:rsidTr="00940920">
        <w:tc>
          <w:tcPr>
            <w:tcW w:w="2400" w:type="dxa"/>
          </w:tcPr>
          <w:p w14:paraId="0A4344C2" w14:textId="77777777" w:rsidR="67DE8005" w:rsidRPr="00940920" w:rsidRDefault="67DE8005" w:rsidP="00940920">
            <w:pPr>
              <w:spacing w:after="0" w:line="240" w:lineRule="auto"/>
            </w:pPr>
            <w:r w:rsidRPr="00940920">
              <w:t>Arrival and parking</w:t>
            </w:r>
          </w:p>
        </w:tc>
        <w:tc>
          <w:tcPr>
            <w:tcW w:w="6978" w:type="dxa"/>
          </w:tcPr>
          <w:p w14:paraId="51B18B2F" w14:textId="7E3453FE" w:rsidR="67DE8005" w:rsidRPr="00940920" w:rsidRDefault="67DE8005" w:rsidP="00940920">
            <w:pPr>
              <w:spacing w:after="0" w:line="240" w:lineRule="auto"/>
            </w:pPr>
            <w:r w:rsidRPr="00940920">
              <w:t>Please arrive as a unit if possible. You will be greeted in the main parking lot, unload gear, then park on the Akela side of camp. Pathfinders escort Troops to campsites. Plan to arrive by 9:00 am Saturday.</w:t>
            </w:r>
          </w:p>
        </w:tc>
      </w:tr>
      <w:tr w:rsidR="67DE8005" w:rsidRPr="00940920" w14:paraId="474B89C5" w14:textId="77777777" w:rsidTr="00940920">
        <w:tc>
          <w:tcPr>
            <w:tcW w:w="2400" w:type="dxa"/>
          </w:tcPr>
          <w:p w14:paraId="5585944E" w14:textId="77777777" w:rsidR="67DE8005" w:rsidRPr="00940920" w:rsidRDefault="67DE8005" w:rsidP="00940920">
            <w:pPr>
              <w:spacing w:after="0" w:line="240" w:lineRule="auto"/>
            </w:pPr>
            <w:r w:rsidRPr="00940920">
              <w:t>Campsites</w:t>
            </w:r>
          </w:p>
        </w:tc>
        <w:tc>
          <w:tcPr>
            <w:tcW w:w="6978" w:type="dxa"/>
          </w:tcPr>
          <w:p w14:paraId="00974C02" w14:textId="446F9B00" w:rsidR="67DE8005" w:rsidRPr="00940920" w:rsidRDefault="008F4464" w:rsidP="00940920">
            <w:pPr>
              <w:spacing w:after="0" w:line="240" w:lineRule="auto"/>
            </w:pPr>
            <w:r w:rsidRPr="00940920">
              <w:t xml:space="preserve">Assume your campsite will have a </w:t>
            </w:r>
            <w:r w:rsidR="67DE8005" w:rsidRPr="00940920">
              <w:t>fire pit</w:t>
            </w:r>
            <w:r w:rsidR="0098128F" w:rsidRPr="00940920">
              <w:t xml:space="preserve"> and access to running water</w:t>
            </w:r>
            <w:r w:rsidR="00E166DC" w:rsidRPr="00940920">
              <w:t>. Most, but not all</w:t>
            </w:r>
            <w:r w:rsidR="0098128F" w:rsidRPr="00940920">
              <w:t>,</w:t>
            </w:r>
            <w:r w:rsidR="00E166DC" w:rsidRPr="00940920">
              <w:t xml:space="preserve"> have a</w:t>
            </w:r>
            <w:r w:rsidR="67DE8005" w:rsidRPr="00940920">
              <w:t xml:space="preserve"> table</w:t>
            </w:r>
            <w:r w:rsidR="00E166DC" w:rsidRPr="00940920">
              <w:t xml:space="preserve">. </w:t>
            </w:r>
            <w:r w:rsidR="0098128F" w:rsidRPr="00940920">
              <w:t>There are no covers provided</w:t>
            </w:r>
            <w:r w:rsidR="0080210E" w:rsidRPr="00940920">
              <w:t xml:space="preserve"> (bring a tarp if weather looks wet).</w:t>
            </w:r>
          </w:p>
        </w:tc>
      </w:tr>
      <w:tr w:rsidR="67DE8005" w:rsidRPr="00940920" w14:paraId="51EEA2F3" w14:textId="77777777" w:rsidTr="00940920">
        <w:tc>
          <w:tcPr>
            <w:tcW w:w="2400" w:type="dxa"/>
          </w:tcPr>
          <w:p w14:paraId="37F12861" w14:textId="77777777" w:rsidR="67DE8005" w:rsidRPr="00940920" w:rsidRDefault="0080210E" w:rsidP="00940920">
            <w:pPr>
              <w:spacing w:after="0" w:line="240" w:lineRule="auto"/>
            </w:pPr>
            <w:r w:rsidRPr="00940920">
              <w:t>Patrol (</w:t>
            </w:r>
            <w:r w:rsidR="67DE8005" w:rsidRPr="00940920">
              <w:t>Campsite</w:t>
            </w:r>
            <w:r w:rsidRPr="00940920">
              <w:t>) T</w:t>
            </w:r>
            <w:r w:rsidR="67DE8005" w:rsidRPr="00940920">
              <w:t>ime</w:t>
            </w:r>
          </w:p>
        </w:tc>
        <w:tc>
          <w:tcPr>
            <w:tcW w:w="6978" w:type="dxa"/>
          </w:tcPr>
          <w:p w14:paraId="39A6E010" w14:textId="77777777" w:rsidR="67DE8005" w:rsidRPr="00940920" w:rsidRDefault="67DE8005" w:rsidP="00940920">
            <w:pPr>
              <w:spacing w:after="0" w:line="240" w:lineRule="auto"/>
            </w:pPr>
            <w:r w:rsidRPr="00940920">
              <w:t>Part of Saturday is meant to be spent in your own campsite building the camp gadget and working Trail Assignments.</w:t>
            </w:r>
          </w:p>
        </w:tc>
      </w:tr>
      <w:tr w:rsidR="67DE8005" w:rsidRPr="00940920" w14:paraId="58539AC8" w14:textId="77777777" w:rsidTr="00940920">
        <w:tc>
          <w:tcPr>
            <w:tcW w:w="2400" w:type="dxa"/>
          </w:tcPr>
          <w:p w14:paraId="4AEE15A6" w14:textId="77777777" w:rsidR="67DE8005" w:rsidRPr="00940920" w:rsidRDefault="67DE8005" w:rsidP="00940920">
            <w:pPr>
              <w:spacing w:after="0" w:line="240" w:lineRule="auto"/>
            </w:pPr>
            <w:r w:rsidRPr="00940920">
              <w:t>Meals</w:t>
            </w:r>
          </w:p>
        </w:tc>
        <w:tc>
          <w:tcPr>
            <w:tcW w:w="6978" w:type="dxa"/>
          </w:tcPr>
          <w:p w14:paraId="2AC16530" w14:textId="37AA4A2A" w:rsidR="67DE8005" w:rsidRPr="00940920" w:rsidRDefault="67DE8005" w:rsidP="00940920">
            <w:pPr>
              <w:spacing w:after="0" w:line="240" w:lineRule="auto"/>
            </w:pPr>
            <w:r w:rsidRPr="00940920">
              <w:t>All Troops are responsible for their own meals. Plan accordingly, practice good hygiene, and use the three-bucket method for dishwashing.</w:t>
            </w:r>
            <w:r w:rsidR="008E6891" w:rsidRPr="00940920">
              <w:t xml:space="preserve"> Volunteers should plan to eat with their Troops.</w:t>
            </w:r>
          </w:p>
        </w:tc>
      </w:tr>
      <w:tr w:rsidR="67DE8005" w:rsidRPr="00940920" w14:paraId="3B2C565A" w14:textId="77777777" w:rsidTr="00940920">
        <w:tc>
          <w:tcPr>
            <w:tcW w:w="2400" w:type="dxa"/>
          </w:tcPr>
          <w:p w14:paraId="1A65DB47" w14:textId="77777777" w:rsidR="67DE8005" w:rsidRPr="00940920" w:rsidRDefault="67DE8005" w:rsidP="00940920">
            <w:pPr>
              <w:spacing w:after="0" w:line="240" w:lineRule="auto"/>
            </w:pPr>
            <w:r w:rsidRPr="00940920">
              <w:t>Campsite cleanliness</w:t>
            </w:r>
          </w:p>
        </w:tc>
        <w:tc>
          <w:tcPr>
            <w:tcW w:w="6978" w:type="dxa"/>
          </w:tcPr>
          <w:p w14:paraId="5099E67E" w14:textId="77777777" w:rsidR="67DE8005" w:rsidRPr="00940920" w:rsidRDefault="67DE8005" w:rsidP="00940920">
            <w:pPr>
              <w:spacing w:after="0" w:line="240" w:lineRule="auto"/>
            </w:pPr>
            <w:r w:rsidRPr="00940920">
              <w:t>Practice Leave No Trace. Campsites should be clean, safe, and Scout-like. Trash disposal instructions are provided at check-in.</w:t>
            </w:r>
          </w:p>
        </w:tc>
      </w:tr>
      <w:tr w:rsidR="67DE8005" w:rsidRPr="00940920" w14:paraId="50A19623" w14:textId="77777777" w:rsidTr="00940920">
        <w:tc>
          <w:tcPr>
            <w:tcW w:w="2400" w:type="dxa"/>
          </w:tcPr>
          <w:p w14:paraId="2EF987B9" w14:textId="77777777" w:rsidR="67DE8005" w:rsidRPr="00940920" w:rsidRDefault="67DE8005" w:rsidP="00940920">
            <w:pPr>
              <w:spacing w:after="0" w:line="240" w:lineRule="auto"/>
            </w:pPr>
            <w:r w:rsidRPr="00940920">
              <w:t>Troop time</w:t>
            </w:r>
          </w:p>
        </w:tc>
        <w:tc>
          <w:tcPr>
            <w:tcW w:w="6978" w:type="dxa"/>
          </w:tcPr>
          <w:p w14:paraId="35D8938F" w14:textId="77777777" w:rsidR="67DE8005" w:rsidRPr="00940920" w:rsidRDefault="67DE8005" w:rsidP="00940920">
            <w:pPr>
              <w:spacing w:after="0" w:line="240" w:lineRule="auto"/>
            </w:pPr>
            <w:r w:rsidRPr="00940920">
              <w:t xml:space="preserve">Friday evening and designated Saturday times are for unit campfires, advancement work including Scoutmaster conferences, and preparing patrol flags and yells. Patrol Leaders should review the sample </w:t>
            </w:r>
            <w:proofErr w:type="gramStart"/>
            <w:r w:rsidRPr="00940920">
              <w:t>Passport</w:t>
            </w:r>
            <w:proofErr w:type="gramEnd"/>
            <w:r w:rsidRPr="00940920">
              <w:t xml:space="preserve"> so their Scouts know what to expect.</w:t>
            </w:r>
          </w:p>
        </w:tc>
      </w:tr>
      <w:tr w:rsidR="67DE8005" w:rsidRPr="00940920" w14:paraId="054E62D7" w14:textId="77777777" w:rsidTr="00940920">
        <w:tc>
          <w:tcPr>
            <w:tcW w:w="2400" w:type="dxa"/>
          </w:tcPr>
          <w:p w14:paraId="6209979A" w14:textId="77777777" w:rsidR="67DE8005" w:rsidRPr="00940920" w:rsidRDefault="67DE8005" w:rsidP="00940920">
            <w:pPr>
              <w:spacing w:after="0" w:line="240" w:lineRule="auto"/>
            </w:pPr>
            <w:r w:rsidRPr="00940920">
              <w:t>Emergency procedures</w:t>
            </w:r>
          </w:p>
        </w:tc>
        <w:tc>
          <w:tcPr>
            <w:tcW w:w="6978" w:type="dxa"/>
          </w:tcPr>
          <w:p w14:paraId="2509D573" w14:textId="77777777" w:rsidR="67DE8005" w:rsidRPr="00940920" w:rsidRDefault="67DE8005" w:rsidP="00940920">
            <w:pPr>
              <w:spacing w:after="0" w:line="240" w:lineRule="auto"/>
            </w:pPr>
            <w:r w:rsidRPr="00940920">
              <w:t>In a camp-wide emergency you will hear three short blasts of an air horn and staff runners will notify units in person. Assemble on the main Parade Field and get a solid headcount for your unit.</w:t>
            </w:r>
          </w:p>
        </w:tc>
      </w:tr>
      <w:tr w:rsidR="67DE8005" w:rsidRPr="00940920" w14:paraId="02E84729" w14:textId="77777777" w:rsidTr="00940920">
        <w:tc>
          <w:tcPr>
            <w:tcW w:w="2400" w:type="dxa"/>
          </w:tcPr>
          <w:p w14:paraId="2B327F37" w14:textId="77777777" w:rsidR="67DE8005" w:rsidRPr="00940920" w:rsidRDefault="67DE8005" w:rsidP="00940920">
            <w:pPr>
              <w:spacing w:after="0" w:line="240" w:lineRule="auto"/>
            </w:pPr>
            <w:r w:rsidRPr="00940920">
              <w:t>Health and safety</w:t>
            </w:r>
          </w:p>
        </w:tc>
        <w:tc>
          <w:tcPr>
            <w:tcW w:w="6978" w:type="dxa"/>
          </w:tcPr>
          <w:p w14:paraId="4B4721CB" w14:textId="77777777" w:rsidR="67DE8005" w:rsidRPr="00940920" w:rsidRDefault="67DE8005" w:rsidP="00940920">
            <w:pPr>
              <w:spacing w:after="0" w:line="240" w:lineRule="auto"/>
            </w:pPr>
            <w:r w:rsidRPr="00940920">
              <w:t xml:space="preserve">First aid is located inside the Dale O Building and with roaming medics. All Scouts </w:t>
            </w:r>
            <w:proofErr w:type="gramStart"/>
            <w:r w:rsidRPr="00940920">
              <w:t>use the buddy system at all times</w:t>
            </w:r>
            <w:proofErr w:type="gramEnd"/>
            <w:r w:rsidRPr="00940920">
              <w:t>.</w:t>
            </w:r>
          </w:p>
        </w:tc>
      </w:tr>
      <w:tr w:rsidR="67DE8005" w:rsidRPr="00940920" w14:paraId="0B8CEBE8" w14:textId="77777777" w:rsidTr="00940920">
        <w:tc>
          <w:tcPr>
            <w:tcW w:w="2400" w:type="dxa"/>
          </w:tcPr>
          <w:p w14:paraId="23FE9E47" w14:textId="77777777" w:rsidR="67DE8005" w:rsidRPr="00940920" w:rsidRDefault="67DE8005" w:rsidP="00940920">
            <w:pPr>
              <w:spacing w:after="0" w:line="240" w:lineRule="auto"/>
            </w:pPr>
            <w:r w:rsidRPr="00940920">
              <w:t>Departure</w:t>
            </w:r>
          </w:p>
        </w:tc>
        <w:tc>
          <w:tcPr>
            <w:tcW w:w="6978" w:type="dxa"/>
          </w:tcPr>
          <w:p w14:paraId="7A0ACDFA" w14:textId="77777777" w:rsidR="67DE8005" w:rsidRPr="00940920" w:rsidRDefault="67DE8005" w:rsidP="00940920">
            <w:pPr>
              <w:spacing w:after="0" w:line="240" w:lineRule="auto"/>
            </w:pPr>
            <w:r w:rsidRPr="00940920">
              <w:t>Campsites must be inspected and cleared by staff before leaving. Please plan to stay through the closing ceremony for unit recognition.</w:t>
            </w:r>
          </w:p>
        </w:tc>
      </w:tr>
    </w:tbl>
    <w:p w14:paraId="3842CEF7" w14:textId="77777777" w:rsidR="67DE8005" w:rsidRDefault="67DE8005" w:rsidP="67DE8005">
      <w:pPr>
        <w:pStyle w:val="Heading1"/>
      </w:pPr>
      <w:r w:rsidRPr="67DE8005">
        <w:rPr>
          <w:color w:val="32431B"/>
          <w:sz w:val="44"/>
          <w:szCs w:val="44"/>
        </w:rPr>
        <w:lastRenderedPageBreak/>
        <w:t>Recommended Packing List</w:t>
      </w:r>
    </w:p>
    <w:p w14:paraId="760AAF98" w14:textId="77777777" w:rsidR="67DE8005" w:rsidRDefault="67DE8005">
      <w:r>
        <w:t xml:space="preserve">Two additions this year, both marked below: bring lashing rope and spars for the camp </w:t>
      </w:r>
      <w:proofErr w:type="gramStart"/>
      <w:r>
        <w:t>gadget, and</w:t>
      </w:r>
      <w:proofErr w:type="gramEnd"/>
      <w:r>
        <w:t xml:space="preserve"> bring simple materials for buckskin trade tokens.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6"/>
        <w:gridCol w:w="3117"/>
        <w:gridCol w:w="3117"/>
      </w:tblGrid>
      <w:tr w:rsidR="67DE8005" w:rsidRPr="00940920" w14:paraId="478A7A3A" w14:textId="77777777" w:rsidTr="00405666">
        <w:tc>
          <w:tcPr>
            <w:tcW w:w="3116" w:type="dxa"/>
          </w:tcPr>
          <w:p w14:paraId="12FF6091" w14:textId="77777777" w:rsidR="67DE8005" w:rsidRPr="00940920" w:rsidRDefault="1D2D0A16" w:rsidP="00940920">
            <w:pPr>
              <w:spacing w:after="0" w:line="240" w:lineRule="auto"/>
            </w:pPr>
            <w:r w:rsidRPr="00940920">
              <w:rPr>
                <w:b/>
                <w:bCs/>
                <w:color w:val="32431B"/>
              </w:rPr>
              <w:t>Troop and Unit Gear</w:t>
            </w:r>
          </w:p>
        </w:tc>
        <w:tc>
          <w:tcPr>
            <w:tcW w:w="3117" w:type="dxa"/>
          </w:tcPr>
          <w:p w14:paraId="6A286860" w14:textId="77777777" w:rsidR="67DE8005" w:rsidRPr="00940920" w:rsidRDefault="67DE8005" w:rsidP="00940920">
            <w:pPr>
              <w:spacing w:after="0" w:line="240" w:lineRule="auto"/>
            </w:pPr>
            <w:r w:rsidRPr="00940920">
              <w:t xml:space="preserve"> </w:t>
            </w:r>
          </w:p>
        </w:tc>
        <w:tc>
          <w:tcPr>
            <w:tcW w:w="3117" w:type="dxa"/>
          </w:tcPr>
          <w:p w14:paraId="2B391294" w14:textId="77777777" w:rsidR="67DE8005" w:rsidRPr="00940920" w:rsidRDefault="67DE8005" w:rsidP="00940920">
            <w:pPr>
              <w:spacing w:after="0" w:line="240" w:lineRule="auto"/>
            </w:pPr>
            <w:r w:rsidRPr="00940920">
              <w:t xml:space="preserve"> </w:t>
            </w:r>
          </w:p>
        </w:tc>
      </w:tr>
      <w:tr w:rsidR="67DE8005" w:rsidRPr="00940920" w14:paraId="3DE4101D" w14:textId="77777777" w:rsidTr="00405666">
        <w:tc>
          <w:tcPr>
            <w:tcW w:w="3116" w:type="dxa"/>
          </w:tcPr>
          <w:p w14:paraId="267FE155" w14:textId="77777777" w:rsidR="67DE8005" w:rsidRPr="00940920" w:rsidRDefault="1D2D0A16" w:rsidP="00940920">
            <w:pPr>
              <w:spacing w:after="0" w:line="240" w:lineRule="auto"/>
            </w:pPr>
            <w:r w:rsidRPr="00940920">
              <w:t>Troop flag</w:t>
            </w:r>
          </w:p>
        </w:tc>
        <w:tc>
          <w:tcPr>
            <w:tcW w:w="3117" w:type="dxa"/>
          </w:tcPr>
          <w:p w14:paraId="12F440B0" w14:textId="77777777" w:rsidR="67DE8005" w:rsidRPr="00940920" w:rsidRDefault="1D2D0A16" w:rsidP="00940920">
            <w:pPr>
              <w:spacing w:after="0" w:line="240" w:lineRule="auto"/>
            </w:pPr>
            <w:r w:rsidRPr="00940920">
              <w:t>Battery or propane lantern</w:t>
            </w:r>
          </w:p>
        </w:tc>
        <w:tc>
          <w:tcPr>
            <w:tcW w:w="3117" w:type="dxa"/>
          </w:tcPr>
          <w:p w14:paraId="3F626C5D" w14:textId="77777777" w:rsidR="67DE8005" w:rsidRPr="00940920" w:rsidRDefault="1D2D0A16" w:rsidP="00940920">
            <w:pPr>
              <w:spacing w:after="0" w:line="240" w:lineRule="auto"/>
            </w:pPr>
            <w:r w:rsidRPr="00940920">
              <w:t>Cooking gear</w:t>
            </w:r>
          </w:p>
        </w:tc>
      </w:tr>
      <w:tr w:rsidR="67DE8005" w:rsidRPr="00940920" w14:paraId="09B8EDDB" w14:textId="77777777" w:rsidTr="00405666">
        <w:tc>
          <w:tcPr>
            <w:tcW w:w="3116" w:type="dxa"/>
          </w:tcPr>
          <w:p w14:paraId="714B0AB0" w14:textId="77777777" w:rsidR="67DE8005" w:rsidRPr="00940920" w:rsidRDefault="1D2D0A16" w:rsidP="00940920">
            <w:pPr>
              <w:spacing w:after="0" w:line="240" w:lineRule="auto"/>
            </w:pPr>
            <w:r w:rsidRPr="00940920">
              <w:t>Patrol flags</w:t>
            </w:r>
          </w:p>
        </w:tc>
        <w:tc>
          <w:tcPr>
            <w:tcW w:w="3117" w:type="dxa"/>
          </w:tcPr>
          <w:p w14:paraId="66E60031" w14:textId="77777777" w:rsidR="67DE8005" w:rsidRPr="00940920" w:rsidRDefault="1D2D0A16" w:rsidP="00940920">
            <w:pPr>
              <w:spacing w:after="0" w:line="240" w:lineRule="auto"/>
            </w:pPr>
            <w:r w:rsidRPr="00940920">
              <w:t>First aid kit</w:t>
            </w:r>
          </w:p>
        </w:tc>
        <w:tc>
          <w:tcPr>
            <w:tcW w:w="3117" w:type="dxa"/>
          </w:tcPr>
          <w:p w14:paraId="20A23431" w14:textId="77777777" w:rsidR="67DE8005" w:rsidRPr="00940920" w:rsidRDefault="1D2D0A16" w:rsidP="00940920">
            <w:pPr>
              <w:spacing w:after="0" w:line="240" w:lineRule="auto"/>
            </w:pPr>
            <w:r w:rsidRPr="00940920">
              <w:t>Food and meals</w:t>
            </w:r>
          </w:p>
        </w:tc>
      </w:tr>
      <w:tr w:rsidR="67DE8005" w:rsidRPr="00940920" w14:paraId="2F053CA7" w14:textId="77777777" w:rsidTr="00405666">
        <w:tc>
          <w:tcPr>
            <w:tcW w:w="3116" w:type="dxa"/>
          </w:tcPr>
          <w:p w14:paraId="1689AAED" w14:textId="77777777" w:rsidR="67DE8005" w:rsidRPr="00940920" w:rsidRDefault="1D2D0A16" w:rsidP="00940920">
            <w:pPr>
              <w:spacing w:after="0" w:line="240" w:lineRule="auto"/>
            </w:pPr>
            <w:r w:rsidRPr="00940920">
              <w:t>Three buckets for dishes</w:t>
            </w:r>
          </w:p>
        </w:tc>
        <w:tc>
          <w:tcPr>
            <w:tcW w:w="3117" w:type="dxa"/>
          </w:tcPr>
          <w:p w14:paraId="3A6EFAB3" w14:textId="77777777" w:rsidR="67DE8005" w:rsidRPr="00940920" w:rsidRDefault="1D2D0A16" w:rsidP="00940920">
            <w:pPr>
              <w:spacing w:after="0" w:line="240" w:lineRule="auto"/>
            </w:pPr>
            <w:r w:rsidRPr="00940920">
              <w:t>Dining fly or pop-up</w:t>
            </w:r>
          </w:p>
        </w:tc>
        <w:tc>
          <w:tcPr>
            <w:tcW w:w="3117" w:type="dxa"/>
          </w:tcPr>
          <w:p w14:paraId="4E946C22" w14:textId="77777777" w:rsidR="67DE8005" w:rsidRPr="00940920" w:rsidRDefault="1D2D0A16" w:rsidP="00940920">
            <w:pPr>
              <w:spacing w:after="0" w:line="240" w:lineRule="auto"/>
            </w:pPr>
            <w:r w:rsidRPr="00940920">
              <w:t>Tents</w:t>
            </w:r>
          </w:p>
        </w:tc>
      </w:tr>
      <w:tr w:rsidR="67DE8005" w:rsidRPr="00940920" w14:paraId="0F0719EC" w14:textId="77777777" w:rsidTr="00405666">
        <w:tc>
          <w:tcPr>
            <w:tcW w:w="3116" w:type="dxa"/>
          </w:tcPr>
          <w:p w14:paraId="76F4A682" w14:textId="77777777" w:rsidR="67DE8005" w:rsidRPr="00940920" w:rsidRDefault="1D2D0A16" w:rsidP="00940920">
            <w:pPr>
              <w:spacing w:after="0" w:line="240" w:lineRule="auto"/>
            </w:pPr>
            <w:r w:rsidRPr="00940920">
              <w:t>Folding table</w:t>
            </w:r>
          </w:p>
        </w:tc>
        <w:tc>
          <w:tcPr>
            <w:tcW w:w="3117" w:type="dxa"/>
          </w:tcPr>
          <w:p w14:paraId="22A4D33F" w14:textId="77777777" w:rsidR="67DE8005" w:rsidRPr="00940920" w:rsidRDefault="1D2D0A16" w:rsidP="00940920">
            <w:pPr>
              <w:spacing w:after="0" w:line="240" w:lineRule="auto"/>
            </w:pPr>
            <w:r w:rsidRPr="00940920">
              <w:t>Firewood</w:t>
            </w:r>
          </w:p>
        </w:tc>
        <w:tc>
          <w:tcPr>
            <w:tcW w:w="3117" w:type="dxa"/>
          </w:tcPr>
          <w:p w14:paraId="2848E1B1" w14:textId="77777777" w:rsidR="67DE8005" w:rsidRPr="00940920" w:rsidRDefault="1D2D0A16" w:rsidP="00940920">
            <w:pPr>
              <w:spacing w:after="0" w:line="240" w:lineRule="auto"/>
            </w:pPr>
            <w:r w:rsidRPr="00940920">
              <w:t>Lashing rope and spars (new)</w:t>
            </w:r>
          </w:p>
        </w:tc>
      </w:tr>
      <w:tr w:rsidR="67DE8005" w:rsidRPr="00940920" w14:paraId="3B586839" w14:textId="77777777" w:rsidTr="00405666">
        <w:tc>
          <w:tcPr>
            <w:tcW w:w="3116" w:type="dxa"/>
          </w:tcPr>
          <w:p w14:paraId="1E7A2550" w14:textId="77777777" w:rsidR="67DE8005" w:rsidRPr="00940920" w:rsidRDefault="1D2D0A16" w:rsidP="00940920">
            <w:pPr>
              <w:spacing w:after="0" w:line="240" w:lineRule="auto"/>
            </w:pPr>
            <w:r w:rsidRPr="00940920">
              <w:t>Trade token materials (new)</w:t>
            </w:r>
          </w:p>
        </w:tc>
        <w:tc>
          <w:tcPr>
            <w:tcW w:w="3117" w:type="dxa"/>
          </w:tcPr>
          <w:p w14:paraId="4EF638D7" w14:textId="77777777" w:rsidR="67DE8005" w:rsidRPr="00940920" w:rsidRDefault="67DE8005" w:rsidP="00940920">
            <w:pPr>
              <w:spacing w:after="0" w:line="240" w:lineRule="auto"/>
            </w:pPr>
            <w:r w:rsidRPr="00940920">
              <w:t xml:space="preserve"> </w:t>
            </w:r>
          </w:p>
        </w:tc>
        <w:tc>
          <w:tcPr>
            <w:tcW w:w="3117" w:type="dxa"/>
          </w:tcPr>
          <w:p w14:paraId="56EF7495" w14:textId="77777777" w:rsidR="67DE8005" w:rsidRPr="00940920" w:rsidRDefault="67DE8005" w:rsidP="00940920">
            <w:pPr>
              <w:spacing w:after="0" w:line="240" w:lineRule="auto"/>
            </w:pPr>
            <w:r w:rsidRPr="00940920">
              <w:t xml:space="preserve"> </w:t>
            </w:r>
          </w:p>
        </w:tc>
      </w:tr>
      <w:tr w:rsidR="00405666" w:rsidRPr="00940920" w14:paraId="512B4C9F" w14:textId="77777777" w:rsidTr="00405666">
        <w:tc>
          <w:tcPr>
            <w:tcW w:w="3116" w:type="dxa"/>
          </w:tcPr>
          <w:p w14:paraId="0699DAF2" w14:textId="77777777" w:rsidR="00405666" w:rsidRPr="00940920" w:rsidRDefault="00405666" w:rsidP="00940920">
            <w:pPr>
              <w:spacing w:after="0" w:line="240" w:lineRule="auto"/>
              <w:rPr>
                <w:b/>
                <w:bCs/>
              </w:rPr>
            </w:pPr>
          </w:p>
        </w:tc>
        <w:tc>
          <w:tcPr>
            <w:tcW w:w="3117" w:type="dxa"/>
          </w:tcPr>
          <w:p w14:paraId="5771251E" w14:textId="77777777" w:rsidR="00405666" w:rsidRPr="00940920" w:rsidRDefault="00405666" w:rsidP="00940920">
            <w:pPr>
              <w:spacing w:after="0" w:line="240" w:lineRule="auto"/>
              <w:rPr>
                <w:b/>
                <w:bCs/>
              </w:rPr>
            </w:pPr>
          </w:p>
        </w:tc>
        <w:tc>
          <w:tcPr>
            <w:tcW w:w="3117" w:type="dxa"/>
          </w:tcPr>
          <w:p w14:paraId="2AA9DA60" w14:textId="77777777" w:rsidR="00405666" w:rsidRPr="00940920" w:rsidRDefault="00405666" w:rsidP="00940920">
            <w:pPr>
              <w:spacing w:after="0" w:line="240" w:lineRule="auto"/>
              <w:rPr>
                <w:b/>
                <w:bCs/>
              </w:rPr>
            </w:pPr>
          </w:p>
        </w:tc>
      </w:tr>
      <w:tr w:rsidR="1D2D0A16" w:rsidRPr="00940920" w14:paraId="4803DEC2" w14:textId="77777777" w:rsidTr="00405666">
        <w:tc>
          <w:tcPr>
            <w:tcW w:w="3116" w:type="dxa"/>
          </w:tcPr>
          <w:p w14:paraId="49A3225B" w14:textId="77777777" w:rsidR="1D2D0A16" w:rsidRPr="00940920" w:rsidRDefault="1D2D0A16" w:rsidP="00940920">
            <w:pPr>
              <w:spacing w:after="0" w:line="240" w:lineRule="auto"/>
            </w:pPr>
            <w:r w:rsidRPr="00940920">
              <w:rPr>
                <w:b/>
                <w:bCs/>
              </w:rPr>
              <w:t>Clothing</w:t>
            </w:r>
          </w:p>
        </w:tc>
        <w:tc>
          <w:tcPr>
            <w:tcW w:w="3117" w:type="dxa"/>
          </w:tcPr>
          <w:p w14:paraId="1269DA1F" w14:textId="77777777" w:rsidR="1D2D0A16" w:rsidRPr="00940920" w:rsidRDefault="1D2D0A16" w:rsidP="00940920">
            <w:pPr>
              <w:spacing w:after="0" w:line="240" w:lineRule="auto"/>
            </w:pPr>
            <w:r w:rsidRPr="00940920">
              <w:rPr>
                <w:b/>
                <w:bCs/>
              </w:rPr>
              <w:t>Toiletries</w:t>
            </w:r>
          </w:p>
        </w:tc>
        <w:tc>
          <w:tcPr>
            <w:tcW w:w="3117" w:type="dxa"/>
          </w:tcPr>
          <w:p w14:paraId="01E1A1AB" w14:textId="77777777" w:rsidR="1D2D0A16" w:rsidRPr="00940920" w:rsidRDefault="1D2D0A16" w:rsidP="00940920">
            <w:pPr>
              <w:spacing w:after="0" w:line="240" w:lineRule="auto"/>
              <w:rPr>
                <w:b/>
                <w:bCs/>
              </w:rPr>
            </w:pPr>
            <w:r w:rsidRPr="00940920">
              <w:rPr>
                <w:b/>
                <w:bCs/>
              </w:rPr>
              <w:t>Gear</w:t>
            </w:r>
          </w:p>
        </w:tc>
      </w:tr>
      <w:tr w:rsidR="1D2D0A16" w:rsidRPr="00940920" w14:paraId="4F2F27C8" w14:textId="77777777" w:rsidTr="00405666">
        <w:tc>
          <w:tcPr>
            <w:tcW w:w="3116" w:type="dxa"/>
          </w:tcPr>
          <w:p w14:paraId="578596D0" w14:textId="77777777" w:rsidR="1D2D0A16" w:rsidRPr="00940920" w:rsidRDefault="1D2D0A16" w:rsidP="00940920">
            <w:pPr>
              <w:spacing w:after="0" w:line="240" w:lineRule="auto"/>
            </w:pPr>
            <w:r w:rsidRPr="00940920">
              <w:t>Troop uniform</w:t>
            </w:r>
          </w:p>
        </w:tc>
        <w:tc>
          <w:tcPr>
            <w:tcW w:w="3117" w:type="dxa"/>
          </w:tcPr>
          <w:p w14:paraId="3AF78E57" w14:textId="77777777" w:rsidR="1D2D0A16" w:rsidRPr="00940920" w:rsidRDefault="1D2D0A16" w:rsidP="00940920">
            <w:pPr>
              <w:spacing w:after="0" w:line="240" w:lineRule="auto"/>
            </w:pPr>
            <w:r w:rsidRPr="00940920">
              <w:t>Towel</w:t>
            </w:r>
          </w:p>
        </w:tc>
        <w:tc>
          <w:tcPr>
            <w:tcW w:w="3117" w:type="dxa"/>
          </w:tcPr>
          <w:p w14:paraId="461C8535" w14:textId="77777777" w:rsidR="1D2D0A16" w:rsidRPr="00940920" w:rsidRDefault="1D2D0A16" w:rsidP="00940920">
            <w:pPr>
              <w:spacing w:after="0" w:line="240" w:lineRule="auto"/>
            </w:pPr>
            <w:r w:rsidRPr="00940920">
              <w:t>Sleeping bag</w:t>
            </w:r>
          </w:p>
        </w:tc>
      </w:tr>
      <w:tr w:rsidR="1D2D0A16" w:rsidRPr="00940920" w14:paraId="131B23DC" w14:textId="77777777" w:rsidTr="00405666">
        <w:tc>
          <w:tcPr>
            <w:tcW w:w="3116" w:type="dxa"/>
          </w:tcPr>
          <w:p w14:paraId="5F160237" w14:textId="77777777" w:rsidR="1D2D0A16" w:rsidRPr="00940920" w:rsidRDefault="1D2D0A16" w:rsidP="00940920">
            <w:pPr>
              <w:spacing w:after="0" w:line="240" w:lineRule="auto"/>
            </w:pPr>
            <w:r w:rsidRPr="00940920">
              <w:t>Sweater or jacket</w:t>
            </w:r>
          </w:p>
        </w:tc>
        <w:tc>
          <w:tcPr>
            <w:tcW w:w="3117" w:type="dxa"/>
          </w:tcPr>
          <w:p w14:paraId="6A5FDAA9" w14:textId="77777777" w:rsidR="1D2D0A16" w:rsidRPr="00940920" w:rsidRDefault="1D2D0A16" w:rsidP="00940920">
            <w:pPr>
              <w:spacing w:after="0" w:line="240" w:lineRule="auto"/>
            </w:pPr>
            <w:r w:rsidRPr="00940920">
              <w:t>Toothbrush</w:t>
            </w:r>
          </w:p>
        </w:tc>
        <w:tc>
          <w:tcPr>
            <w:tcW w:w="3117" w:type="dxa"/>
          </w:tcPr>
          <w:p w14:paraId="7A5467B2" w14:textId="77777777" w:rsidR="1D2D0A16" w:rsidRPr="00940920" w:rsidRDefault="1D2D0A16" w:rsidP="00940920">
            <w:pPr>
              <w:spacing w:after="0" w:line="240" w:lineRule="auto"/>
            </w:pPr>
            <w:r w:rsidRPr="00940920">
              <w:t>Sleeping pad</w:t>
            </w:r>
          </w:p>
        </w:tc>
      </w:tr>
      <w:tr w:rsidR="1D2D0A16" w:rsidRPr="00940920" w14:paraId="02A00830" w14:textId="77777777" w:rsidTr="00405666">
        <w:tc>
          <w:tcPr>
            <w:tcW w:w="3116" w:type="dxa"/>
          </w:tcPr>
          <w:p w14:paraId="133B5CB5" w14:textId="77777777" w:rsidR="1D2D0A16" w:rsidRPr="00940920" w:rsidRDefault="1D2D0A16" w:rsidP="00940920">
            <w:pPr>
              <w:spacing w:after="0" w:line="240" w:lineRule="auto"/>
            </w:pPr>
            <w:r w:rsidRPr="00940920">
              <w:t>Rain gear</w:t>
            </w:r>
          </w:p>
        </w:tc>
        <w:tc>
          <w:tcPr>
            <w:tcW w:w="3117" w:type="dxa"/>
          </w:tcPr>
          <w:p w14:paraId="67603E8E" w14:textId="77777777" w:rsidR="1D2D0A16" w:rsidRPr="00940920" w:rsidRDefault="1D2D0A16" w:rsidP="00940920">
            <w:pPr>
              <w:spacing w:after="0" w:line="240" w:lineRule="auto"/>
            </w:pPr>
            <w:r w:rsidRPr="00940920">
              <w:t>Toothpaste</w:t>
            </w:r>
          </w:p>
        </w:tc>
        <w:tc>
          <w:tcPr>
            <w:tcW w:w="3117" w:type="dxa"/>
          </w:tcPr>
          <w:p w14:paraId="724CAD44" w14:textId="77777777" w:rsidR="1D2D0A16" w:rsidRPr="00940920" w:rsidRDefault="1D2D0A16" w:rsidP="00940920">
            <w:pPr>
              <w:spacing w:after="0" w:line="240" w:lineRule="auto"/>
            </w:pPr>
            <w:r w:rsidRPr="00940920">
              <w:t>Pack or duffel</w:t>
            </w:r>
          </w:p>
        </w:tc>
      </w:tr>
      <w:tr w:rsidR="1D2D0A16" w:rsidRPr="00940920" w14:paraId="04F7DBEB" w14:textId="77777777" w:rsidTr="00405666">
        <w:tc>
          <w:tcPr>
            <w:tcW w:w="3116" w:type="dxa"/>
          </w:tcPr>
          <w:p w14:paraId="5066BDED" w14:textId="77777777" w:rsidR="1D2D0A16" w:rsidRPr="00940920" w:rsidRDefault="1D2D0A16" w:rsidP="00940920">
            <w:pPr>
              <w:spacing w:after="0" w:line="240" w:lineRule="auto"/>
            </w:pPr>
            <w:r w:rsidRPr="00940920">
              <w:t>Hat</w:t>
            </w:r>
          </w:p>
        </w:tc>
        <w:tc>
          <w:tcPr>
            <w:tcW w:w="3117" w:type="dxa"/>
          </w:tcPr>
          <w:p w14:paraId="1091188D" w14:textId="77777777" w:rsidR="1D2D0A16" w:rsidRPr="00940920" w:rsidRDefault="1D2D0A16" w:rsidP="00940920">
            <w:pPr>
              <w:spacing w:after="0" w:line="240" w:lineRule="auto"/>
            </w:pPr>
            <w:r w:rsidRPr="00940920">
              <w:t>Soap</w:t>
            </w:r>
          </w:p>
        </w:tc>
        <w:tc>
          <w:tcPr>
            <w:tcW w:w="3117" w:type="dxa"/>
          </w:tcPr>
          <w:p w14:paraId="29678F79" w14:textId="77777777" w:rsidR="1D2D0A16" w:rsidRPr="00940920" w:rsidRDefault="1D2D0A16" w:rsidP="00940920">
            <w:pPr>
              <w:spacing w:after="0" w:line="240" w:lineRule="auto"/>
            </w:pPr>
            <w:r w:rsidRPr="00940920">
              <w:t>Day pack</w:t>
            </w:r>
          </w:p>
        </w:tc>
      </w:tr>
      <w:tr w:rsidR="1D2D0A16" w:rsidRPr="00940920" w14:paraId="48FE5642" w14:textId="77777777" w:rsidTr="00405666">
        <w:tc>
          <w:tcPr>
            <w:tcW w:w="3116" w:type="dxa"/>
          </w:tcPr>
          <w:p w14:paraId="33BC7A5F" w14:textId="77777777" w:rsidR="1D2D0A16" w:rsidRPr="00940920" w:rsidRDefault="1D2D0A16" w:rsidP="00940920">
            <w:pPr>
              <w:spacing w:after="0" w:line="240" w:lineRule="auto"/>
            </w:pPr>
            <w:r w:rsidRPr="00940920">
              <w:t>Pants</w:t>
            </w:r>
          </w:p>
        </w:tc>
        <w:tc>
          <w:tcPr>
            <w:tcW w:w="3117" w:type="dxa"/>
          </w:tcPr>
          <w:p w14:paraId="60AF6A99" w14:textId="77777777" w:rsidR="1D2D0A16" w:rsidRPr="00940920" w:rsidRDefault="1D2D0A16" w:rsidP="00940920">
            <w:pPr>
              <w:spacing w:after="0" w:line="240" w:lineRule="auto"/>
            </w:pPr>
            <w:r w:rsidRPr="00940920">
              <w:t>Deodorant</w:t>
            </w:r>
          </w:p>
        </w:tc>
        <w:tc>
          <w:tcPr>
            <w:tcW w:w="3117" w:type="dxa"/>
          </w:tcPr>
          <w:p w14:paraId="4499527D" w14:textId="77777777" w:rsidR="1D2D0A16" w:rsidRPr="00940920" w:rsidRDefault="1D2D0A16" w:rsidP="00940920">
            <w:pPr>
              <w:spacing w:after="0" w:line="240" w:lineRule="auto"/>
            </w:pPr>
            <w:r w:rsidRPr="00940920">
              <w:t>Water bottle</w:t>
            </w:r>
          </w:p>
        </w:tc>
      </w:tr>
      <w:tr w:rsidR="1D2D0A16" w:rsidRPr="00940920" w14:paraId="7CEDDDAA" w14:textId="77777777" w:rsidTr="00405666">
        <w:tc>
          <w:tcPr>
            <w:tcW w:w="3116" w:type="dxa"/>
          </w:tcPr>
          <w:p w14:paraId="603FFB70" w14:textId="77777777" w:rsidR="1D2D0A16" w:rsidRPr="00940920" w:rsidRDefault="1D2D0A16" w:rsidP="00940920">
            <w:pPr>
              <w:spacing w:after="0" w:line="240" w:lineRule="auto"/>
            </w:pPr>
            <w:r w:rsidRPr="00940920">
              <w:t>Shirt</w:t>
            </w:r>
          </w:p>
        </w:tc>
        <w:tc>
          <w:tcPr>
            <w:tcW w:w="3117" w:type="dxa"/>
          </w:tcPr>
          <w:p w14:paraId="119DF33F" w14:textId="77777777" w:rsidR="1D2D0A16" w:rsidRPr="00940920" w:rsidRDefault="1D2D0A16" w:rsidP="00940920">
            <w:pPr>
              <w:spacing w:after="0" w:line="240" w:lineRule="auto"/>
            </w:pPr>
            <w:r w:rsidRPr="00940920">
              <w:t>Feminine hygiene</w:t>
            </w:r>
          </w:p>
        </w:tc>
        <w:tc>
          <w:tcPr>
            <w:tcW w:w="3117" w:type="dxa"/>
          </w:tcPr>
          <w:p w14:paraId="73897F84" w14:textId="77777777" w:rsidR="1D2D0A16" w:rsidRPr="00940920" w:rsidRDefault="1D2D0A16" w:rsidP="00940920">
            <w:pPr>
              <w:spacing w:after="0" w:line="240" w:lineRule="auto"/>
            </w:pPr>
            <w:r w:rsidRPr="00940920">
              <w:t>Ten essentials</w:t>
            </w:r>
          </w:p>
        </w:tc>
      </w:tr>
      <w:tr w:rsidR="1D2D0A16" w:rsidRPr="00940920" w14:paraId="59A9AE07" w14:textId="77777777" w:rsidTr="00405666">
        <w:tc>
          <w:tcPr>
            <w:tcW w:w="3116" w:type="dxa"/>
          </w:tcPr>
          <w:p w14:paraId="4C5DC68E" w14:textId="77777777" w:rsidR="1D2D0A16" w:rsidRPr="00940920" w:rsidRDefault="1D2D0A16" w:rsidP="00940920">
            <w:pPr>
              <w:spacing w:after="0" w:line="240" w:lineRule="auto"/>
            </w:pPr>
            <w:r w:rsidRPr="00940920">
              <w:t>Socks</w:t>
            </w:r>
          </w:p>
        </w:tc>
        <w:tc>
          <w:tcPr>
            <w:tcW w:w="3117" w:type="dxa"/>
          </w:tcPr>
          <w:p w14:paraId="449722E8" w14:textId="77777777" w:rsidR="1D2D0A16" w:rsidRPr="00940920" w:rsidRDefault="1D2D0A16" w:rsidP="00940920">
            <w:pPr>
              <w:spacing w:after="0" w:line="240" w:lineRule="auto"/>
            </w:pPr>
            <w:r w:rsidRPr="00940920">
              <w:t xml:space="preserve"> </w:t>
            </w:r>
          </w:p>
        </w:tc>
        <w:tc>
          <w:tcPr>
            <w:tcW w:w="3117" w:type="dxa"/>
          </w:tcPr>
          <w:p w14:paraId="7522F8A4" w14:textId="77777777" w:rsidR="1D2D0A16" w:rsidRPr="00940920" w:rsidRDefault="1D2D0A16" w:rsidP="00940920">
            <w:pPr>
              <w:spacing w:after="0" w:line="240" w:lineRule="auto"/>
            </w:pPr>
            <w:r w:rsidRPr="00940920">
              <w:t>Flashlight</w:t>
            </w:r>
          </w:p>
        </w:tc>
      </w:tr>
      <w:tr w:rsidR="1D2D0A16" w:rsidRPr="00940920" w14:paraId="7F1C9253" w14:textId="77777777" w:rsidTr="00405666">
        <w:tc>
          <w:tcPr>
            <w:tcW w:w="3116" w:type="dxa"/>
          </w:tcPr>
          <w:p w14:paraId="5D862586" w14:textId="77777777" w:rsidR="1D2D0A16" w:rsidRPr="00940920" w:rsidRDefault="1D2D0A16" w:rsidP="00940920">
            <w:pPr>
              <w:spacing w:after="0" w:line="240" w:lineRule="auto"/>
            </w:pPr>
            <w:r w:rsidRPr="00940920">
              <w:t>Underwear</w:t>
            </w:r>
          </w:p>
        </w:tc>
        <w:tc>
          <w:tcPr>
            <w:tcW w:w="3117" w:type="dxa"/>
          </w:tcPr>
          <w:p w14:paraId="7E5A5D7E" w14:textId="77777777" w:rsidR="1D2D0A16" w:rsidRPr="00940920" w:rsidRDefault="1D2D0A16" w:rsidP="00940920">
            <w:pPr>
              <w:spacing w:after="0" w:line="240" w:lineRule="auto"/>
            </w:pPr>
            <w:r w:rsidRPr="00940920">
              <w:t xml:space="preserve"> </w:t>
            </w:r>
          </w:p>
        </w:tc>
        <w:tc>
          <w:tcPr>
            <w:tcW w:w="3117" w:type="dxa"/>
          </w:tcPr>
          <w:p w14:paraId="6BC1A67A" w14:textId="13B3525E" w:rsidR="1D2D0A16" w:rsidRPr="00940920" w:rsidRDefault="1D2D0A16" w:rsidP="00940920">
            <w:pPr>
              <w:spacing w:after="0" w:line="240" w:lineRule="auto"/>
            </w:pPr>
            <w:r w:rsidRPr="00940920">
              <w:t>Medical forms</w:t>
            </w:r>
            <w:r w:rsidR="005F0982">
              <w:t xml:space="preserve"> A&amp;B</w:t>
            </w:r>
          </w:p>
        </w:tc>
      </w:tr>
      <w:tr w:rsidR="1D2D0A16" w:rsidRPr="00940920" w14:paraId="095EB988" w14:textId="77777777" w:rsidTr="00405666">
        <w:tc>
          <w:tcPr>
            <w:tcW w:w="3116" w:type="dxa"/>
          </w:tcPr>
          <w:p w14:paraId="06266BAC" w14:textId="77777777" w:rsidR="1D2D0A16" w:rsidRPr="00940920" w:rsidRDefault="1D2D0A16" w:rsidP="00940920">
            <w:pPr>
              <w:spacing w:after="0" w:line="240" w:lineRule="auto"/>
            </w:pPr>
            <w:r w:rsidRPr="00940920">
              <w:t>Boots or shoes</w:t>
            </w:r>
          </w:p>
        </w:tc>
        <w:tc>
          <w:tcPr>
            <w:tcW w:w="3117" w:type="dxa"/>
          </w:tcPr>
          <w:p w14:paraId="0AFD6028" w14:textId="77777777" w:rsidR="1D2D0A16" w:rsidRPr="00940920" w:rsidRDefault="1D2D0A16" w:rsidP="00940920">
            <w:pPr>
              <w:spacing w:after="0" w:line="240" w:lineRule="auto"/>
            </w:pPr>
            <w:r w:rsidRPr="00940920">
              <w:t xml:space="preserve"> </w:t>
            </w:r>
          </w:p>
        </w:tc>
        <w:tc>
          <w:tcPr>
            <w:tcW w:w="3117" w:type="dxa"/>
          </w:tcPr>
          <w:p w14:paraId="355E9AA0" w14:textId="77777777" w:rsidR="1D2D0A16" w:rsidRPr="00940920" w:rsidRDefault="1D2D0A16" w:rsidP="00940920">
            <w:pPr>
              <w:spacing w:after="0" w:line="240" w:lineRule="auto"/>
            </w:pPr>
            <w:r w:rsidRPr="00940920">
              <w:t>Compass if you have one</w:t>
            </w:r>
          </w:p>
        </w:tc>
      </w:tr>
      <w:tr w:rsidR="1D2D0A16" w:rsidRPr="00940920" w14:paraId="7E6EA718" w14:textId="77777777" w:rsidTr="00405666">
        <w:tc>
          <w:tcPr>
            <w:tcW w:w="3116" w:type="dxa"/>
          </w:tcPr>
          <w:p w14:paraId="12003BE0" w14:textId="77777777" w:rsidR="1D2D0A16" w:rsidRPr="00940920" w:rsidRDefault="1D2D0A16" w:rsidP="00940920">
            <w:pPr>
              <w:spacing w:after="0" w:line="240" w:lineRule="auto"/>
            </w:pPr>
            <w:r w:rsidRPr="00940920">
              <w:t>Work gloves</w:t>
            </w:r>
          </w:p>
        </w:tc>
        <w:tc>
          <w:tcPr>
            <w:tcW w:w="3117" w:type="dxa"/>
          </w:tcPr>
          <w:p w14:paraId="2E05ACF5" w14:textId="77777777" w:rsidR="1D2D0A16" w:rsidRPr="00940920" w:rsidRDefault="1D2D0A16" w:rsidP="00940920">
            <w:pPr>
              <w:spacing w:after="0" w:line="240" w:lineRule="auto"/>
            </w:pPr>
            <w:r w:rsidRPr="00940920">
              <w:t xml:space="preserve"> </w:t>
            </w:r>
          </w:p>
        </w:tc>
        <w:tc>
          <w:tcPr>
            <w:tcW w:w="3117" w:type="dxa"/>
          </w:tcPr>
          <w:p w14:paraId="2AC90FC4" w14:textId="77777777" w:rsidR="1D2D0A16" w:rsidRPr="00940920" w:rsidRDefault="1D2D0A16" w:rsidP="00940920">
            <w:pPr>
              <w:spacing w:after="0" w:line="240" w:lineRule="auto"/>
            </w:pPr>
            <w:r w:rsidRPr="00940920">
              <w:t xml:space="preserve">Pocketknife </w:t>
            </w:r>
          </w:p>
        </w:tc>
      </w:tr>
    </w:tbl>
    <w:p w14:paraId="760D3C33" w14:textId="77777777" w:rsidR="005F2D48" w:rsidRDefault="005F2D48" w:rsidP="1D2D0A16">
      <w:pPr>
        <w:pStyle w:val="Heading1"/>
        <w:rPr>
          <w:color w:val="32431B"/>
          <w:sz w:val="44"/>
          <w:szCs w:val="44"/>
        </w:rPr>
      </w:pPr>
    </w:p>
    <w:p w14:paraId="74CB73B9" w14:textId="77777777" w:rsidR="1D2D0A16" w:rsidRDefault="005F2D48" w:rsidP="003B4C06">
      <w:r>
        <w:rPr>
          <w:color w:val="32431B"/>
          <w:sz w:val="44"/>
          <w:szCs w:val="44"/>
        </w:rPr>
        <w:br w:type="page"/>
      </w:r>
      <w:r w:rsidR="1D2D0A16" w:rsidRPr="58F4F567">
        <w:rPr>
          <w:b/>
          <w:bCs/>
          <w:color w:val="32431B"/>
          <w:sz w:val="44"/>
          <w:szCs w:val="44"/>
        </w:rPr>
        <w:lastRenderedPageBreak/>
        <w:t>The Scouting Trail</w:t>
      </w:r>
    </w:p>
    <w:p w14:paraId="3C238282" w14:textId="77777777" w:rsidR="00491944" w:rsidRDefault="58F4F567">
      <w:r>
        <w:t>Every station and every Trail Assignment supports one or more requirements from the Trail to First Class. Requirement numbers below are taken from the current Scouts BSA rank requirements. A Scout who does the work at a station has practiced the skill; whether it is signed off in their handbook remains a decision for their own unit leadership, not for camporee staff</w:t>
      </w:r>
      <w:r w:rsidR="00491944">
        <w:t xml:space="preserve"> or volunteers.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8"/>
        <w:gridCol w:w="6402"/>
      </w:tblGrid>
      <w:tr w:rsidR="58F4F567" w:rsidRPr="00940920" w14:paraId="4C5AF538" w14:textId="77777777" w:rsidTr="00940920">
        <w:tc>
          <w:tcPr>
            <w:tcW w:w="3000" w:type="dxa"/>
          </w:tcPr>
          <w:p w14:paraId="39528A45" w14:textId="77777777" w:rsidR="58F4F567" w:rsidRPr="00940920" w:rsidRDefault="58F4F567" w:rsidP="00940920">
            <w:pPr>
              <w:spacing w:after="0" w:line="240" w:lineRule="auto"/>
              <w:rPr>
                <w:b/>
                <w:bCs/>
              </w:rPr>
            </w:pPr>
            <w:r w:rsidRPr="00940920">
              <w:rPr>
                <w:b/>
                <w:bCs/>
              </w:rPr>
              <w:t>Station</w:t>
            </w:r>
          </w:p>
        </w:tc>
        <w:tc>
          <w:tcPr>
            <w:tcW w:w="6558" w:type="dxa"/>
          </w:tcPr>
          <w:p w14:paraId="2E8F5920" w14:textId="77777777" w:rsidR="58F4F567" w:rsidRPr="00940920" w:rsidRDefault="58F4F567" w:rsidP="00940920">
            <w:pPr>
              <w:spacing w:after="0" w:line="240" w:lineRule="auto"/>
            </w:pPr>
            <w:r w:rsidRPr="00940920">
              <w:rPr>
                <w:b/>
                <w:bCs/>
              </w:rPr>
              <w:t>Requirements Supported</w:t>
            </w:r>
          </w:p>
        </w:tc>
      </w:tr>
      <w:tr w:rsidR="58F4F567" w:rsidRPr="00940920" w14:paraId="04D829BC" w14:textId="77777777" w:rsidTr="00940920">
        <w:tc>
          <w:tcPr>
            <w:tcW w:w="3000" w:type="dxa"/>
          </w:tcPr>
          <w:p w14:paraId="587E41F4" w14:textId="77777777" w:rsidR="58F4F567" w:rsidRPr="00940920" w:rsidRDefault="58F4F567" w:rsidP="00940920">
            <w:pPr>
              <w:spacing w:after="0" w:line="240" w:lineRule="auto"/>
            </w:pPr>
            <w:r w:rsidRPr="00940920">
              <w:t>Flint's Forge</w:t>
            </w:r>
          </w:p>
        </w:tc>
        <w:tc>
          <w:tcPr>
            <w:tcW w:w="6558" w:type="dxa"/>
          </w:tcPr>
          <w:p w14:paraId="7EB51AF5" w14:textId="77777777" w:rsidR="58F4F567" w:rsidRPr="00940920" w:rsidRDefault="58F4F567" w:rsidP="00940920">
            <w:pPr>
              <w:spacing w:after="0" w:line="240" w:lineRule="auto"/>
            </w:pPr>
            <w:r w:rsidRPr="00940920">
              <w:t>Second Class 2a, 2b, 2c, 2d</w:t>
            </w:r>
          </w:p>
        </w:tc>
      </w:tr>
      <w:tr w:rsidR="58F4F567" w:rsidRPr="00940920" w14:paraId="585CA30E" w14:textId="77777777" w:rsidTr="00940920">
        <w:tc>
          <w:tcPr>
            <w:tcW w:w="3000" w:type="dxa"/>
          </w:tcPr>
          <w:p w14:paraId="73C5C705" w14:textId="77777777" w:rsidR="58F4F567" w:rsidRPr="00940920" w:rsidRDefault="58F4F567" w:rsidP="00940920">
            <w:pPr>
              <w:spacing w:after="0" w:line="240" w:lineRule="auto"/>
            </w:pPr>
            <w:r w:rsidRPr="00940920">
              <w:t>Doc Sawyer's Field Hospital</w:t>
            </w:r>
          </w:p>
        </w:tc>
        <w:tc>
          <w:tcPr>
            <w:tcW w:w="6558" w:type="dxa"/>
          </w:tcPr>
          <w:p w14:paraId="0570EDBA" w14:textId="77777777" w:rsidR="58F4F567" w:rsidRPr="00940920" w:rsidRDefault="58F4F567" w:rsidP="00940920">
            <w:pPr>
              <w:spacing w:after="0" w:line="240" w:lineRule="auto"/>
            </w:pPr>
            <w:r w:rsidRPr="00940920">
              <w:t>Tenderfoot 4a, 4c; Second Class 6a, 6c; First Class 7a, 7b</w:t>
            </w:r>
          </w:p>
        </w:tc>
      </w:tr>
      <w:tr w:rsidR="58F4F567" w:rsidRPr="00940920" w14:paraId="48845F94" w14:textId="77777777" w:rsidTr="00940920">
        <w:tc>
          <w:tcPr>
            <w:tcW w:w="3000" w:type="dxa"/>
          </w:tcPr>
          <w:p w14:paraId="74E8298C" w14:textId="77777777" w:rsidR="58F4F567" w:rsidRPr="00940920" w:rsidRDefault="58F4F567" w:rsidP="00940920">
            <w:pPr>
              <w:spacing w:after="0" w:line="240" w:lineRule="auto"/>
            </w:pPr>
            <w:r w:rsidRPr="00940920">
              <w:t>Knot Yard Relay</w:t>
            </w:r>
          </w:p>
        </w:tc>
        <w:tc>
          <w:tcPr>
            <w:tcW w:w="6558" w:type="dxa"/>
          </w:tcPr>
          <w:p w14:paraId="098EDB6B" w14:textId="77777777" w:rsidR="58F4F567" w:rsidRPr="00940920" w:rsidRDefault="58F4F567" w:rsidP="00940920">
            <w:pPr>
              <w:spacing w:after="0" w:line="240" w:lineRule="auto"/>
            </w:pPr>
            <w:r w:rsidRPr="00940920">
              <w:t>Scout 4a; Tenderfoot 3a, 3b, 3c; Second Class 2f, 2g</w:t>
            </w:r>
          </w:p>
        </w:tc>
      </w:tr>
      <w:tr w:rsidR="58F4F567" w:rsidRPr="00940920" w14:paraId="5C77D315" w14:textId="77777777" w:rsidTr="00940920">
        <w:tc>
          <w:tcPr>
            <w:tcW w:w="3000" w:type="dxa"/>
          </w:tcPr>
          <w:p w14:paraId="19538417" w14:textId="77777777" w:rsidR="58F4F567" w:rsidRPr="00940920" w:rsidRDefault="58F4F567" w:rsidP="00940920">
            <w:pPr>
              <w:spacing w:after="0" w:line="240" w:lineRule="auto"/>
            </w:pPr>
            <w:r w:rsidRPr="00940920">
              <w:t>Blade and Bit</w:t>
            </w:r>
          </w:p>
        </w:tc>
        <w:tc>
          <w:tcPr>
            <w:tcW w:w="6558" w:type="dxa"/>
          </w:tcPr>
          <w:p w14:paraId="33FF193C" w14:textId="77777777" w:rsidR="58F4F567" w:rsidRPr="00940920" w:rsidRDefault="58F4F567" w:rsidP="00940920">
            <w:pPr>
              <w:spacing w:after="0" w:line="240" w:lineRule="auto"/>
            </w:pPr>
            <w:r w:rsidRPr="00940920">
              <w:t>Scout 4b, 5; Tenderfoot 3d</w:t>
            </w:r>
          </w:p>
        </w:tc>
      </w:tr>
      <w:tr w:rsidR="58F4F567" w:rsidRPr="00940920" w14:paraId="1F165DA5" w14:textId="77777777" w:rsidTr="00940920">
        <w:tc>
          <w:tcPr>
            <w:tcW w:w="3000" w:type="dxa"/>
          </w:tcPr>
          <w:p w14:paraId="7BE9C6FC" w14:textId="77777777" w:rsidR="58F4F567" w:rsidRPr="00940920" w:rsidRDefault="58F4F567" w:rsidP="00940920">
            <w:pPr>
              <w:spacing w:after="0" w:line="240" w:lineRule="auto"/>
            </w:pPr>
            <w:r w:rsidRPr="00940920">
              <w:t>Mapmaker's Quest</w:t>
            </w:r>
          </w:p>
        </w:tc>
        <w:tc>
          <w:tcPr>
            <w:tcW w:w="6558" w:type="dxa"/>
          </w:tcPr>
          <w:p w14:paraId="5283A323" w14:textId="77777777" w:rsidR="58F4F567" w:rsidRPr="00940920" w:rsidRDefault="58F4F567" w:rsidP="00940920">
            <w:pPr>
              <w:spacing w:after="0" w:line="240" w:lineRule="auto"/>
            </w:pPr>
            <w:r w:rsidRPr="00940920">
              <w:t>Second Class 3a, 3c; First Class 4a</w:t>
            </w:r>
          </w:p>
        </w:tc>
      </w:tr>
      <w:tr w:rsidR="58F4F567" w:rsidRPr="00940920" w14:paraId="05D89F7F" w14:textId="77777777" w:rsidTr="00940920">
        <w:tc>
          <w:tcPr>
            <w:tcW w:w="3000" w:type="dxa"/>
          </w:tcPr>
          <w:p w14:paraId="381333F2" w14:textId="77777777" w:rsidR="58F4F567" w:rsidRPr="00940920" w:rsidRDefault="58F4F567" w:rsidP="00940920">
            <w:pPr>
              <w:spacing w:after="0" w:line="240" w:lineRule="auto"/>
            </w:pPr>
            <w:r w:rsidRPr="00940920">
              <w:t>Sun, Star and Shadow</w:t>
            </w:r>
          </w:p>
        </w:tc>
        <w:tc>
          <w:tcPr>
            <w:tcW w:w="6558" w:type="dxa"/>
          </w:tcPr>
          <w:p w14:paraId="53BC9CCF" w14:textId="77777777" w:rsidR="58F4F567" w:rsidRPr="00940920" w:rsidRDefault="58F4F567" w:rsidP="00940920">
            <w:pPr>
              <w:spacing w:after="0" w:line="240" w:lineRule="auto"/>
            </w:pPr>
            <w:r w:rsidRPr="00940920">
              <w:t>Second Class 3d</w:t>
            </w:r>
          </w:p>
        </w:tc>
      </w:tr>
      <w:tr w:rsidR="58F4F567" w:rsidRPr="00940920" w14:paraId="35A74A27" w14:textId="77777777" w:rsidTr="00940920">
        <w:tc>
          <w:tcPr>
            <w:tcW w:w="3000" w:type="dxa"/>
          </w:tcPr>
          <w:p w14:paraId="626B8CFF" w14:textId="77777777" w:rsidR="58F4F567" w:rsidRPr="00940920" w:rsidRDefault="58F4F567" w:rsidP="00940920">
            <w:pPr>
              <w:spacing w:after="0" w:line="240" w:lineRule="auto"/>
            </w:pPr>
            <w:r w:rsidRPr="00940920">
              <w:t>Sign of the Wild</w:t>
            </w:r>
          </w:p>
        </w:tc>
        <w:tc>
          <w:tcPr>
            <w:tcW w:w="6558" w:type="dxa"/>
          </w:tcPr>
          <w:p w14:paraId="530D05E0" w14:textId="77777777" w:rsidR="58F4F567" w:rsidRPr="00940920" w:rsidRDefault="58F4F567" w:rsidP="00940920">
            <w:pPr>
              <w:spacing w:after="0" w:line="240" w:lineRule="auto"/>
            </w:pPr>
            <w:r w:rsidRPr="00940920">
              <w:t>Second Class 4</w:t>
            </w:r>
          </w:p>
        </w:tc>
      </w:tr>
      <w:tr w:rsidR="58F4F567" w:rsidRPr="00940920" w14:paraId="2443A677" w14:textId="77777777" w:rsidTr="00940920">
        <w:tc>
          <w:tcPr>
            <w:tcW w:w="3000" w:type="dxa"/>
          </w:tcPr>
          <w:p w14:paraId="6DD48398" w14:textId="77777777" w:rsidR="58F4F567" w:rsidRPr="00940920" w:rsidRDefault="58F4F567" w:rsidP="00940920">
            <w:pPr>
              <w:spacing w:after="0" w:line="240" w:lineRule="auto"/>
            </w:pPr>
            <w:r w:rsidRPr="00940920">
              <w:t>Leaf and Root</w:t>
            </w:r>
          </w:p>
        </w:tc>
        <w:tc>
          <w:tcPr>
            <w:tcW w:w="6558" w:type="dxa"/>
          </w:tcPr>
          <w:p w14:paraId="0CC95EB9" w14:textId="77777777" w:rsidR="58F4F567" w:rsidRPr="00940920" w:rsidRDefault="58F4F567" w:rsidP="00940920">
            <w:pPr>
              <w:spacing w:after="0" w:line="240" w:lineRule="auto"/>
            </w:pPr>
            <w:r w:rsidRPr="00940920">
              <w:t>Tenderfoot 4b; First Class 5a</w:t>
            </w:r>
          </w:p>
        </w:tc>
      </w:tr>
      <w:tr w:rsidR="58F4F567" w:rsidRPr="00940920" w14:paraId="5707868C" w14:textId="77777777" w:rsidTr="00940920">
        <w:tc>
          <w:tcPr>
            <w:tcW w:w="3000" w:type="dxa"/>
          </w:tcPr>
          <w:p w14:paraId="5255F31A" w14:textId="77777777" w:rsidR="58F4F567" w:rsidRPr="00940920" w:rsidRDefault="58F4F567" w:rsidP="00940920">
            <w:pPr>
              <w:spacing w:after="0" w:line="240" w:lineRule="auto"/>
            </w:pPr>
            <w:r w:rsidRPr="00940920">
              <w:t>Signal Hill</w:t>
            </w:r>
          </w:p>
        </w:tc>
        <w:tc>
          <w:tcPr>
            <w:tcW w:w="6558" w:type="dxa"/>
          </w:tcPr>
          <w:p w14:paraId="465C1E69" w14:textId="77777777" w:rsidR="58F4F567" w:rsidRPr="00940920" w:rsidRDefault="58F4F567" w:rsidP="00940920">
            <w:pPr>
              <w:spacing w:after="0" w:line="240" w:lineRule="auto"/>
            </w:pPr>
            <w:r w:rsidRPr="00940920">
              <w:t>Communication and the World of Scouting; Second Class 6d</w:t>
            </w:r>
          </w:p>
        </w:tc>
      </w:tr>
      <w:tr w:rsidR="58F4F567" w:rsidRPr="00940920" w14:paraId="33EBB41D" w14:textId="77777777" w:rsidTr="00940920">
        <w:tc>
          <w:tcPr>
            <w:tcW w:w="3000" w:type="dxa"/>
          </w:tcPr>
          <w:p w14:paraId="56C191FC" w14:textId="725C7C96" w:rsidR="58F4F567" w:rsidRPr="00940920" w:rsidRDefault="58F4F567" w:rsidP="00940920">
            <w:pPr>
              <w:spacing w:after="0" w:line="240" w:lineRule="auto"/>
            </w:pPr>
            <w:r w:rsidRPr="00940920">
              <w:t xml:space="preserve">The </w:t>
            </w:r>
            <w:r w:rsidR="008511BD">
              <w:t>Outfitter’s Table</w:t>
            </w:r>
          </w:p>
        </w:tc>
        <w:tc>
          <w:tcPr>
            <w:tcW w:w="6558" w:type="dxa"/>
          </w:tcPr>
          <w:p w14:paraId="5B0A4451" w14:textId="2EF17A36" w:rsidR="58F4F567" w:rsidRPr="00940920" w:rsidRDefault="58F4F567" w:rsidP="00940920">
            <w:pPr>
              <w:spacing w:after="0" w:line="240" w:lineRule="auto"/>
            </w:pPr>
            <w:r w:rsidRPr="00940920">
              <w:t>Scout 1</w:t>
            </w:r>
            <w:r w:rsidR="00530ABD">
              <w:t>e; Tenderfoot 1a, 1c; Second Class 1c</w:t>
            </w:r>
          </w:p>
        </w:tc>
      </w:tr>
      <w:tr w:rsidR="58F4F567" w:rsidRPr="00940920" w14:paraId="44A4B9B5" w14:textId="77777777" w:rsidTr="00940920">
        <w:tc>
          <w:tcPr>
            <w:tcW w:w="3000" w:type="dxa"/>
          </w:tcPr>
          <w:p w14:paraId="74698A75" w14:textId="77777777" w:rsidR="58F4F567" w:rsidRPr="00940920" w:rsidRDefault="58F4F567" w:rsidP="00940920">
            <w:pPr>
              <w:spacing w:after="0" w:line="240" w:lineRule="auto"/>
            </w:pPr>
            <w:r w:rsidRPr="00940920">
              <w:t>Weather Eye</w:t>
            </w:r>
          </w:p>
        </w:tc>
        <w:tc>
          <w:tcPr>
            <w:tcW w:w="6558" w:type="dxa"/>
          </w:tcPr>
          <w:p w14:paraId="0FF1A71D" w14:textId="77777777" w:rsidR="58F4F567" w:rsidRPr="00940920" w:rsidRDefault="58F4F567" w:rsidP="00940920">
            <w:pPr>
              <w:spacing w:after="0" w:line="240" w:lineRule="auto"/>
            </w:pPr>
            <w:r w:rsidRPr="00940920">
              <w:t>First Class 5b, 5c, 5d</w:t>
            </w:r>
          </w:p>
        </w:tc>
      </w:tr>
      <w:tr w:rsidR="58F4F567" w:rsidRPr="00940920" w14:paraId="4E936E08" w14:textId="77777777" w:rsidTr="00940920">
        <w:tc>
          <w:tcPr>
            <w:tcW w:w="3000" w:type="dxa"/>
          </w:tcPr>
          <w:p w14:paraId="7E753B1A" w14:textId="51CCCB72" w:rsidR="58F4F567" w:rsidRPr="00940920" w:rsidRDefault="00530ABD" w:rsidP="00940920">
            <w:pPr>
              <w:spacing w:after="0" w:line="240" w:lineRule="auto"/>
            </w:pPr>
            <w:r>
              <w:t>Hug a Tree</w:t>
            </w:r>
          </w:p>
        </w:tc>
        <w:tc>
          <w:tcPr>
            <w:tcW w:w="6558" w:type="dxa"/>
          </w:tcPr>
          <w:p w14:paraId="7269594A" w14:textId="50CCDBE3" w:rsidR="58F4F567" w:rsidRPr="00940920" w:rsidRDefault="00270749" w:rsidP="00940920">
            <w:pPr>
              <w:spacing w:after="0" w:line="240" w:lineRule="auto"/>
            </w:pPr>
            <w:r>
              <w:t>Tenderfoot 5a, 5b, 5c, 5d; Second Class 3c</w:t>
            </w:r>
          </w:p>
        </w:tc>
      </w:tr>
      <w:tr w:rsidR="58F4F567" w:rsidRPr="00940920" w14:paraId="6DA81731" w14:textId="77777777" w:rsidTr="00940920">
        <w:tc>
          <w:tcPr>
            <w:tcW w:w="3000" w:type="dxa"/>
          </w:tcPr>
          <w:p w14:paraId="08F11661" w14:textId="77777777" w:rsidR="58F4F567" w:rsidRPr="00940920" w:rsidRDefault="58F4F567" w:rsidP="00940920">
            <w:pPr>
              <w:spacing w:after="0" w:line="240" w:lineRule="auto"/>
            </w:pPr>
            <w:r w:rsidRPr="00940920">
              <w:t>Night Camp</w:t>
            </w:r>
          </w:p>
        </w:tc>
        <w:tc>
          <w:tcPr>
            <w:tcW w:w="6558" w:type="dxa"/>
          </w:tcPr>
          <w:p w14:paraId="23F4492D" w14:textId="77777777" w:rsidR="58F4F567" w:rsidRPr="00940920" w:rsidRDefault="58F4F567" w:rsidP="00940920">
            <w:pPr>
              <w:spacing w:after="0" w:line="240" w:lineRule="auto"/>
            </w:pPr>
            <w:r w:rsidRPr="00940920">
              <w:t>Tenderfoot 1b; Patrol Method and communication</w:t>
            </w:r>
          </w:p>
        </w:tc>
      </w:tr>
      <w:tr w:rsidR="58F4F567" w:rsidRPr="00940920" w14:paraId="17FA3D52" w14:textId="77777777" w:rsidTr="00940920">
        <w:tc>
          <w:tcPr>
            <w:tcW w:w="3000" w:type="dxa"/>
          </w:tcPr>
          <w:p w14:paraId="648E9674" w14:textId="77777777" w:rsidR="58F4F567" w:rsidRPr="00940920" w:rsidRDefault="58F4F567" w:rsidP="00940920">
            <w:pPr>
              <w:spacing w:after="0" w:line="240" w:lineRule="auto"/>
            </w:pPr>
            <w:r w:rsidRPr="00940920">
              <w:t>Portage Passage</w:t>
            </w:r>
          </w:p>
        </w:tc>
        <w:tc>
          <w:tcPr>
            <w:tcW w:w="6558" w:type="dxa"/>
          </w:tcPr>
          <w:p w14:paraId="4D2ED04F" w14:textId="77777777" w:rsidR="58F4F567" w:rsidRPr="00940920" w:rsidRDefault="58F4F567" w:rsidP="00940920">
            <w:pPr>
              <w:spacing w:after="0" w:line="240" w:lineRule="auto"/>
            </w:pPr>
            <w:r w:rsidRPr="00940920">
              <w:t>First Class 6b, 6c, 6d</w:t>
            </w:r>
          </w:p>
        </w:tc>
      </w:tr>
      <w:tr w:rsidR="58F4F567" w:rsidRPr="00940920" w14:paraId="6C68D593" w14:textId="77777777" w:rsidTr="00940920">
        <w:tc>
          <w:tcPr>
            <w:tcW w:w="3000" w:type="dxa"/>
          </w:tcPr>
          <w:p w14:paraId="760F255D" w14:textId="77777777" w:rsidR="58F4F567" w:rsidRPr="00940920" w:rsidRDefault="58F4F567" w:rsidP="00940920">
            <w:pPr>
              <w:spacing w:after="0" w:line="240" w:lineRule="auto"/>
            </w:pPr>
            <w:r w:rsidRPr="00940920">
              <w:t>Pack Mule Run</w:t>
            </w:r>
          </w:p>
        </w:tc>
        <w:tc>
          <w:tcPr>
            <w:tcW w:w="6558" w:type="dxa"/>
          </w:tcPr>
          <w:p w14:paraId="3E1951ED" w14:textId="77777777" w:rsidR="58F4F567" w:rsidRPr="00940920" w:rsidRDefault="58F4F567" w:rsidP="00940920">
            <w:pPr>
              <w:spacing w:after="0" w:line="240" w:lineRule="auto"/>
            </w:pPr>
            <w:r w:rsidRPr="00940920">
              <w:t>First Class 3a, 3b, 3c</w:t>
            </w:r>
          </w:p>
        </w:tc>
      </w:tr>
      <w:tr w:rsidR="58F4F567" w:rsidRPr="00940920" w14:paraId="2AE92F15" w14:textId="77777777" w:rsidTr="00940920">
        <w:tc>
          <w:tcPr>
            <w:tcW w:w="3000" w:type="dxa"/>
          </w:tcPr>
          <w:p w14:paraId="0CD65880" w14:textId="77777777" w:rsidR="58F4F567" w:rsidRPr="00940920" w:rsidRDefault="58F4F567" w:rsidP="00940920">
            <w:pPr>
              <w:spacing w:after="0" w:line="240" w:lineRule="auto"/>
            </w:pPr>
            <w:r w:rsidRPr="00940920">
              <w:t>The Bucket Brigade</w:t>
            </w:r>
          </w:p>
        </w:tc>
        <w:tc>
          <w:tcPr>
            <w:tcW w:w="6558" w:type="dxa"/>
          </w:tcPr>
          <w:p w14:paraId="160DCFCA" w14:textId="77777777" w:rsidR="58F4F567" w:rsidRPr="00940920" w:rsidRDefault="58F4F567" w:rsidP="00940920">
            <w:pPr>
              <w:spacing w:after="0" w:line="240" w:lineRule="auto"/>
            </w:pPr>
            <w:r w:rsidRPr="00940920">
              <w:t>First Class 7f; Second Class 5c</w:t>
            </w:r>
          </w:p>
        </w:tc>
      </w:tr>
    </w:tbl>
    <w:p w14:paraId="4EC00308" w14:textId="77777777" w:rsidR="58F4F567" w:rsidRDefault="27124F5D">
      <w:r w:rsidRPr="27124F5D">
        <w:rPr>
          <w:i/>
          <w:iCs/>
          <w:color w:val="6F7952"/>
          <w:sz w:val="20"/>
          <w:szCs w:val="20"/>
        </w:rPr>
        <w:t>The camp gadget carries First Class 3a and 3d. The Trail Assignments carry the requirements noted alongside each one in the table above.</w:t>
      </w:r>
    </w:p>
    <w:p w14:paraId="64ACABBA" w14:textId="77777777" w:rsidR="001E3094" w:rsidRDefault="001E3094" w:rsidP="001E3094">
      <w:pPr>
        <w:rPr>
          <w:color w:val="32431B"/>
          <w:sz w:val="44"/>
          <w:szCs w:val="44"/>
        </w:rPr>
      </w:pPr>
    </w:p>
    <w:p w14:paraId="221D4411" w14:textId="77777777" w:rsidR="001E3094" w:rsidRDefault="001E3094" w:rsidP="001E3094">
      <w:pPr>
        <w:rPr>
          <w:color w:val="32431B"/>
          <w:sz w:val="44"/>
          <w:szCs w:val="44"/>
        </w:rPr>
      </w:pPr>
    </w:p>
    <w:p w14:paraId="52F04292" w14:textId="77777777" w:rsidR="001E3094" w:rsidRDefault="001E3094" w:rsidP="001E3094">
      <w:pPr>
        <w:rPr>
          <w:color w:val="32431B"/>
          <w:sz w:val="44"/>
          <w:szCs w:val="44"/>
        </w:rPr>
      </w:pPr>
    </w:p>
    <w:p w14:paraId="5FA5A0CB" w14:textId="77777777" w:rsidR="001E3094" w:rsidRDefault="001E3094" w:rsidP="001E3094">
      <w:pPr>
        <w:rPr>
          <w:color w:val="32431B"/>
          <w:sz w:val="44"/>
          <w:szCs w:val="44"/>
        </w:rPr>
      </w:pPr>
    </w:p>
    <w:p w14:paraId="25D9A1F3" w14:textId="77777777" w:rsidR="001E3094" w:rsidRDefault="001E3094" w:rsidP="001E3094">
      <w:pPr>
        <w:rPr>
          <w:color w:val="32431B"/>
          <w:sz w:val="44"/>
          <w:szCs w:val="44"/>
        </w:rPr>
      </w:pPr>
    </w:p>
    <w:p w14:paraId="494FE053" w14:textId="489AA71E" w:rsidR="0BFBA113" w:rsidRPr="001E3094" w:rsidRDefault="0BFBA113">
      <w:pPr>
        <w:rPr>
          <w:b/>
          <w:bCs/>
          <w:color w:val="32431B"/>
          <w:sz w:val="44"/>
          <w:szCs w:val="44"/>
        </w:rPr>
      </w:pPr>
    </w:p>
    <w:p w14:paraId="095B9FA3" w14:textId="1B07DDA0" w:rsidR="004B229D" w:rsidRDefault="004B229D">
      <w:pPr>
        <w:spacing w:after="0" w:line="240" w:lineRule="auto"/>
      </w:pPr>
      <w:r>
        <w:br w:type="page"/>
      </w:r>
    </w:p>
    <w:p w14:paraId="2C26C4F8" w14:textId="77777777" w:rsidR="009E2416" w:rsidRDefault="009E2416" w:rsidP="009E2416">
      <w:pPr>
        <w:pStyle w:val="Heading1"/>
      </w:pPr>
      <w:r w:rsidRPr="299BA7FC">
        <w:rPr>
          <w:color w:val="32431B"/>
          <w:sz w:val="44"/>
          <w:szCs w:val="44"/>
        </w:rPr>
        <w:lastRenderedPageBreak/>
        <w:t>The Patrol Passport</w:t>
      </w:r>
    </w:p>
    <w:p w14:paraId="665F2C3E" w14:textId="77777777" w:rsidR="009E2416" w:rsidRDefault="009E2416" w:rsidP="009E2416">
      <w:r>
        <w:t>Every patrol carries a Passport. It is the patrol's record of the weekend, the thing they hand across the table at HQ, and the souvenir they take home. Patrol Leaders collect them at the Saturday morning leadership meeting.</w:t>
      </w:r>
    </w:p>
    <w:p w14:paraId="364B6395" w14:textId="1DCA703E" w:rsidR="009E2416" w:rsidRDefault="009E2416" w:rsidP="009564F9">
      <w:r>
        <w:t xml:space="preserve">The layout below is the working example for 2026, printed as a folded booklet. Station volunteers initial the line beside their station. Trail Assignment cards and the camp map </w:t>
      </w:r>
      <w:r w:rsidR="009564F9">
        <w:t>with s</w:t>
      </w:r>
      <w:r>
        <w:t xml:space="preserve">tation list </w:t>
      </w:r>
      <w:r w:rsidR="009564F9">
        <w:t>are included so that a</w:t>
      </w:r>
      <w:r>
        <w:t xml:space="preserve"> patrol can plan its route.</w:t>
      </w:r>
    </w:p>
    <w:tbl>
      <w:tblPr>
        <w:tblStyle w:val="TableGrid"/>
        <w:tblW w:w="0" w:type="auto"/>
        <w:tblLook w:val="0000" w:firstRow="0" w:lastRow="0" w:firstColumn="0" w:lastColumn="0" w:noHBand="0" w:noVBand="0"/>
      </w:tblPr>
      <w:tblGrid>
        <w:gridCol w:w="9350"/>
      </w:tblGrid>
      <w:tr w:rsidR="009E2416" w14:paraId="56F1C420" w14:textId="77777777" w:rsidTr="00CC4B1C">
        <w:tc>
          <w:tcPr>
            <w:tcW w:w="9360" w:type="dxa"/>
          </w:tcPr>
          <w:p w14:paraId="05382BB7" w14:textId="77777777" w:rsidR="009E2416" w:rsidRDefault="009E2416" w:rsidP="00CC4B1C">
            <w:r w:rsidRPr="02C4BA4D">
              <w:rPr>
                <w:b/>
                <w:bCs/>
                <w:color w:val="32431B"/>
                <w:sz w:val="32"/>
                <w:szCs w:val="32"/>
              </w:rPr>
              <w:t>THE GREAT SCOUT RENDEZVOUS</w:t>
            </w:r>
          </w:p>
        </w:tc>
      </w:tr>
      <w:tr w:rsidR="009E2416" w14:paraId="0E63E6B2" w14:textId="77777777" w:rsidTr="00CC4B1C">
        <w:tc>
          <w:tcPr>
            <w:tcW w:w="9360" w:type="dxa"/>
          </w:tcPr>
          <w:p w14:paraId="13FDE5C1" w14:textId="77777777" w:rsidR="009E2416" w:rsidRDefault="009E2416" w:rsidP="00CC4B1C">
            <w:r>
              <w:t xml:space="preserve">October 16-18, </w:t>
            </w:r>
            <w:proofErr w:type="gramStart"/>
            <w:r>
              <w:t>2026</w:t>
            </w:r>
            <w:proofErr w:type="gramEnd"/>
            <w:r>
              <w:t xml:space="preserve">     Camp Thunderbird</w:t>
            </w:r>
          </w:p>
        </w:tc>
      </w:tr>
      <w:tr w:rsidR="009E2416" w14:paraId="79FFD42D" w14:textId="77777777" w:rsidTr="00CC4B1C">
        <w:tc>
          <w:tcPr>
            <w:tcW w:w="9360" w:type="dxa"/>
          </w:tcPr>
          <w:p w14:paraId="2995FC61" w14:textId="77777777" w:rsidR="009E2416" w:rsidRDefault="009E2416" w:rsidP="00CC4B1C">
            <w:r>
              <w:t xml:space="preserve">[ patch </w:t>
            </w:r>
            <w:proofErr w:type="gramStart"/>
            <w:r>
              <w:t>artwork ]</w:t>
            </w:r>
            <w:proofErr w:type="gramEnd"/>
          </w:p>
        </w:tc>
      </w:tr>
      <w:tr w:rsidR="009E2416" w14:paraId="327688E8" w14:textId="77777777" w:rsidTr="00CC4B1C">
        <w:tc>
          <w:tcPr>
            <w:tcW w:w="9360" w:type="dxa"/>
          </w:tcPr>
          <w:p w14:paraId="667BB25D" w14:textId="77777777" w:rsidR="009E2416" w:rsidRDefault="009E2416" w:rsidP="00CC4B1C">
            <w:r>
              <w:t>Troop # ____________     Patrol ____________________</w:t>
            </w:r>
          </w:p>
        </w:tc>
      </w:tr>
      <w:tr w:rsidR="009E2416" w14:paraId="22AFEE73" w14:textId="77777777" w:rsidTr="00CC4B1C">
        <w:tc>
          <w:tcPr>
            <w:tcW w:w="9360" w:type="dxa"/>
          </w:tcPr>
          <w:p w14:paraId="086EEE12" w14:textId="77777777" w:rsidR="009E2416" w:rsidRDefault="009E2416" w:rsidP="00CC4B1C">
            <w:r>
              <w:t>Patrol Leader _________________________________</w:t>
            </w:r>
          </w:p>
        </w:tc>
      </w:tr>
      <w:tr w:rsidR="009E2416" w14:paraId="19FD011F" w14:textId="77777777" w:rsidTr="00CC4B1C">
        <w:tc>
          <w:tcPr>
            <w:tcW w:w="9360" w:type="dxa"/>
          </w:tcPr>
          <w:p w14:paraId="525B774F" w14:textId="77777777" w:rsidR="009E2416" w:rsidRDefault="009E2416" w:rsidP="00CC4B1C">
            <w:r>
              <w:t>"The Patrol System is not one method in which Scouting can be carried on. It is the only method."  - Baden-Powell</w:t>
            </w:r>
          </w:p>
        </w:tc>
      </w:tr>
    </w:tbl>
    <w:p w14:paraId="1A20B990" w14:textId="7A40B095" w:rsidR="009E2416" w:rsidRDefault="009E2416" w:rsidP="009E2416">
      <w:pPr>
        <w:pStyle w:val="Heading2"/>
      </w:pPr>
    </w:p>
    <w:tbl>
      <w:tblPr>
        <w:tblStyle w:val="TableGrid"/>
        <w:tblW w:w="0" w:type="auto"/>
        <w:tblLook w:val="0000" w:firstRow="0" w:lastRow="0" w:firstColumn="0" w:lastColumn="0" w:noHBand="0" w:noVBand="0"/>
      </w:tblPr>
      <w:tblGrid>
        <w:gridCol w:w="9350"/>
      </w:tblGrid>
      <w:tr w:rsidR="009E2416" w14:paraId="40B9DFB1" w14:textId="77777777" w:rsidTr="00120C3C">
        <w:tc>
          <w:tcPr>
            <w:tcW w:w="9350" w:type="dxa"/>
          </w:tcPr>
          <w:p w14:paraId="747B7EBC" w14:textId="77777777" w:rsidR="009E2416" w:rsidRDefault="009E2416" w:rsidP="00CC4B1C">
            <w:r>
              <w:t>Your patrol signs on as a Greenhorn Brigade. Earn a point on your rack at each tier. Every patrol that reaches Master Brigade by 8:00 pm Saturday is recognized at the Grand Campfire, no matter when they get there.</w:t>
            </w:r>
          </w:p>
        </w:tc>
      </w:tr>
      <w:tr w:rsidR="009E2416" w14:paraId="3E52A0D1" w14:textId="77777777" w:rsidTr="00120C3C">
        <w:tc>
          <w:tcPr>
            <w:tcW w:w="9350" w:type="dxa"/>
          </w:tcPr>
          <w:p w14:paraId="35C76AA2" w14:textId="77777777" w:rsidR="009E2416" w:rsidRDefault="009E2416" w:rsidP="00CC4B1C">
            <w:proofErr w:type="gramStart"/>
            <w:r>
              <w:t>[  ]</w:t>
            </w:r>
            <w:proofErr w:type="gramEnd"/>
            <w:r>
              <w:t xml:space="preserve">  GREENHORN </w:t>
            </w:r>
            <w:proofErr w:type="gramStart"/>
            <w:r>
              <w:t>BRIGADE  -</w:t>
            </w:r>
            <w:proofErr w:type="gramEnd"/>
            <w:r>
              <w:t xml:space="preserve">  bare </w:t>
            </w:r>
            <w:proofErr w:type="gramStart"/>
            <w:r>
              <w:t>antler  -</w:t>
            </w:r>
            <w:proofErr w:type="gramEnd"/>
            <w:r>
              <w:t xml:space="preserve">  checked in at Camp HQ</w:t>
            </w:r>
          </w:p>
        </w:tc>
      </w:tr>
      <w:tr w:rsidR="009E2416" w14:paraId="59019F94" w14:textId="77777777" w:rsidTr="00120C3C">
        <w:tc>
          <w:tcPr>
            <w:tcW w:w="9350" w:type="dxa"/>
          </w:tcPr>
          <w:p w14:paraId="02F05536" w14:textId="77777777" w:rsidR="009E2416" w:rsidRDefault="009E2416" w:rsidP="00CC4B1C">
            <w:proofErr w:type="gramStart"/>
            <w:r>
              <w:t>[  ]</w:t>
            </w:r>
            <w:proofErr w:type="gramEnd"/>
            <w:r>
              <w:t xml:space="preserve">  TRAIL </w:t>
            </w:r>
            <w:proofErr w:type="gramStart"/>
            <w:r>
              <w:t>HAND  -</w:t>
            </w:r>
            <w:proofErr w:type="gramEnd"/>
            <w:r>
              <w:t xml:space="preserve">  first </w:t>
            </w:r>
            <w:proofErr w:type="gramStart"/>
            <w:r>
              <w:t>point  -</w:t>
            </w:r>
            <w:proofErr w:type="gramEnd"/>
            <w:r>
              <w:t xml:space="preserve">  12 stations, at least two from each area</w:t>
            </w:r>
          </w:p>
        </w:tc>
      </w:tr>
      <w:tr w:rsidR="009E2416" w14:paraId="622B66FA" w14:textId="77777777" w:rsidTr="00120C3C">
        <w:tc>
          <w:tcPr>
            <w:tcW w:w="9350" w:type="dxa"/>
          </w:tcPr>
          <w:p w14:paraId="2E53DBFE" w14:textId="77777777" w:rsidR="009E2416" w:rsidRDefault="009E2416" w:rsidP="00CC4B1C">
            <w:proofErr w:type="gramStart"/>
            <w:r>
              <w:t>[  ]</w:t>
            </w:r>
            <w:proofErr w:type="gramEnd"/>
            <w:r>
              <w:t xml:space="preserve">  </w:t>
            </w:r>
            <w:proofErr w:type="gramStart"/>
            <w:r>
              <w:t>TRAILWISE  -</w:t>
            </w:r>
            <w:proofErr w:type="gramEnd"/>
            <w:r>
              <w:t xml:space="preserve">  second </w:t>
            </w:r>
            <w:proofErr w:type="gramStart"/>
            <w:r>
              <w:t>point  -</w:t>
            </w:r>
            <w:proofErr w:type="gramEnd"/>
            <w:r>
              <w:t xml:space="preserve">  camp gadget built and shown to a Pathfinder</w:t>
            </w:r>
          </w:p>
        </w:tc>
      </w:tr>
      <w:tr w:rsidR="009E2416" w14:paraId="3173F41B" w14:textId="77777777" w:rsidTr="00120C3C">
        <w:tc>
          <w:tcPr>
            <w:tcW w:w="9350" w:type="dxa"/>
          </w:tcPr>
          <w:p w14:paraId="361A7E81" w14:textId="77777777" w:rsidR="009E2416" w:rsidRDefault="009E2416" w:rsidP="00CC4B1C">
            <w:proofErr w:type="gramStart"/>
            <w:r>
              <w:t>[  ]</w:t>
            </w:r>
            <w:proofErr w:type="gramEnd"/>
            <w:r>
              <w:t xml:space="preserve">  MASTER </w:t>
            </w:r>
            <w:proofErr w:type="gramStart"/>
            <w:r>
              <w:t>BRIGADE  -</w:t>
            </w:r>
            <w:proofErr w:type="gramEnd"/>
            <w:r>
              <w:t xml:space="preserve">  third </w:t>
            </w:r>
            <w:proofErr w:type="gramStart"/>
            <w:r>
              <w:t>point  -</w:t>
            </w:r>
            <w:proofErr w:type="gramEnd"/>
            <w:r>
              <w:t xml:space="preserve">  four Trail Assignments complete</w:t>
            </w:r>
          </w:p>
        </w:tc>
      </w:tr>
      <w:tr w:rsidR="009E2416" w14:paraId="69A14313" w14:textId="77777777" w:rsidTr="00120C3C">
        <w:tc>
          <w:tcPr>
            <w:tcW w:w="9350" w:type="dxa"/>
          </w:tcPr>
          <w:p w14:paraId="48687019" w14:textId="77777777" w:rsidR="009E2416" w:rsidRDefault="009E2416" w:rsidP="00CC4B1C">
            <w:proofErr w:type="gramStart"/>
            <w:r>
              <w:t>[  ]</w:t>
            </w:r>
            <w:proofErr w:type="gramEnd"/>
            <w:r>
              <w:t xml:space="preserve">  ROYAL </w:t>
            </w:r>
            <w:proofErr w:type="gramStart"/>
            <w:r>
              <w:t>RACK  -</w:t>
            </w:r>
            <w:proofErr w:type="gramEnd"/>
            <w:r>
              <w:t xml:space="preserve">  fourth </w:t>
            </w:r>
            <w:proofErr w:type="gramStart"/>
            <w:r>
              <w:t>point  -</w:t>
            </w:r>
            <w:proofErr w:type="gramEnd"/>
            <w:r>
              <w:t xml:space="preserve">  all 16 stations and all seven Trail Assignments</w:t>
            </w:r>
          </w:p>
        </w:tc>
      </w:tr>
      <w:tr w:rsidR="009E2416" w14:paraId="42ECC6B3" w14:textId="77777777" w:rsidTr="00120C3C">
        <w:tc>
          <w:tcPr>
            <w:tcW w:w="9350" w:type="dxa"/>
          </w:tcPr>
          <w:p w14:paraId="6A97217E" w14:textId="77777777" w:rsidR="009E2416" w:rsidRDefault="009E2416" w:rsidP="00CC4B1C">
            <w:r>
              <w:t>Bring this book to Camp HQ each time you reach a tier. The Storyteller records you on the Brigade Roll.</w:t>
            </w:r>
          </w:p>
        </w:tc>
      </w:tr>
      <w:tr w:rsidR="009E2416" w14:paraId="6FD62C96" w14:textId="77777777" w:rsidTr="00120C3C">
        <w:tc>
          <w:tcPr>
            <w:tcW w:w="9350" w:type="dxa"/>
          </w:tcPr>
          <w:p w14:paraId="108F9866" w14:textId="77777777" w:rsidR="009E2416" w:rsidRDefault="009E2416" w:rsidP="00CC4B1C">
            <w:r>
              <w:t>This is not a race. The competition is with the patrol you were this morning.</w:t>
            </w:r>
          </w:p>
        </w:tc>
      </w:tr>
    </w:tbl>
    <w:p w14:paraId="18A03F6F" w14:textId="77777777" w:rsidR="00120C3C" w:rsidRDefault="00120C3C" w:rsidP="00120C3C">
      <w:pPr>
        <w:pStyle w:val="Heading2"/>
        <w:spacing w:before="0" w:line="240" w:lineRule="auto"/>
        <w:rPr>
          <w:rFonts w:ascii="Cambria" w:hAnsi="Cambria" w:cs="Segoe UI"/>
          <w:b w:val="0"/>
          <w:bCs w:val="0"/>
          <w:color w:val="000000" w:themeColor="text1"/>
          <w:sz w:val="24"/>
          <w:szCs w:val="24"/>
          <w:shd w:val="clear" w:color="auto" w:fill="FFFFFF"/>
        </w:rPr>
      </w:pPr>
      <w:r w:rsidRPr="00120C3C">
        <w:rPr>
          <w:rFonts w:ascii="Cambria" w:hAnsi="Cambria" w:cs="Segoe UI"/>
          <w:b w:val="0"/>
          <w:bCs w:val="0"/>
          <w:color w:val="000000" w:themeColor="text1"/>
          <w:sz w:val="24"/>
          <w:szCs w:val="24"/>
          <w:shd w:val="clear" w:color="auto" w:fill="FFFFFF"/>
        </w:rPr>
        <w:lastRenderedPageBreak/>
        <w:t xml:space="preserve">Collect a Trail Mark at every station. </w:t>
      </w:r>
    </w:p>
    <w:p w14:paraId="067964CA" w14:textId="1089FC49" w:rsidR="009E2416" w:rsidRPr="00120C3C" w:rsidRDefault="00120C3C" w:rsidP="00120C3C">
      <w:pPr>
        <w:pStyle w:val="Heading2"/>
        <w:spacing w:before="0" w:line="240" w:lineRule="auto"/>
        <w:rPr>
          <w:rFonts w:ascii="Cambria" w:hAnsi="Cambria"/>
          <w:b w:val="0"/>
          <w:bCs w:val="0"/>
          <w:color w:val="000000" w:themeColor="text1"/>
          <w:sz w:val="24"/>
          <w:szCs w:val="24"/>
        </w:rPr>
      </w:pPr>
      <w:r w:rsidRPr="00120C3C">
        <w:rPr>
          <w:rFonts w:ascii="Cambria" w:hAnsi="Cambria" w:cs="Segoe UI"/>
          <w:b w:val="0"/>
          <w:bCs w:val="0"/>
          <w:color w:val="000000" w:themeColor="text1"/>
          <w:sz w:val="24"/>
          <w:szCs w:val="24"/>
          <w:shd w:val="clear" w:color="auto" w:fill="FFFFFF"/>
        </w:rPr>
        <w:t>Your volunteer initials the line; the Trail Mark is yours to keep.</w:t>
      </w:r>
    </w:p>
    <w:tbl>
      <w:tblPr>
        <w:tblStyle w:val="TableGrid"/>
        <w:tblW w:w="0" w:type="auto"/>
        <w:tblLook w:val="0000" w:firstRow="0" w:lastRow="0" w:firstColumn="0" w:lastColumn="0" w:noHBand="0" w:noVBand="0"/>
      </w:tblPr>
      <w:tblGrid>
        <w:gridCol w:w="3118"/>
        <w:gridCol w:w="3116"/>
        <w:gridCol w:w="3116"/>
      </w:tblGrid>
      <w:tr w:rsidR="009E2416" w14:paraId="7756C2D3" w14:textId="77777777" w:rsidTr="00CC4B1C">
        <w:trPr>
          <w:tblHeader/>
        </w:trPr>
        <w:tc>
          <w:tcPr>
            <w:tcW w:w="3120" w:type="dxa"/>
          </w:tcPr>
          <w:p w14:paraId="7A1C5B3E" w14:textId="77777777" w:rsidR="009E2416" w:rsidRPr="00C1675D" w:rsidRDefault="009E2416" w:rsidP="00CC4B1C">
            <w:pPr>
              <w:rPr>
                <w:b/>
                <w:bCs/>
              </w:rPr>
            </w:pPr>
            <w:r w:rsidRPr="00C1675D">
              <w:rPr>
                <w:b/>
                <w:bCs/>
              </w:rPr>
              <w:t>Station</w:t>
            </w:r>
          </w:p>
        </w:tc>
        <w:tc>
          <w:tcPr>
            <w:tcW w:w="3120" w:type="dxa"/>
          </w:tcPr>
          <w:p w14:paraId="2CE54CC4" w14:textId="2B560514" w:rsidR="009E2416" w:rsidRPr="00C1675D" w:rsidRDefault="00821D67" w:rsidP="00CC4B1C">
            <w:pPr>
              <w:rPr>
                <w:b/>
                <w:bCs/>
              </w:rPr>
            </w:pPr>
            <w:r>
              <w:rPr>
                <w:b/>
                <w:bCs/>
              </w:rPr>
              <w:t>Trail Mark</w:t>
            </w:r>
          </w:p>
        </w:tc>
        <w:tc>
          <w:tcPr>
            <w:tcW w:w="3120" w:type="dxa"/>
          </w:tcPr>
          <w:p w14:paraId="73BEBC9D" w14:textId="77777777" w:rsidR="009E2416" w:rsidRDefault="009E2416" w:rsidP="00CC4B1C">
            <w:r w:rsidRPr="281819B1">
              <w:rPr>
                <w:b/>
                <w:bCs/>
              </w:rPr>
              <w:t>Volunteer Initials</w:t>
            </w:r>
          </w:p>
        </w:tc>
      </w:tr>
      <w:tr w:rsidR="009E2416" w14:paraId="7E027A93" w14:textId="77777777" w:rsidTr="00CC4B1C">
        <w:tc>
          <w:tcPr>
            <w:tcW w:w="3120" w:type="dxa"/>
          </w:tcPr>
          <w:p w14:paraId="567D1927" w14:textId="77777777" w:rsidR="009E2416" w:rsidRDefault="009E2416" w:rsidP="00CC4B1C">
            <w:r w:rsidRPr="281819B1">
              <w:rPr>
                <w:b/>
                <w:bCs/>
                <w:color w:val="32431B"/>
              </w:rPr>
              <w:t>SCOUTCRAFT ALLEY</w:t>
            </w:r>
          </w:p>
        </w:tc>
        <w:tc>
          <w:tcPr>
            <w:tcW w:w="3120" w:type="dxa"/>
          </w:tcPr>
          <w:p w14:paraId="183ADACA" w14:textId="77777777" w:rsidR="009E2416" w:rsidRDefault="009E2416" w:rsidP="00CC4B1C">
            <w:r>
              <w:t xml:space="preserve"> </w:t>
            </w:r>
          </w:p>
        </w:tc>
        <w:tc>
          <w:tcPr>
            <w:tcW w:w="3120" w:type="dxa"/>
          </w:tcPr>
          <w:p w14:paraId="24E84742" w14:textId="77777777" w:rsidR="009E2416" w:rsidRDefault="009E2416" w:rsidP="00CC4B1C">
            <w:r>
              <w:t xml:space="preserve"> </w:t>
            </w:r>
          </w:p>
        </w:tc>
      </w:tr>
      <w:tr w:rsidR="009E2416" w14:paraId="34B24038" w14:textId="77777777" w:rsidTr="00CC4B1C">
        <w:tc>
          <w:tcPr>
            <w:tcW w:w="3120" w:type="dxa"/>
          </w:tcPr>
          <w:p w14:paraId="4025642B" w14:textId="77777777" w:rsidR="009E2416" w:rsidRDefault="009E2416" w:rsidP="00CC4B1C">
            <w:r>
              <w:t>Flint's Forge</w:t>
            </w:r>
          </w:p>
        </w:tc>
        <w:tc>
          <w:tcPr>
            <w:tcW w:w="3120" w:type="dxa"/>
          </w:tcPr>
          <w:p w14:paraId="7580AEBE" w14:textId="563E391A" w:rsidR="009E2416" w:rsidRDefault="00821D67" w:rsidP="00CC4B1C">
            <w:r>
              <w:t>Orange Bead</w:t>
            </w:r>
          </w:p>
        </w:tc>
        <w:tc>
          <w:tcPr>
            <w:tcW w:w="3120" w:type="dxa"/>
          </w:tcPr>
          <w:p w14:paraId="64BCA928" w14:textId="09000978" w:rsidR="009E2416" w:rsidRDefault="009E2416" w:rsidP="00CC4B1C"/>
        </w:tc>
      </w:tr>
      <w:tr w:rsidR="009E2416" w14:paraId="1BC99A48" w14:textId="77777777" w:rsidTr="00CC4B1C">
        <w:tc>
          <w:tcPr>
            <w:tcW w:w="3120" w:type="dxa"/>
          </w:tcPr>
          <w:p w14:paraId="35567245" w14:textId="77777777" w:rsidR="009E2416" w:rsidRDefault="009E2416" w:rsidP="00CC4B1C">
            <w:r>
              <w:t>Doc Sawyer's Field Hospital</w:t>
            </w:r>
          </w:p>
        </w:tc>
        <w:tc>
          <w:tcPr>
            <w:tcW w:w="3120" w:type="dxa"/>
          </w:tcPr>
          <w:p w14:paraId="506A974F" w14:textId="3AA3D6B8" w:rsidR="009E2416" w:rsidRDefault="00821D67" w:rsidP="00CC4B1C">
            <w:r>
              <w:t>Red Bead</w:t>
            </w:r>
          </w:p>
        </w:tc>
        <w:tc>
          <w:tcPr>
            <w:tcW w:w="3120" w:type="dxa"/>
          </w:tcPr>
          <w:p w14:paraId="243B8E2A" w14:textId="62191A37" w:rsidR="009E2416" w:rsidRDefault="009E2416" w:rsidP="00CC4B1C"/>
        </w:tc>
      </w:tr>
      <w:tr w:rsidR="009E2416" w14:paraId="6ABCA17C" w14:textId="77777777" w:rsidTr="00CC4B1C">
        <w:tc>
          <w:tcPr>
            <w:tcW w:w="3120" w:type="dxa"/>
          </w:tcPr>
          <w:p w14:paraId="20307867" w14:textId="77777777" w:rsidR="009E2416" w:rsidRDefault="009E2416" w:rsidP="00CC4B1C">
            <w:r>
              <w:t>Knot Yard Relay</w:t>
            </w:r>
          </w:p>
        </w:tc>
        <w:tc>
          <w:tcPr>
            <w:tcW w:w="3120" w:type="dxa"/>
          </w:tcPr>
          <w:p w14:paraId="7E87BC64" w14:textId="4EE074BB" w:rsidR="009E2416" w:rsidRDefault="00821D67" w:rsidP="00CC4B1C">
            <w:r>
              <w:t>Knot Charm</w:t>
            </w:r>
          </w:p>
        </w:tc>
        <w:tc>
          <w:tcPr>
            <w:tcW w:w="3120" w:type="dxa"/>
          </w:tcPr>
          <w:p w14:paraId="38533247" w14:textId="5B877E9A" w:rsidR="009E2416" w:rsidRDefault="009E2416" w:rsidP="00CC4B1C"/>
        </w:tc>
      </w:tr>
      <w:tr w:rsidR="009E2416" w14:paraId="01865BB4" w14:textId="77777777" w:rsidTr="00CC4B1C">
        <w:tc>
          <w:tcPr>
            <w:tcW w:w="3120" w:type="dxa"/>
          </w:tcPr>
          <w:p w14:paraId="618C0E20" w14:textId="77777777" w:rsidR="009E2416" w:rsidRDefault="009E2416" w:rsidP="00CC4B1C">
            <w:r>
              <w:t>Blade and Bit</w:t>
            </w:r>
          </w:p>
        </w:tc>
        <w:tc>
          <w:tcPr>
            <w:tcW w:w="3120" w:type="dxa"/>
          </w:tcPr>
          <w:p w14:paraId="5506DA09" w14:textId="785206EB" w:rsidR="009E2416" w:rsidRDefault="00821D67" w:rsidP="00CC4B1C">
            <w:r>
              <w:t>Knife Charm</w:t>
            </w:r>
          </w:p>
        </w:tc>
        <w:tc>
          <w:tcPr>
            <w:tcW w:w="3120" w:type="dxa"/>
          </w:tcPr>
          <w:p w14:paraId="02E76124" w14:textId="6BFEC9E1" w:rsidR="009E2416" w:rsidRDefault="009E2416" w:rsidP="00CC4B1C"/>
        </w:tc>
      </w:tr>
      <w:tr w:rsidR="009E2416" w14:paraId="0984CD91" w14:textId="77777777" w:rsidTr="00CC4B1C">
        <w:tc>
          <w:tcPr>
            <w:tcW w:w="3120" w:type="dxa"/>
          </w:tcPr>
          <w:p w14:paraId="1A78AFA8" w14:textId="77777777" w:rsidR="009E2416" w:rsidRDefault="009E2416" w:rsidP="00CC4B1C">
            <w:r w:rsidRPr="281819B1">
              <w:rPr>
                <w:b/>
                <w:bCs/>
                <w:color w:val="32431B"/>
              </w:rPr>
              <w:t>WAYFINDER'S RANGE</w:t>
            </w:r>
          </w:p>
        </w:tc>
        <w:tc>
          <w:tcPr>
            <w:tcW w:w="3120" w:type="dxa"/>
          </w:tcPr>
          <w:p w14:paraId="22F79166" w14:textId="77777777" w:rsidR="009E2416" w:rsidRDefault="009E2416" w:rsidP="00CC4B1C">
            <w:r>
              <w:t xml:space="preserve"> </w:t>
            </w:r>
          </w:p>
        </w:tc>
        <w:tc>
          <w:tcPr>
            <w:tcW w:w="3120" w:type="dxa"/>
          </w:tcPr>
          <w:p w14:paraId="0E91C6D0" w14:textId="77777777" w:rsidR="009E2416" w:rsidRDefault="009E2416" w:rsidP="00CC4B1C">
            <w:r>
              <w:t xml:space="preserve"> </w:t>
            </w:r>
          </w:p>
        </w:tc>
      </w:tr>
      <w:tr w:rsidR="009E2416" w14:paraId="18E49D73" w14:textId="77777777" w:rsidTr="00CC4B1C">
        <w:tc>
          <w:tcPr>
            <w:tcW w:w="3120" w:type="dxa"/>
          </w:tcPr>
          <w:p w14:paraId="46CEE966" w14:textId="77777777" w:rsidR="009E2416" w:rsidRDefault="009E2416" w:rsidP="00CC4B1C">
            <w:r>
              <w:t>Mapmaker's Quest</w:t>
            </w:r>
          </w:p>
        </w:tc>
        <w:tc>
          <w:tcPr>
            <w:tcW w:w="3120" w:type="dxa"/>
          </w:tcPr>
          <w:p w14:paraId="0ADCD0F7" w14:textId="3C2B5EC2" w:rsidR="009E2416" w:rsidRDefault="00821D67" w:rsidP="00CC4B1C">
            <w:r>
              <w:t>Compass Charm</w:t>
            </w:r>
          </w:p>
        </w:tc>
        <w:tc>
          <w:tcPr>
            <w:tcW w:w="3120" w:type="dxa"/>
          </w:tcPr>
          <w:p w14:paraId="54493E37" w14:textId="74E44EA6" w:rsidR="009E2416" w:rsidRDefault="009E2416" w:rsidP="00CC4B1C"/>
        </w:tc>
      </w:tr>
      <w:tr w:rsidR="009E2416" w14:paraId="2094704D" w14:textId="77777777" w:rsidTr="00CC4B1C">
        <w:tc>
          <w:tcPr>
            <w:tcW w:w="3120" w:type="dxa"/>
          </w:tcPr>
          <w:p w14:paraId="1578F39C" w14:textId="77777777" w:rsidR="009E2416" w:rsidRDefault="009E2416" w:rsidP="00CC4B1C">
            <w:r>
              <w:t>Sun, Star and Shadow</w:t>
            </w:r>
          </w:p>
        </w:tc>
        <w:tc>
          <w:tcPr>
            <w:tcW w:w="3120" w:type="dxa"/>
          </w:tcPr>
          <w:p w14:paraId="5C266F4D" w14:textId="0C1DEA79" w:rsidR="009E2416" w:rsidRDefault="00821D67" w:rsidP="00CC4B1C">
            <w:r>
              <w:t>Sun Charm</w:t>
            </w:r>
          </w:p>
        </w:tc>
        <w:tc>
          <w:tcPr>
            <w:tcW w:w="3120" w:type="dxa"/>
          </w:tcPr>
          <w:p w14:paraId="4988CFB0" w14:textId="3CFA7735" w:rsidR="009E2416" w:rsidRDefault="009E2416" w:rsidP="00CC4B1C"/>
        </w:tc>
      </w:tr>
      <w:tr w:rsidR="009E2416" w14:paraId="4D2CB881" w14:textId="77777777" w:rsidTr="00CC4B1C">
        <w:tc>
          <w:tcPr>
            <w:tcW w:w="3120" w:type="dxa"/>
          </w:tcPr>
          <w:p w14:paraId="79A4F9E2" w14:textId="77777777" w:rsidR="009E2416" w:rsidRDefault="009E2416" w:rsidP="00CC4B1C">
            <w:r>
              <w:t>Sign of the Wild</w:t>
            </w:r>
          </w:p>
        </w:tc>
        <w:tc>
          <w:tcPr>
            <w:tcW w:w="3120" w:type="dxa"/>
          </w:tcPr>
          <w:p w14:paraId="491350FB" w14:textId="3467058D" w:rsidR="009E2416" w:rsidRDefault="00821D67" w:rsidP="00CC4B1C">
            <w:r>
              <w:t>Paw Charm</w:t>
            </w:r>
          </w:p>
        </w:tc>
        <w:tc>
          <w:tcPr>
            <w:tcW w:w="3120" w:type="dxa"/>
          </w:tcPr>
          <w:p w14:paraId="05168D05" w14:textId="2794DDD3" w:rsidR="009E2416" w:rsidRDefault="009E2416" w:rsidP="00CC4B1C"/>
        </w:tc>
      </w:tr>
      <w:tr w:rsidR="009E2416" w14:paraId="0A684614" w14:textId="77777777" w:rsidTr="00CC4B1C">
        <w:tc>
          <w:tcPr>
            <w:tcW w:w="3120" w:type="dxa"/>
          </w:tcPr>
          <w:p w14:paraId="47AF15D6" w14:textId="77777777" w:rsidR="009E2416" w:rsidRDefault="009E2416" w:rsidP="00CC4B1C">
            <w:r>
              <w:t>Leaf and Root</w:t>
            </w:r>
          </w:p>
        </w:tc>
        <w:tc>
          <w:tcPr>
            <w:tcW w:w="3120" w:type="dxa"/>
          </w:tcPr>
          <w:p w14:paraId="22E59EF1" w14:textId="77777777" w:rsidR="009E2416" w:rsidRDefault="009E2416" w:rsidP="00CC4B1C">
            <w:r>
              <w:t>Light Green</w:t>
            </w:r>
          </w:p>
        </w:tc>
        <w:tc>
          <w:tcPr>
            <w:tcW w:w="3120" w:type="dxa"/>
          </w:tcPr>
          <w:p w14:paraId="5E0F421D" w14:textId="39F9961B" w:rsidR="009E2416" w:rsidRDefault="009E2416" w:rsidP="00CC4B1C"/>
        </w:tc>
      </w:tr>
      <w:tr w:rsidR="009E2416" w14:paraId="26BBB8A4" w14:textId="77777777" w:rsidTr="00CC4B1C">
        <w:tc>
          <w:tcPr>
            <w:tcW w:w="3120" w:type="dxa"/>
          </w:tcPr>
          <w:p w14:paraId="5D552430" w14:textId="77777777" w:rsidR="009E2416" w:rsidRDefault="009E2416" w:rsidP="00CC4B1C">
            <w:r w:rsidRPr="281819B1">
              <w:rPr>
                <w:b/>
                <w:bCs/>
                <w:color w:val="32431B"/>
              </w:rPr>
              <w:t>COUNCIL COMMONS</w:t>
            </w:r>
          </w:p>
        </w:tc>
        <w:tc>
          <w:tcPr>
            <w:tcW w:w="3120" w:type="dxa"/>
          </w:tcPr>
          <w:p w14:paraId="265A24C0" w14:textId="77777777" w:rsidR="009E2416" w:rsidRDefault="009E2416" w:rsidP="00CC4B1C">
            <w:r>
              <w:t xml:space="preserve"> </w:t>
            </w:r>
          </w:p>
        </w:tc>
        <w:tc>
          <w:tcPr>
            <w:tcW w:w="3120" w:type="dxa"/>
          </w:tcPr>
          <w:p w14:paraId="6B408F06" w14:textId="77777777" w:rsidR="009E2416" w:rsidRDefault="009E2416" w:rsidP="00CC4B1C">
            <w:r>
              <w:t xml:space="preserve"> </w:t>
            </w:r>
          </w:p>
        </w:tc>
      </w:tr>
      <w:tr w:rsidR="009E2416" w14:paraId="10D79175" w14:textId="77777777" w:rsidTr="00CC4B1C">
        <w:tc>
          <w:tcPr>
            <w:tcW w:w="3120" w:type="dxa"/>
          </w:tcPr>
          <w:p w14:paraId="0AA72ECB" w14:textId="77777777" w:rsidR="009E2416" w:rsidRDefault="009E2416" w:rsidP="00CC4B1C">
            <w:r>
              <w:t>Signal Hill</w:t>
            </w:r>
          </w:p>
        </w:tc>
        <w:tc>
          <w:tcPr>
            <w:tcW w:w="3120" w:type="dxa"/>
          </w:tcPr>
          <w:p w14:paraId="4ABAD299" w14:textId="56E396B4" w:rsidR="009E2416" w:rsidRDefault="009E2416" w:rsidP="00CC4B1C">
            <w:r>
              <w:t>Blue</w:t>
            </w:r>
            <w:r w:rsidR="00821D67">
              <w:t xml:space="preserve"> Bead</w:t>
            </w:r>
          </w:p>
        </w:tc>
        <w:tc>
          <w:tcPr>
            <w:tcW w:w="3120" w:type="dxa"/>
          </w:tcPr>
          <w:p w14:paraId="7C2E21E7" w14:textId="239568A0" w:rsidR="009E2416" w:rsidRDefault="009E2416" w:rsidP="00CC4B1C"/>
        </w:tc>
      </w:tr>
      <w:tr w:rsidR="009E2416" w14:paraId="2416E569" w14:textId="77777777" w:rsidTr="00CC4B1C">
        <w:tc>
          <w:tcPr>
            <w:tcW w:w="3120" w:type="dxa"/>
          </w:tcPr>
          <w:p w14:paraId="38F3F69E" w14:textId="77777777" w:rsidR="009E2416" w:rsidRDefault="009E2416" w:rsidP="00CC4B1C">
            <w:r>
              <w:t>The Outfitter's Table</w:t>
            </w:r>
          </w:p>
        </w:tc>
        <w:tc>
          <w:tcPr>
            <w:tcW w:w="3120" w:type="dxa"/>
          </w:tcPr>
          <w:p w14:paraId="0248DF52" w14:textId="5BC80054" w:rsidR="009E2416" w:rsidRDefault="009E2416" w:rsidP="00CC4B1C">
            <w:r>
              <w:t>Purple</w:t>
            </w:r>
            <w:r w:rsidR="00821D67">
              <w:t xml:space="preserve"> Bead</w:t>
            </w:r>
          </w:p>
        </w:tc>
        <w:tc>
          <w:tcPr>
            <w:tcW w:w="3120" w:type="dxa"/>
          </w:tcPr>
          <w:p w14:paraId="40AC110D" w14:textId="35F7A695" w:rsidR="009E2416" w:rsidRDefault="009E2416" w:rsidP="00CC4B1C"/>
        </w:tc>
      </w:tr>
      <w:tr w:rsidR="009E2416" w14:paraId="4D00DD40" w14:textId="77777777" w:rsidTr="00CC4B1C">
        <w:tc>
          <w:tcPr>
            <w:tcW w:w="3120" w:type="dxa"/>
          </w:tcPr>
          <w:p w14:paraId="1D6BB4C7" w14:textId="77777777" w:rsidR="009E2416" w:rsidRDefault="009E2416" w:rsidP="00CC4B1C">
            <w:r>
              <w:t>Weather Eye</w:t>
            </w:r>
          </w:p>
        </w:tc>
        <w:tc>
          <w:tcPr>
            <w:tcW w:w="3120" w:type="dxa"/>
          </w:tcPr>
          <w:p w14:paraId="480302A5" w14:textId="273F8B19" w:rsidR="009E2416" w:rsidRDefault="00821D67" w:rsidP="00CC4B1C">
            <w:r>
              <w:t>Lightning Bolt Charm</w:t>
            </w:r>
          </w:p>
        </w:tc>
        <w:tc>
          <w:tcPr>
            <w:tcW w:w="3120" w:type="dxa"/>
          </w:tcPr>
          <w:p w14:paraId="3689514E" w14:textId="3F883334" w:rsidR="009E2416" w:rsidRDefault="009E2416" w:rsidP="00CC4B1C"/>
        </w:tc>
      </w:tr>
      <w:tr w:rsidR="009E2416" w14:paraId="204E1FC4" w14:textId="77777777" w:rsidTr="00CC4B1C">
        <w:tc>
          <w:tcPr>
            <w:tcW w:w="3120" w:type="dxa"/>
          </w:tcPr>
          <w:p w14:paraId="3534B7C4" w14:textId="77777777" w:rsidR="009E2416" w:rsidRDefault="009E2416" w:rsidP="00CC4B1C">
            <w:r>
              <w:t>Hug a Tree</w:t>
            </w:r>
          </w:p>
        </w:tc>
        <w:tc>
          <w:tcPr>
            <w:tcW w:w="3120" w:type="dxa"/>
          </w:tcPr>
          <w:p w14:paraId="427ABA09" w14:textId="5FB763DD" w:rsidR="009E2416" w:rsidRDefault="00821D67" w:rsidP="00CC4B1C">
            <w:r>
              <w:t>Tree Charm</w:t>
            </w:r>
          </w:p>
        </w:tc>
        <w:tc>
          <w:tcPr>
            <w:tcW w:w="3120" w:type="dxa"/>
          </w:tcPr>
          <w:p w14:paraId="793FD152" w14:textId="30848A92" w:rsidR="009E2416" w:rsidRDefault="009E2416" w:rsidP="00CC4B1C"/>
        </w:tc>
      </w:tr>
      <w:tr w:rsidR="009E2416" w14:paraId="2396E9E2" w14:textId="77777777" w:rsidTr="00CC4B1C">
        <w:tc>
          <w:tcPr>
            <w:tcW w:w="3120" w:type="dxa"/>
          </w:tcPr>
          <w:p w14:paraId="7025681C" w14:textId="77777777" w:rsidR="009E2416" w:rsidRDefault="009E2416" w:rsidP="00CC4B1C">
            <w:r w:rsidRPr="281819B1">
              <w:rPr>
                <w:b/>
                <w:bCs/>
                <w:color w:val="32431B"/>
              </w:rPr>
              <w:t>CHALLENGE TRAIL</w:t>
            </w:r>
          </w:p>
        </w:tc>
        <w:tc>
          <w:tcPr>
            <w:tcW w:w="3120" w:type="dxa"/>
          </w:tcPr>
          <w:p w14:paraId="6617E611" w14:textId="77777777" w:rsidR="009E2416" w:rsidRDefault="009E2416" w:rsidP="00CC4B1C">
            <w:r>
              <w:t xml:space="preserve"> </w:t>
            </w:r>
          </w:p>
        </w:tc>
        <w:tc>
          <w:tcPr>
            <w:tcW w:w="3120" w:type="dxa"/>
          </w:tcPr>
          <w:p w14:paraId="3DE20998" w14:textId="77777777" w:rsidR="009E2416" w:rsidRDefault="009E2416" w:rsidP="00CC4B1C">
            <w:r>
              <w:t xml:space="preserve"> </w:t>
            </w:r>
          </w:p>
        </w:tc>
      </w:tr>
      <w:tr w:rsidR="009E2416" w14:paraId="688111C3" w14:textId="77777777" w:rsidTr="00CC4B1C">
        <w:tc>
          <w:tcPr>
            <w:tcW w:w="3120" w:type="dxa"/>
          </w:tcPr>
          <w:p w14:paraId="6F973886" w14:textId="77777777" w:rsidR="009E2416" w:rsidRDefault="009E2416" w:rsidP="00CC4B1C">
            <w:r>
              <w:t>Night Camp</w:t>
            </w:r>
          </w:p>
        </w:tc>
        <w:tc>
          <w:tcPr>
            <w:tcW w:w="3120" w:type="dxa"/>
          </w:tcPr>
          <w:p w14:paraId="17605A14" w14:textId="74206975" w:rsidR="009E2416" w:rsidRDefault="009E2416" w:rsidP="00CC4B1C">
            <w:r>
              <w:t>Black</w:t>
            </w:r>
            <w:r w:rsidR="00821D67">
              <w:t xml:space="preserve"> Bead</w:t>
            </w:r>
          </w:p>
        </w:tc>
        <w:tc>
          <w:tcPr>
            <w:tcW w:w="3120" w:type="dxa"/>
          </w:tcPr>
          <w:p w14:paraId="666C6C3B" w14:textId="7E8C1A51" w:rsidR="009E2416" w:rsidRDefault="009E2416" w:rsidP="00CC4B1C"/>
        </w:tc>
      </w:tr>
      <w:tr w:rsidR="009E2416" w14:paraId="48C6E38C" w14:textId="77777777" w:rsidTr="00CC4B1C">
        <w:tc>
          <w:tcPr>
            <w:tcW w:w="3120" w:type="dxa"/>
          </w:tcPr>
          <w:p w14:paraId="3A93491F" w14:textId="77777777" w:rsidR="009E2416" w:rsidRDefault="009E2416" w:rsidP="00CC4B1C">
            <w:r>
              <w:t>Portage Passage</w:t>
            </w:r>
          </w:p>
        </w:tc>
        <w:tc>
          <w:tcPr>
            <w:tcW w:w="3120" w:type="dxa"/>
          </w:tcPr>
          <w:p w14:paraId="3F68F797" w14:textId="393AB016" w:rsidR="009E2416" w:rsidRDefault="00821D67" w:rsidP="00CC4B1C">
            <w:r>
              <w:t>Anchor Charm</w:t>
            </w:r>
          </w:p>
        </w:tc>
        <w:tc>
          <w:tcPr>
            <w:tcW w:w="3120" w:type="dxa"/>
          </w:tcPr>
          <w:p w14:paraId="38EF20B7" w14:textId="2145D2AB" w:rsidR="009E2416" w:rsidRDefault="009E2416" w:rsidP="00CC4B1C"/>
        </w:tc>
      </w:tr>
      <w:tr w:rsidR="009E2416" w14:paraId="3F6234FE" w14:textId="77777777" w:rsidTr="00CC4B1C">
        <w:tc>
          <w:tcPr>
            <w:tcW w:w="3120" w:type="dxa"/>
          </w:tcPr>
          <w:p w14:paraId="11144E40" w14:textId="77777777" w:rsidR="009E2416" w:rsidRDefault="009E2416" w:rsidP="00CC4B1C">
            <w:r>
              <w:t>Pack Mule Run</w:t>
            </w:r>
          </w:p>
        </w:tc>
        <w:tc>
          <w:tcPr>
            <w:tcW w:w="3120" w:type="dxa"/>
          </w:tcPr>
          <w:p w14:paraId="530A9F4D" w14:textId="340DFF3F" w:rsidR="009E2416" w:rsidRDefault="00821D67" w:rsidP="00CC4B1C">
            <w:r>
              <w:t>Brown Bead</w:t>
            </w:r>
          </w:p>
        </w:tc>
        <w:tc>
          <w:tcPr>
            <w:tcW w:w="3120" w:type="dxa"/>
          </w:tcPr>
          <w:p w14:paraId="598E33B3" w14:textId="6A5D0BAD" w:rsidR="009E2416" w:rsidRDefault="009E2416" w:rsidP="00CC4B1C"/>
        </w:tc>
      </w:tr>
      <w:tr w:rsidR="009E2416" w14:paraId="008B977B" w14:textId="77777777" w:rsidTr="00CC4B1C">
        <w:tc>
          <w:tcPr>
            <w:tcW w:w="3120" w:type="dxa"/>
          </w:tcPr>
          <w:p w14:paraId="3597BB62" w14:textId="77777777" w:rsidR="009E2416" w:rsidRDefault="009E2416" w:rsidP="00CC4B1C">
            <w:r>
              <w:t>The Bucket Brigade</w:t>
            </w:r>
          </w:p>
        </w:tc>
        <w:tc>
          <w:tcPr>
            <w:tcW w:w="3120" w:type="dxa"/>
          </w:tcPr>
          <w:p w14:paraId="18FC608B" w14:textId="16AB95CB" w:rsidR="009E2416" w:rsidRDefault="009E2416" w:rsidP="00CC4B1C">
            <w:r>
              <w:t>Clear</w:t>
            </w:r>
            <w:r w:rsidR="00821D67">
              <w:t xml:space="preserve"> Bead</w:t>
            </w:r>
          </w:p>
        </w:tc>
        <w:tc>
          <w:tcPr>
            <w:tcW w:w="3120" w:type="dxa"/>
          </w:tcPr>
          <w:p w14:paraId="251061FB" w14:textId="211E44E5" w:rsidR="009E2416" w:rsidRDefault="009E2416" w:rsidP="00CC4B1C"/>
        </w:tc>
      </w:tr>
    </w:tbl>
    <w:p w14:paraId="063EED21" w14:textId="5DDDCA1C" w:rsidR="009E2416" w:rsidRDefault="009E2416" w:rsidP="009E2416">
      <w:pPr>
        <w:pStyle w:val="Heading2"/>
      </w:pPr>
    </w:p>
    <w:p w14:paraId="2217FA90" w14:textId="77777777" w:rsidR="000409AD" w:rsidRPr="000409AD" w:rsidRDefault="000409AD" w:rsidP="000409AD"/>
    <w:tbl>
      <w:tblPr>
        <w:tblStyle w:val="TableGrid"/>
        <w:tblW w:w="0" w:type="auto"/>
        <w:tblLook w:val="0000" w:firstRow="0" w:lastRow="0" w:firstColumn="0" w:lastColumn="0" w:noHBand="0" w:noVBand="0"/>
      </w:tblPr>
      <w:tblGrid>
        <w:gridCol w:w="3117"/>
        <w:gridCol w:w="3117"/>
        <w:gridCol w:w="3116"/>
      </w:tblGrid>
      <w:tr w:rsidR="009E2416" w14:paraId="3802615C" w14:textId="77777777" w:rsidTr="00CC4B1C">
        <w:trPr>
          <w:tblHeader/>
        </w:trPr>
        <w:tc>
          <w:tcPr>
            <w:tcW w:w="3120" w:type="dxa"/>
          </w:tcPr>
          <w:p w14:paraId="371BBB3F" w14:textId="77777777" w:rsidR="009E2416" w:rsidRPr="000409AD" w:rsidRDefault="009E2416" w:rsidP="00CC4B1C">
            <w:pPr>
              <w:rPr>
                <w:b/>
                <w:bCs/>
              </w:rPr>
            </w:pPr>
            <w:r w:rsidRPr="000409AD">
              <w:rPr>
                <w:b/>
                <w:bCs/>
              </w:rPr>
              <w:lastRenderedPageBreak/>
              <w:t>Trail Assignment</w:t>
            </w:r>
          </w:p>
        </w:tc>
        <w:tc>
          <w:tcPr>
            <w:tcW w:w="3120" w:type="dxa"/>
          </w:tcPr>
          <w:p w14:paraId="3DEB1DF7" w14:textId="77777777" w:rsidR="009E2416" w:rsidRDefault="009E2416" w:rsidP="00CC4B1C">
            <w:r w:rsidRPr="194D4C7F">
              <w:rPr>
                <w:b/>
                <w:bCs/>
              </w:rPr>
              <w:t>Who Signs</w:t>
            </w:r>
          </w:p>
        </w:tc>
        <w:tc>
          <w:tcPr>
            <w:tcW w:w="3120" w:type="dxa"/>
          </w:tcPr>
          <w:p w14:paraId="7FE96631" w14:textId="77777777" w:rsidR="009E2416" w:rsidRDefault="009E2416" w:rsidP="00CC4B1C">
            <w:r w:rsidRPr="194D4C7F">
              <w:rPr>
                <w:b/>
                <w:bCs/>
              </w:rPr>
              <w:t>Signature</w:t>
            </w:r>
          </w:p>
        </w:tc>
      </w:tr>
      <w:tr w:rsidR="009E2416" w14:paraId="124C23EB" w14:textId="77777777" w:rsidTr="00CC4B1C">
        <w:tc>
          <w:tcPr>
            <w:tcW w:w="3120" w:type="dxa"/>
          </w:tcPr>
          <w:p w14:paraId="4E5DCE21" w14:textId="77777777" w:rsidR="009E2416" w:rsidRDefault="009E2416" w:rsidP="00CC4B1C">
            <w:r>
              <w:t>Brigade Kitchen</w:t>
            </w:r>
          </w:p>
        </w:tc>
        <w:tc>
          <w:tcPr>
            <w:tcW w:w="3120" w:type="dxa"/>
          </w:tcPr>
          <w:p w14:paraId="7FB99B4E" w14:textId="77777777" w:rsidR="009E2416" w:rsidRDefault="009E2416" w:rsidP="00CC4B1C">
            <w:r>
              <w:t>Scoutmaster or ASM</w:t>
            </w:r>
          </w:p>
        </w:tc>
        <w:tc>
          <w:tcPr>
            <w:tcW w:w="3120" w:type="dxa"/>
          </w:tcPr>
          <w:p w14:paraId="0E87FEF1" w14:textId="12E9A44F" w:rsidR="009E2416" w:rsidRDefault="009E2416" w:rsidP="00CC4B1C"/>
        </w:tc>
      </w:tr>
      <w:tr w:rsidR="009E2416" w14:paraId="2E279FE2" w14:textId="77777777" w:rsidTr="00CC4B1C">
        <w:tc>
          <w:tcPr>
            <w:tcW w:w="3120" w:type="dxa"/>
          </w:tcPr>
          <w:p w14:paraId="0E0AA2F9" w14:textId="77777777" w:rsidR="009E2416" w:rsidRDefault="009E2416" w:rsidP="00CC4B1C">
            <w:r>
              <w:t>Buckskins and the Swap Meet</w:t>
            </w:r>
          </w:p>
        </w:tc>
        <w:tc>
          <w:tcPr>
            <w:tcW w:w="3120" w:type="dxa"/>
          </w:tcPr>
          <w:p w14:paraId="491AF190" w14:textId="77777777" w:rsidR="009E2416" w:rsidRDefault="009E2416" w:rsidP="00CC4B1C">
            <w:r>
              <w:t>Both Patrol Leaders</w:t>
            </w:r>
          </w:p>
        </w:tc>
        <w:tc>
          <w:tcPr>
            <w:tcW w:w="3120" w:type="dxa"/>
          </w:tcPr>
          <w:p w14:paraId="29B2099D" w14:textId="62B92D79" w:rsidR="009E2416" w:rsidRDefault="009E2416" w:rsidP="00CC4B1C"/>
        </w:tc>
      </w:tr>
      <w:tr w:rsidR="009E2416" w14:paraId="5C2C8D0D" w14:textId="77777777" w:rsidTr="00CC4B1C">
        <w:tc>
          <w:tcPr>
            <w:tcW w:w="3120" w:type="dxa"/>
          </w:tcPr>
          <w:p w14:paraId="412D5E65" w14:textId="77777777" w:rsidR="009E2416" w:rsidRDefault="009E2416" w:rsidP="00CC4B1C">
            <w:r>
              <w:t>EDGE It Forward</w:t>
            </w:r>
          </w:p>
        </w:tc>
        <w:tc>
          <w:tcPr>
            <w:tcW w:w="3120" w:type="dxa"/>
          </w:tcPr>
          <w:p w14:paraId="048B1280" w14:textId="77777777" w:rsidR="009E2416" w:rsidRDefault="009E2416" w:rsidP="00CC4B1C">
            <w:r>
              <w:t>Scoutmaster</w:t>
            </w:r>
          </w:p>
        </w:tc>
        <w:tc>
          <w:tcPr>
            <w:tcW w:w="3120" w:type="dxa"/>
          </w:tcPr>
          <w:p w14:paraId="665168C0" w14:textId="6442E0E9" w:rsidR="009E2416" w:rsidRDefault="009E2416" w:rsidP="00CC4B1C"/>
        </w:tc>
      </w:tr>
      <w:tr w:rsidR="009E2416" w14:paraId="16C7467A" w14:textId="77777777" w:rsidTr="00CC4B1C">
        <w:tc>
          <w:tcPr>
            <w:tcW w:w="3120" w:type="dxa"/>
          </w:tcPr>
          <w:p w14:paraId="342C1CDE" w14:textId="77777777" w:rsidR="009E2416" w:rsidRDefault="009E2416" w:rsidP="00CC4B1C">
            <w:r>
              <w:t>Sing for Your Supper</w:t>
            </w:r>
          </w:p>
        </w:tc>
        <w:tc>
          <w:tcPr>
            <w:tcW w:w="3120" w:type="dxa"/>
          </w:tcPr>
          <w:p w14:paraId="1B5C2EC4" w14:textId="77777777" w:rsidR="009E2416" w:rsidRDefault="009E2416" w:rsidP="00CC4B1C">
            <w:r>
              <w:t>Neighboring Patrol Leader</w:t>
            </w:r>
          </w:p>
        </w:tc>
        <w:tc>
          <w:tcPr>
            <w:tcW w:w="3120" w:type="dxa"/>
          </w:tcPr>
          <w:p w14:paraId="3A7ADEEF" w14:textId="641227A8" w:rsidR="009E2416" w:rsidRDefault="009E2416" w:rsidP="00CC4B1C"/>
        </w:tc>
      </w:tr>
      <w:tr w:rsidR="009E2416" w14:paraId="3F52052D" w14:textId="77777777" w:rsidTr="00CC4B1C">
        <w:tc>
          <w:tcPr>
            <w:tcW w:w="3120" w:type="dxa"/>
          </w:tcPr>
          <w:p w14:paraId="75E76D04" w14:textId="77777777" w:rsidR="009E2416" w:rsidRDefault="009E2416" w:rsidP="00CC4B1C">
            <w:r>
              <w:t>Talk to the World</w:t>
            </w:r>
          </w:p>
        </w:tc>
        <w:tc>
          <w:tcPr>
            <w:tcW w:w="3120" w:type="dxa"/>
          </w:tcPr>
          <w:p w14:paraId="4A4E2338" w14:textId="77777777" w:rsidR="009E2416" w:rsidRDefault="009E2416" w:rsidP="00CC4B1C">
            <w:r>
              <w:t>Hub operator</w:t>
            </w:r>
          </w:p>
        </w:tc>
        <w:tc>
          <w:tcPr>
            <w:tcW w:w="3120" w:type="dxa"/>
          </w:tcPr>
          <w:p w14:paraId="32AA036C" w14:textId="5E7FC3DC" w:rsidR="009E2416" w:rsidRDefault="009E2416" w:rsidP="00CC4B1C"/>
        </w:tc>
      </w:tr>
      <w:tr w:rsidR="009E2416" w14:paraId="659A1DBD" w14:textId="77777777" w:rsidTr="00CC4B1C">
        <w:tc>
          <w:tcPr>
            <w:tcW w:w="3120" w:type="dxa"/>
          </w:tcPr>
          <w:p w14:paraId="489D5901" w14:textId="77777777" w:rsidR="009E2416" w:rsidRDefault="009E2416" w:rsidP="00CC4B1C">
            <w:r>
              <w:t>Leave It Better</w:t>
            </w:r>
          </w:p>
        </w:tc>
        <w:tc>
          <w:tcPr>
            <w:tcW w:w="3120" w:type="dxa"/>
          </w:tcPr>
          <w:p w14:paraId="576C440B" w14:textId="77777777" w:rsidR="009E2416" w:rsidRDefault="009E2416" w:rsidP="00CC4B1C">
            <w:r>
              <w:t>Pathfinder</w:t>
            </w:r>
          </w:p>
        </w:tc>
        <w:tc>
          <w:tcPr>
            <w:tcW w:w="3120" w:type="dxa"/>
          </w:tcPr>
          <w:p w14:paraId="6F7B3B2D" w14:textId="224E6E58" w:rsidR="009E2416" w:rsidRDefault="009E2416" w:rsidP="00CC4B1C"/>
        </w:tc>
      </w:tr>
      <w:tr w:rsidR="009E2416" w14:paraId="5515B6F4" w14:textId="77777777" w:rsidTr="00CC4B1C">
        <w:tc>
          <w:tcPr>
            <w:tcW w:w="3120" w:type="dxa"/>
          </w:tcPr>
          <w:p w14:paraId="6473C72E" w14:textId="77777777" w:rsidR="009E2416" w:rsidRDefault="009E2416" w:rsidP="00CC4B1C">
            <w:r>
              <w:t>Dispatch from the Trail</w:t>
            </w:r>
          </w:p>
        </w:tc>
        <w:tc>
          <w:tcPr>
            <w:tcW w:w="3120" w:type="dxa"/>
          </w:tcPr>
          <w:p w14:paraId="48AD22A7" w14:textId="77777777" w:rsidR="009E2416" w:rsidRDefault="009E2416" w:rsidP="00CC4B1C">
            <w:r>
              <w:t>Storyteller at HQ</w:t>
            </w:r>
          </w:p>
        </w:tc>
        <w:tc>
          <w:tcPr>
            <w:tcW w:w="3120" w:type="dxa"/>
          </w:tcPr>
          <w:p w14:paraId="35172C92" w14:textId="6CC0AB0D" w:rsidR="009E2416" w:rsidRDefault="009E2416" w:rsidP="00CC4B1C"/>
        </w:tc>
      </w:tr>
      <w:tr w:rsidR="009E2416" w14:paraId="3EE3FAD5" w14:textId="77777777" w:rsidTr="00CC4B1C">
        <w:tc>
          <w:tcPr>
            <w:tcW w:w="3120" w:type="dxa"/>
          </w:tcPr>
          <w:p w14:paraId="3D188748" w14:textId="77777777" w:rsidR="009E2416" w:rsidRDefault="009E2416" w:rsidP="00CC4B1C">
            <w:r>
              <w:t>Four signatures make you a Master Brigade. All seven, plus every station, make the Royal Rack.</w:t>
            </w:r>
          </w:p>
        </w:tc>
        <w:tc>
          <w:tcPr>
            <w:tcW w:w="3120" w:type="dxa"/>
          </w:tcPr>
          <w:p w14:paraId="710AAA6C" w14:textId="77777777" w:rsidR="009E2416" w:rsidRDefault="009E2416" w:rsidP="00CC4B1C">
            <w:r>
              <w:t xml:space="preserve"> </w:t>
            </w:r>
          </w:p>
        </w:tc>
        <w:tc>
          <w:tcPr>
            <w:tcW w:w="3120" w:type="dxa"/>
          </w:tcPr>
          <w:p w14:paraId="4138E633" w14:textId="77777777" w:rsidR="009E2416" w:rsidRDefault="009E2416" w:rsidP="00CC4B1C">
            <w:r>
              <w:t xml:space="preserve"> </w:t>
            </w:r>
          </w:p>
        </w:tc>
      </w:tr>
    </w:tbl>
    <w:p w14:paraId="4B1AA215" w14:textId="2706AA9D" w:rsidR="009E2416" w:rsidRDefault="009E2416" w:rsidP="009E2416">
      <w:pPr>
        <w:pStyle w:val="Heading2"/>
      </w:pPr>
    </w:p>
    <w:tbl>
      <w:tblPr>
        <w:tblStyle w:val="TableGrid"/>
        <w:tblW w:w="0" w:type="auto"/>
        <w:tblLook w:val="0000" w:firstRow="0" w:lastRow="0" w:firstColumn="0" w:lastColumn="0" w:noHBand="0" w:noVBand="0"/>
      </w:tblPr>
      <w:tblGrid>
        <w:gridCol w:w="9350"/>
      </w:tblGrid>
      <w:tr w:rsidR="009E2416" w14:paraId="500399FD" w14:textId="77777777" w:rsidTr="00CC4B1C">
        <w:tc>
          <w:tcPr>
            <w:tcW w:w="9360" w:type="dxa"/>
          </w:tcPr>
          <w:p w14:paraId="57C8DE43" w14:textId="76B47422" w:rsidR="009E2416" w:rsidRDefault="009E2416" w:rsidP="00CC4B1C">
            <w:proofErr w:type="gramStart"/>
            <w:r>
              <w:t>[  CAMP</w:t>
            </w:r>
            <w:proofErr w:type="gramEnd"/>
            <w:r>
              <w:t xml:space="preserve"> </w:t>
            </w:r>
            <w:proofErr w:type="gramStart"/>
            <w:r>
              <w:t>MAP  -</w:t>
            </w:r>
            <w:proofErr w:type="gramEnd"/>
            <w:r>
              <w:t xml:space="preserve">  in </w:t>
            </w:r>
            <w:proofErr w:type="gramStart"/>
            <w:r>
              <w:t>development ]</w:t>
            </w:r>
            <w:proofErr w:type="gramEnd"/>
          </w:p>
        </w:tc>
      </w:tr>
      <w:tr w:rsidR="009E2416" w14:paraId="27FB47EC" w14:textId="77777777" w:rsidTr="00CC4B1C">
        <w:tc>
          <w:tcPr>
            <w:tcW w:w="9360" w:type="dxa"/>
          </w:tcPr>
          <w:p w14:paraId="35375D19" w14:textId="79932C17" w:rsidR="009E2416" w:rsidRDefault="009E2416" w:rsidP="00CC4B1C">
            <w:r>
              <w:t>Stations numbered to match the list opposite. Also mark</w:t>
            </w:r>
            <w:r w:rsidR="00F729BB">
              <w:t xml:space="preserve"> </w:t>
            </w:r>
            <w:r>
              <w:t xml:space="preserve">campsites, Camp HQ, the Parade Field, the Campfire Bowl, the </w:t>
            </w:r>
            <w:proofErr w:type="gramStart"/>
            <w:r>
              <w:t>World Wide</w:t>
            </w:r>
            <w:proofErr w:type="gramEnd"/>
            <w:r>
              <w:t xml:space="preserve"> Fire, water, latrines, and first aid.</w:t>
            </w:r>
          </w:p>
        </w:tc>
      </w:tr>
    </w:tbl>
    <w:p w14:paraId="6E02F948" w14:textId="1E0F5E60" w:rsidR="009E2416" w:rsidRDefault="009E2416" w:rsidP="009E2416">
      <w:pPr>
        <w:pStyle w:val="Heading2"/>
      </w:pPr>
    </w:p>
    <w:tbl>
      <w:tblPr>
        <w:tblStyle w:val="TableGrid"/>
        <w:tblW w:w="0" w:type="auto"/>
        <w:tblLook w:val="0000" w:firstRow="0" w:lastRow="0" w:firstColumn="0" w:lastColumn="0" w:noHBand="0" w:noVBand="0"/>
      </w:tblPr>
      <w:tblGrid>
        <w:gridCol w:w="9350"/>
      </w:tblGrid>
      <w:tr w:rsidR="009E2416" w14:paraId="4FA9CED9" w14:textId="77777777" w:rsidTr="00CC4B1C">
        <w:tc>
          <w:tcPr>
            <w:tcW w:w="9360" w:type="dxa"/>
          </w:tcPr>
          <w:p w14:paraId="0322231D" w14:textId="77777777" w:rsidR="009E2416" w:rsidRDefault="009E2416" w:rsidP="00CC4B1C">
            <w:r w:rsidRPr="24A3F2D9">
              <w:rPr>
                <w:b/>
                <w:bCs/>
                <w:color w:val="32431B"/>
                <w:sz w:val="32"/>
                <w:szCs w:val="32"/>
              </w:rPr>
              <w:t>YOU HAVE MADE THE RENDEZVOUS</w:t>
            </w:r>
          </w:p>
        </w:tc>
      </w:tr>
      <w:tr w:rsidR="009E2416" w14:paraId="54CA52F5" w14:textId="77777777" w:rsidTr="00CC4B1C">
        <w:tc>
          <w:tcPr>
            <w:tcW w:w="9360" w:type="dxa"/>
          </w:tcPr>
          <w:p w14:paraId="40714755" w14:textId="77777777" w:rsidR="009E2416" w:rsidRDefault="009E2416" w:rsidP="00CC4B1C">
            <w:r>
              <w:t>Turn in your Passport at Camp HQ.</w:t>
            </w:r>
          </w:p>
        </w:tc>
      </w:tr>
      <w:tr w:rsidR="009E2416" w14:paraId="76F8A1E1" w14:textId="77777777" w:rsidTr="00CC4B1C">
        <w:tc>
          <w:tcPr>
            <w:tcW w:w="9360" w:type="dxa"/>
          </w:tcPr>
          <w:p w14:paraId="70DD5AFD" w14:textId="3B23C890" w:rsidR="009E2416" w:rsidRDefault="009E2416" w:rsidP="00CC4B1C">
            <w:r>
              <w:t xml:space="preserve">Patrol Leader </w:t>
            </w:r>
            <w:r w:rsidR="00405666">
              <w:t xml:space="preserve">Signature </w:t>
            </w:r>
            <w:r w:rsidR="006856B0">
              <w:t>~</w:t>
            </w:r>
          </w:p>
        </w:tc>
      </w:tr>
      <w:tr w:rsidR="009E2416" w14:paraId="0019624E" w14:textId="77777777" w:rsidTr="00CC4B1C">
        <w:tc>
          <w:tcPr>
            <w:tcW w:w="9360" w:type="dxa"/>
          </w:tcPr>
          <w:p w14:paraId="3B672C40" w14:textId="28E3CE54" w:rsidR="009E2416" w:rsidRDefault="009E2416" w:rsidP="00CC4B1C">
            <w:r>
              <w:t xml:space="preserve">Chief Scout of the Rendezvous </w:t>
            </w:r>
            <w:r w:rsidR="00405666">
              <w:t xml:space="preserve">Signature </w:t>
            </w:r>
            <w:r w:rsidR="006856B0">
              <w:t>~</w:t>
            </w:r>
          </w:p>
        </w:tc>
      </w:tr>
      <w:tr w:rsidR="009E2416" w14:paraId="7EE29EAD" w14:textId="77777777" w:rsidTr="00CC4B1C">
        <w:tc>
          <w:tcPr>
            <w:tcW w:w="9360" w:type="dxa"/>
          </w:tcPr>
          <w:p w14:paraId="68DCEFA6" w14:textId="77777777" w:rsidR="009E2416" w:rsidRDefault="009E2416" w:rsidP="00CC4B1C">
            <w:r>
              <w:t>"The most worthwhile thing is to try and put happiness into the lives of others."  - Baden-Powell</w:t>
            </w:r>
          </w:p>
        </w:tc>
      </w:tr>
    </w:tbl>
    <w:p w14:paraId="17CDF973" w14:textId="77777777" w:rsidR="004B229D" w:rsidRDefault="004B229D"/>
    <w:p w14:paraId="7EC21E61" w14:textId="78145C68" w:rsidR="0025315B" w:rsidRDefault="0025315B">
      <w:pPr>
        <w:spacing w:after="0" w:line="240" w:lineRule="auto"/>
      </w:pPr>
      <w:r>
        <w:br w:type="page"/>
      </w:r>
    </w:p>
    <w:p w14:paraId="4029F4A6" w14:textId="5323B064" w:rsidR="0025315B" w:rsidRDefault="0025315B">
      <w:r w:rsidRPr="0025315B">
        <w:rPr>
          <w:noProof/>
        </w:rPr>
        <w:lastRenderedPageBreak/>
        <w:drawing>
          <wp:inline distT="0" distB="0" distL="0" distR="0" wp14:anchorId="1B32C02D" wp14:editId="512A164C">
            <wp:extent cx="5943600" cy="7684770"/>
            <wp:effectExtent l="0" t="0" r="0" b="0"/>
            <wp:docPr id="1643974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74077" name=""/>
                    <pic:cNvPicPr/>
                  </pic:nvPicPr>
                  <pic:blipFill>
                    <a:blip r:embed="rId7"/>
                    <a:stretch>
                      <a:fillRect/>
                    </a:stretch>
                  </pic:blipFill>
                  <pic:spPr>
                    <a:xfrm>
                      <a:off x="0" y="0"/>
                      <a:ext cx="5943600" cy="7684770"/>
                    </a:xfrm>
                    <a:prstGeom prst="rect">
                      <a:avLst/>
                    </a:prstGeom>
                  </pic:spPr>
                </pic:pic>
              </a:graphicData>
            </a:graphic>
          </wp:inline>
        </w:drawing>
      </w:r>
    </w:p>
    <w:sectPr w:rsidR="0025315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5061601">
    <w:abstractNumId w:val="8"/>
  </w:num>
  <w:num w:numId="2" w16cid:durableId="1103460081">
    <w:abstractNumId w:val="6"/>
  </w:num>
  <w:num w:numId="3" w16cid:durableId="1260872403">
    <w:abstractNumId w:val="5"/>
  </w:num>
  <w:num w:numId="4" w16cid:durableId="52241482">
    <w:abstractNumId w:val="4"/>
  </w:num>
  <w:num w:numId="5" w16cid:durableId="1447581222">
    <w:abstractNumId w:val="7"/>
  </w:num>
  <w:num w:numId="6" w16cid:durableId="983580539">
    <w:abstractNumId w:val="3"/>
  </w:num>
  <w:num w:numId="7" w16cid:durableId="527913586">
    <w:abstractNumId w:val="2"/>
  </w:num>
  <w:num w:numId="8" w16cid:durableId="846402350">
    <w:abstractNumId w:val="1"/>
  </w:num>
  <w:num w:numId="9" w16cid:durableId="19314276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918"/>
    <w:rsid w:val="00014C28"/>
    <w:rsid w:val="00021BEC"/>
    <w:rsid w:val="00032AC0"/>
    <w:rsid w:val="00034616"/>
    <w:rsid w:val="000409AD"/>
    <w:rsid w:val="0006063C"/>
    <w:rsid w:val="00070294"/>
    <w:rsid w:val="00092F23"/>
    <w:rsid w:val="000A4B32"/>
    <w:rsid w:val="000E2FA7"/>
    <w:rsid w:val="000F0030"/>
    <w:rsid w:val="000F1FE5"/>
    <w:rsid w:val="000F6C16"/>
    <w:rsid w:val="000F78A1"/>
    <w:rsid w:val="00120C3C"/>
    <w:rsid w:val="00120CDA"/>
    <w:rsid w:val="0015074B"/>
    <w:rsid w:val="00154842"/>
    <w:rsid w:val="00180AC2"/>
    <w:rsid w:val="001C45EB"/>
    <w:rsid w:val="001E091F"/>
    <w:rsid w:val="001E3094"/>
    <w:rsid w:val="001F2654"/>
    <w:rsid w:val="00201EE3"/>
    <w:rsid w:val="00247C2D"/>
    <w:rsid w:val="0025315B"/>
    <w:rsid w:val="00253C8C"/>
    <w:rsid w:val="00270749"/>
    <w:rsid w:val="00281254"/>
    <w:rsid w:val="00282790"/>
    <w:rsid w:val="0029639D"/>
    <w:rsid w:val="002A6E94"/>
    <w:rsid w:val="002B10C7"/>
    <w:rsid w:val="002C3301"/>
    <w:rsid w:val="002D380A"/>
    <w:rsid w:val="002D6DF2"/>
    <w:rsid w:val="002E0EF6"/>
    <w:rsid w:val="00300BE6"/>
    <w:rsid w:val="0030626E"/>
    <w:rsid w:val="00322577"/>
    <w:rsid w:val="00326F90"/>
    <w:rsid w:val="003303A5"/>
    <w:rsid w:val="00330954"/>
    <w:rsid w:val="0033619A"/>
    <w:rsid w:val="00354FEB"/>
    <w:rsid w:val="00376EAC"/>
    <w:rsid w:val="003B4C06"/>
    <w:rsid w:val="003B63F7"/>
    <w:rsid w:val="003C337C"/>
    <w:rsid w:val="003C7F40"/>
    <w:rsid w:val="003F1D5D"/>
    <w:rsid w:val="00403BBA"/>
    <w:rsid w:val="00405666"/>
    <w:rsid w:val="00446B3B"/>
    <w:rsid w:val="004622E7"/>
    <w:rsid w:val="00480128"/>
    <w:rsid w:val="00491944"/>
    <w:rsid w:val="0049498D"/>
    <w:rsid w:val="0049621B"/>
    <w:rsid w:val="00497505"/>
    <w:rsid w:val="004A2961"/>
    <w:rsid w:val="004B229D"/>
    <w:rsid w:val="004E6BFB"/>
    <w:rsid w:val="00501F20"/>
    <w:rsid w:val="005031FF"/>
    <w:rsid w:val="00530ABD"/>
    <w:rsid w:val="00544FE2"/>
    <w:rsid w:val="0056564F"/>
    <w:rsid w:val="005668A0"/>
    <w:rsid w:val="00597E58"/>
    <w:rsid w:val="005A00A3"/>
    <w:rsid w:val="005A2417"/>
    <w:rsid w:val="005D707B"/>
    <w:rsid w:val="005E0C91"/>
    <w:rsid w:val="005E48B3"/>
    <w:rsid w:val="005F0982"/>
    <w:rsid w:val="005F2D48"/>
    <w:rsid w:val="006204CF"/>
    <w:rsid w:val="00620D55"/>
    <w:rsid w:val="00627396"/>
    <w:rsid w:val="00643C3D"/>
    <w:rsid w:val="00644424"/>
    <w:rsid w:val="00675F78"/>
    <w:rsid w:val="006764F2"/>
    <w:rsid w:val="006856B0"/>
    <w:rsid w:val="00694CF5"/>
    <w:rsid w:val="00710D04"/>
    <w:rsid w:val="00714BF1"/>
    <w:rsid w:val="007166EE"/>
    <w:rsid w:val="00724B2A"/>
    <w:rsid w:val="00733611"/>
    <w:rsid w:val="00735796"/>
    <w:rsid w:val="00744DF8"/>
    <w:rsid w:val="0075640A"/>
    <w:rsid w:val="00772FC9"/>
    <w:rsid w:val="00776150"/>
    <w:rsid w:val="00780D3B"/>
    <w:rsid w:val="00787E98"/>
    <w:rsid w:val="007A5939"/>
    <w:rsid w:val="007B05A5"/>
    <w:rsid w:val="007B25AC"/>
    <w:rsid w:val="007F6EEA"/>
    <w:rsid w:val="0080210E"/>
    <w:rsid w:val="00821D67"/>
    <w:rsid w:val="00834AC1"/>
    <w:rsid w:val="008511BD"/>
    <w:rsid w:val="00852220"/>
    <w:rsid w:val="00857234"/>
    <w:rsid w:val="00860F78"/>
    <w:rsid w:val="00874B25"/>
    <w:rsid w:val="008C2505"/>
    <w:rsid w:val="008D3835"/>
    <w:rsid w:val="008E4DD9"/>
    <w:rsid w:val="008E6891"/>
    <w:rsid w:val="008F2E0C"/>
    <w:rsid w:val="008F4464"/>
    <w:rsid w:val="008F6BD9"/>
    <w:rsid w:val="008F6D36"/>
    <w:rsid w:val="0092222E"/>
    <w:rsid w:val="00930232"/>
    <w:rsid w:val="00940920"/>
    <w:rsid w:val="009560EF"/>
    <w:rsid w:val="009564F9"/>
    <w:rsid w:val="00960A0D"/>
    <w:rsid w:val="0098128F"/>
    <w:rsid w:val="009944AE"/>
    <w:rsid w:val="009E2416"/>
    <w:rsid w:val="00A3195D"/>
    <w:rsid w:val="00A35AA7"/>
    <w:rsid w:val="00A411C4"/>
    <w:rsid w:val="00A4666E"/>
    <w:rsid w:val="00A46A74"/>
    <w:rsid w:val="00A64132"/>
    <w:rsid w:val="00A76222"/>
    <w:rsid w:val="00A84D76"/>
    <w:rsid w:val="00AA1D8D"/>
    <w:rsid w:val="00AA22D2"/>
    <w:rsid w:val="00AA3C6D"/>
    <w:rsid w:val="00AD37A5"/>
    <w:rsid w:val="00AF4438"/>
    <w:rsid w:val="00B31CDF"/>
    <w:rsid w:val="00B47730"/>
    <w:rsid w:val="00B50059"/>
    <w:rsid w:val="00B55F8E"/>
    <w:rsid w:val="00B627A8"/>
    <w:rsid w:val="00B87766"/>
    <w:rsid w:val="00BA1DA6"/>
    <w:rsid w:val="00BB3705"/>
    <w:rsid w:val="00BF22CA"/>
    <w:rsid w:val="00BF2B30"/>
    <w:rsid w:val="00C00FBF"/>
    <w:rsid w:val="00C1675D"/>
    <w:rsid w:val="00C4278D"/>
    <w:rsid w:val="00C54C81"/>
    <w:rsid w:val="00C64376"/>
    <w:rsid w:val="00CB0664"/>
    <w:rsid w:val="00CD01FB"/>
    <w:rsid w:val="00CE32DE"/>
    <w:rsid w:val="00CE45A5"/>
    <w:rsid w:val="00D02D90"/>
    <w:rsid w:val="00D15DF0"/>
    <w:rsid w:val="00D23452"/>
    <w:rsid w:val="00D25872"/>
    <w:rsid w:val="00D2648A"/>
    <w:rsid w:val="00D62900"/>
    <w:rsid w:val="00DA4C39"/>
    <w:rsid w:val="00DA59D7"/>
    <w:rsid w:val="00DA7D70"/>
    <w:rsid w:val="00DC0D21"/>
    <w:rsid w:val="00DD0313"/>
    <w:rsid w:val="00DF7DBE"/>
    <w:rsid w:val="00E166DC"/>
    <w:rsid w:val="00E272BB"/>
    <w:rsid w:val="00E43BE5"/>
    <w:rsid w:val="00E73B08"/>
    <w:rsid w:val="00E8461F"/>
    <w:rsid w:val="00EA13E3"/>
    <w:rsid w:val="00EB7129"/>
    <w:rsid w:val="00EC2CB7"/>
    <w:rsid w:val="00EE3B44"/>
    <w:rsid w:val="00EF71FE"/>
    <w:rsid w:val="00F55CF9"/>
    <w:rsid w:val="00F729BB"/>
    <w:rsid w:val="00F72AF7"/>
    <w:rsid w:val="00F91BD8"/>
    <w:rsid w:val="00FA772B"/>
    <w:rsid w:val="00FC693F"/>
    <w:rsid w:val="00FD10D4"/>
    <w:rsid w:val="00FD3AF9"/>
    <w:rsid w:val="01BCF44F"/>
    <w:rsid w:val="038C521F"/>
    <w:rsid w:val="0524B1BB"/>
    <w:rsid w:val="0577B89F"/>
    <w:rsid w:val="07311CDE"/>
    <w:rsid w:val="078ED638"/>
    <w:rsid w:val="07A99FEB"/>
    <w:rsid w:val="0827A0F8"/>
    <w:rsid w:val="08B04688"/>
    <w:rsid w:val="08C38C0F"/>
    <w:rsid w:val="0AB13417"/>
    <w:rsid w:val="0ABD9924"/>
    <w:rsid w:val="0BFBA113"/>
    <w:rsid w:val="0E82C74D"/>
    <w:rsid w:val="10B2B291"/>
    <w:rsid w:val="1162F3AA"/>
    <w:rsid w:val="11EA8FCF"/>
    <w:rsid w:val="135AFFB5"/>
    <w:rsid w:val="1369D33F"/>
    <w:rsid w:val="1423464E"/>
    <w:rsid w:val="1443A388"/>
    <w:rsid w:val="149C5829"/>
    <w:rsid w:val="14D4FA92"/>
    <w:rsid w:val="15450299"/>
    <w:rsid w:val="157D6C3A"/>
    <w:rsid w:val="15D39B3B"/>
    <w:rsid w:val="1612D1F8"/>
    <w:rsid w:val="17054CED"/>
    <w:rsid w:val="1713BF88"/>
    <w:rsid w:val="177153E6"/>
    <w:rsid w:val="1862766D"/>
    <w:rsid w:val="18EC8A1D"/>
    <w:rsid w:val="199FA9D4"/>
    <w:rsid w:val="19A0557F"/>
    <w:rsid w:val="19F88034"/>
    <w:rsid w:val="1AF3DD1B"/>
    <w:rsid w:val="1B750571"/>
    <w:rsid w:val="1C0C33B7"/>
    <w:rsid w:val="1D17300E"/>
    <w:rsid w:val="1D17B99C"/>
    <w:rsid w:val="1D2D0A16"/>
    <w:rsid w:val="1DD914BD"/>
    <w:rsid w:val="1E466E50"/>
    <w:rsid w:val="1E54F018"/>
    <w:rsid w:val="1EBD0572"/>
    <w:rsid w:val="1EE78C2B"/>
    <w:rsid w:val="1EEB9565"/>
    <w:rsid w:val="1F14AFDE"/>
    <w:rsid w:val="1FBA97CF"/>
    <w:rsid w:val="206EF598"/>
    <w:rsid w:val="2197BB1B"/>
    <w:rsid w:val="222BA61B"/>
    <w:rsid w:val="22588584"/>
    <w:rsid w:val="24C5FA76"/>
    <w:rsid w:val="24C81902"/>
    <w:rsid w:val="25E632BC"/>
    <w:rsid w:val="26E42E3B"/>
    <w:rsid w:val="27124F5D"/>
    <w:rsid w:val="27EB8F83"/>
    <w:rsid w:val="2913A73C"/>
    <w:rsid w:val="291EE1B7"/>
    <w:rsid w:val="2B9220FD"/>
    <w:rsid w:val="2BE741F8"/>
    <w:rsid w:val="2DA6C394"/>
    <w:rsid w:val="2E1491E5"/>
    <w:rsid w:val="2FC1AB4E"/>
    <w:rsid w:val="2FE94D8F"/>
    <w:rsid w:val="30324DEF"/>
    <w:rsid w:val="326E2CCD"/>
    <w:rsid w:val="33661D03"/>
    <w:rsid w:val="33897F48"/>
    <w:rsid w:val="34C9EC4A"/>
    <w:rsid w:val="35359F5E"/>
    <w:rsid w:val="354A429B"/>
    <w:rsid w:val="373C7F96"/>
    <w:rsid w:val="3875CD1B"/>
    <w:rsid w:val="3AB5D731"/>
    <w:rsid w:val="3AEABD04"/>
    <w:rsid w:val="3BF3ED81"/>
    <w:rsid w:val="3C13140C"/>
    <w:rsid w:val="404A1AFA"/>
    <w:rsid w:val="40BC8E8C"/>
    <w:rsid w:val="41CA87A2"/>
    <w:rsid w:val="420905DB"/>
    <w:rsid w:val="42EDB387"/>
    <w:rsid w:val="43BBF400"/>
    <w:rsid w:val="446EC84E"/>
    <w:rsid w:val="47ADF1B9"/>
    <w:rsid w:val="4930578D"/>
    <w:rsid w:val="4A6B8D2C"/>
    <w:rsid w:val="4BE7765A"/>
    <w:rsid w:val="4C2774D3"/>
    <w:rsid w:val="4CC01F5B"/>
    <w:rsid w:val="4CF289D4"/>
    <w:rsid w:val="4E83E6F0"/>
    <w:rsid w:val="4EBFF093"/>
    <w:rsid w:val="504EC4D1"/>
    <w:rsid w:val="516D8F7D"/>
    <w:rsid w:val="51FB6CC3"/>
    <w:rsid w:val="53BDDA1A"/>
    <w:rsid w:val="543F9746"/>
    <w:rsid w:val="54D7CCEF"/>
    <w:rsid w:val="5526FAEF"/>
    <w:rsid w:val="556078C3"/>
    <w:rsid w:val="558B2AA3"/>
    <w:rsid w:val="55DDF833"/>
    <w:rsid w:val="568D8C0B"/>
    <w:rsid w:val="58B0E846"/>
    <w:rsid w:val="58F4F567"/>
    <w:rsid w:val="5A0D737C"/>
    <w:rsid w:val="5A1F78F7"/>
    <w:rsid w:val="5A5E6ACF"/>
    <w:rsid w:val="5B30C8C1"/>
    <w:rsid w:val="5CE7C6EB"/>
    <w:rsid w:val="5CEC2F99"/>
    <w:rsid w:val="5E1AB0F1"/>
    <w:rsid w:val="5F97A871"/>
    <w:rsid w:val="5FBCF7E5"/>
    <w:rsid w:val="637B5ED2"/>
    <w:rsid w:val="64EEF183"/>
    <w:rsid w:val="64F2F506"/>
    <w:rsid w:val="651C26E1"/>
    <w:rsid w:val="6773F2FA"/>
    <w:rsid w:val="67DE8005"/>
    <w:rsid w:val="6804A5FA"/>
    <w:rsid w:val="692502D3"/>
    <w:rsid w:val="693E085B"/>
    <w:rsid w:val="6952F92B"/>
    <w:rsid w:val="69F49B9C"/>
    <w:rsid w:val="6B8CEBF6"/>
    <w:rsid w:val="6DA691BE"/>
    <w:rsid w:val="6DB06A9D"/>
    <w:rsid w:val="6E3B5BB8"/>
    <w:rsid w:val="6E63B9C0"/>
    <w:rsid w:val="6EF1E571"/>
    <w:rsid w:val="6FB540D6"/>
    <w:rsid w:val="7092BAE1"/>
    <w:rsid w:val="71A9E8BE"/>
    <w:rsid w:val="71BF254C"/>
    <w:rsid w:val="72159514"/>
    <w:rsid w:val="72351D0B"/>
    <w:rsid w:val="72C22F3E"/>
    <w:rsid w:val="7339BF13"/>
    <w:rsid w:val="7357312B"/>
    <w:rsid w:val="73EC2E85"/>
    <w:rsid w:val="7540B8B2"/>
    <w:rsid w:val="77B495B1"/>
    <w:rsid w:val="77CEFF0C"/>
    <w:rsid w:val="782E2043"/>
    <w:rsid w:val="7900D53F"/>
    <w:rsid w:val="7A1E9CC5"/>
    <w:rsid w:val="7D54DDB6"/>
    <w:rsid w:val="7E166DDE"/>
    <w:rsid w:val="7F47B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85EC9"/>
  <w14:defaultImageDpi w14:val="300"/>
  <w15:docId w15:val="{989F279E-6BEF-034F-84C9-C6698B2EC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sz w:val="22"/>
      <w:szCs w:val="22"/>
    </w:rPr>
  </w:style>
  <w:style w:type="paragraph" w:styleId="Heading1">
    <w:name w:val="heading 1"/>
    <w:basedOn w:val="Normal"/>
    <w:next w:val="Normal"/>
    <w:link w:val="Heading1Char"/>
    <w:uiPriority w:val="9"/>
    <w:qFormat/>
    <w:rsid w:val="00FC693F"/>
    <w:pPr>
      <w:keepNext/>
      <w:keepLines/>
      <w:spacing w:before="480" w:after="0"/>
      <w:outlineLvl w:val="0"/>
    </w:pPr>
    <w:rPr>
      <w:rFonts w:ascii="Calibri" w:eastAsia="MS Gothic" w:hAnsi="Calibri"/>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eastAsia="MS Gothic" w:hAnsi="Calibri"/>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eastAsia="MS Gothic" w:hAnsi="Calibri"/>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eastAsia="MS Gothic" w:hAnsi="Calibri"/>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eastAsia="MS Gothic" w:hAnsi="Calibri"/>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rPr>
      <w:sz w:val="22"/>
      <w:szCs w:val="22"/>
    </w:rPr>
  </w:style>
  <w:style w:type="character" w:customStyle="1" w:styleId="Heading1Char">
    <w:name w:val="Heading 1 Char"/>
    <w:link w:val="Heading1"/>
    <w:uiPriority w:val="9"/>
    <w:rsid w:val="00FC693F"/>
    <w:rPr>
      <w:rFonts w:ascii="Calibri" w:eastAsia="MS Gothic" w:hAnsi="Calibri" w:cs="Times New Roman"/>
      <w:b/>
      <w:bCs/>
      <w:color w:val="365F91"/>
      <w:sz w:val="28"/>
      <w:szCs w:val="28"/>
    </w:rPr>
  </w:style>
  <w:style w:type="character" w:customStyle="1" w:styleId="Heading2Char">
    <w:name w:val="Heading 2 Char"/>
    <w:link w:val="Heading2"/>
    <w:uiPriority w:val="9"/>
    <w:rsid w:val="00FC693F"/>
    <w:rPr>
      <w:rFonts w:ascii="Calibri" w:eastAsia="MS Gothic" w:hAnsi="Calibri" w:cs="Times New Roman"/>
      <w:b/>
      <w:bCs/>
      <w:color w:val="4F81BD"/>
      <w:sz w:val="26"/>
      <w:szCs w:val="26"/>
    </w:rPr>
  </w:style>
  <w:style w:type="character" w:customStyle="1" w:styleId="Heading3Char">
    <w:name w:val="Heading 3 Char"/>
    <w:link w:val="Heading3"/>
    <w:uiPriority w:val="9"/>
    <w:rsid w:val="00FC693F"/>
    <w:rPr>
      <w:rFonts w:ascii="Calibri" w:eastAsia="MS Gothic" w:hAnsi="Calibri" w:cs="Times New Roman"/>
      <w:b/>
      <w:bCs/>
      <w:color w:val="4F81BD"/>
    </w:rPr>
  </w:style>
  <w:style w:type="paragraph" w:styleId="Title">
    <w:name w:val="Title"/>
    <w:basedOn w:val="Normal"/>
    <w:next w:val="Normal"/>
    <w:link w:val="TitleChar"/>
    <w:uiPriority w:val="10"/>
    <w:qFormat/>
    <w:rsid w:val="00FC693F"/>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FC693F"/>
    <w:rPr>
      <w:rFonts w:ascii="Calibri" w:eastAsia="MS Gothic" w:hAnsi="Calibri" w:cs="Times New Roman"/>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eastAsia="MS Gothic" w:hAnsi="Calibri"/>
      <w:i/>
      <w:iCs/>
      <w:color w:val="4F81BD"/>
      <w:spacing w:val="15"/>
      <w:sz w:val="24"/>
      <w:szCs w:val="24"/>
    </w:rPr>
  </w:style>
  <w:style w:type="character" w:customStyle="1" w:styleId="SubtitleChar">
    <w:name w:val="Subtitle Char"/>
    <w:link w:val="Subtitle"/>
    <w:uiPriority w:val="11"/>
    <w:rsid w:val="00FC693F"/>
    <w:rPr>
      <w:rFonts w:ascii="Calibri" w:eastAsia="MS Gothic" w:hAnsi="Calibri" w:cs="Times New Roman"/>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customStyle="1" w:styleId="MacroTextChar">
    <w:name w:val="Macro Text Char"/>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link w:val="Quote"/>
    <w:uiPriority w:val="29"/>
    <w:rsid w:val="00FC693F"/>
    <w:rPr>
      <w:i/>
      <w:iCs/>
      <w:color w:val="000000"/>
    </w:rPr>
  </w:style>
  <w:style w:type="character" w:customStyle="1" w:styleId="Heading4Char">
    <w:name w:val="Heading 4 Char"/>
    <w:link w:val="Heading4"/>
    <w:uiPriority w:val="9"/>
    <w:semiHidden/>
    <w:rsid w:val="00FC693F"/>
    <w:rPr>
      <w:rFonts w:ascii="Calibri" w:eastAsia="MS Gothic" w:hAnsi="Calibri" w:cs="Times New Roman"/>
      <w:b/>
      <w:bCs/>
      <w:i/>
      <w:iCs/>
      <w:color w:val="4F81BD"/>
    </w:rPr>
  </w:style>
  <w:style w:type="character" w:customStyle="1" w:styleId="Heading5Char">
    <w:name w:val="Heading 5 Char"/>
    <w:link w:val="Heading5"/>
    <w:uiPriority w:val="9"/>
    <w:semiHidden/>
    <w:rsid w:val="00FC693F"/>
    <w:rPr>
      <w:rFonts w:ascii="Calibri" w:eastAsia="MS Gothic" w:hAnsi="Calibri" w:cs="Times New Roman"/>
      <w:color w:val="243F60"/>
    </w:rPr>
  </w:style>
  <w:style w:type="character" w:customStyle="1" w:styleId="Heading6Char">
    <w:name w:val="Heading 6 Char"/>
    <w:link w:val="Heading6"/>
    <w:uiPriority w:val="9"/>
    <w:semiHidden/>
    <w:rsid w:val="00FC693F"/>
    <w:rPr>
      <w:rFonts w:ascii="Calibri" w:eastAsia="MS Gothic" w:hAnsi="Calibri" w:cs="Times New Roman"/>
      <w:i/>
      <w:iCs/>
      <w:color w:val="243F60"/>
    </w:rPr>
  </w:style>
  <w:style w:type="character" w:customStyle="1" w:styleId="Heading7Char">
    <w:name w:val="Heading 7 Char"/>
    <w:link w:val="Heading7"/>
    <w:uiPriority w:val="9"/>
    <w:semiHidden/>
    <w:rsid w:val="00FC693F"/>
    <w:rPr>
      <w:rFonts w:ascii="Calibri" w:eastAsia="MS Gothic" w:hAnsi="Calibri" w:cs="Times New Roman"/>
      <w:i/>
      <w:iCs/>
      <w:color w:val="404040"/>
    </w:rPr>
  </w:style>
  <w:style w:type="character" w:customStyle="1" w:styleId="Heading8Char">
    <w:name w:val="Heading 8 Char"/>
    <w:link w:val="Heading8"/>
    <w:uiPriority w:val="9"/>
    <w:semiHidden/>
    <w:rsid w:val="00FC693F"/>
    <w:rPr>
      <w:rFonts w:ascii="Calibri" w:eastAsia="MS Gothic" w:hAnsi="Calibri" w:cs="Times New Roman"/>
      <w:color w:val="4F81BD"/>
      <w:sz w:val="20"/>
      <w:szCs w:val="20"/>
    </w:rPr>
  </w:style>
  <w:style w:type="character" w:customStyle="1" w:styleId="Heading9Char">
    <w:name w:val="Heading 9 Char"/>
    <w:link w:val="Heading9"/>
    <w:uiPriority w:val="9"/>
    <w:semiHidden/>
    <w:rsid w:val="00FC693F"/>
    <w:rPr>
      <w:rFonts w:ascii="Calibri" w:eastAsia="MS Gothic" w:hAnsi="Calibri" w:cs="Times New Roman"/>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uiPriority w:val="22"/>
    <w:qFormat/>
    <w:rsid w:val="00FC693F"/>
    <w:rPr>
      <w:b/>
      <w:bCs/>
    </w:rPr>
  </w:style>
  <w:style w:type="character" w:styleId="Emphasis">
    <w:name w:val="Emphasis"/>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C693F"/>
    <w:rPr>
      <w:b/>
      <w:bCs/>
      <w:i/>
      <w:iCs/>
      <w:color w:val="4F81BD"/>
    </w:rPr>
  </w:style>
  <w:style w:type="character" w:styleId="SubtleEmphasis">
    <w:name w:val="Subtle Emphasis"/>
    <w:uiPriority w:val="19"/>
    <w:qFormat/>
    <w:rsid w:val="00FC693F"/>
    <w:rPr>
      <w:i/>
      <w:iCs/>
      <w:color w:val="808080"/>
    </w:rPr>
  </w:style>
  <w:style w:type="character" w:styleId="IntenseEmphasis">
    <w:name w:val="Intense Emphasis"/>
    <w:uiPriority w:val="21"/>
    <w:qFormat/>
    <w:rsid w:val="00FC693F"/>
    <w:rPr>
      <w:b/>
      <w:bCs/>
      <w:i/>
      <w:iCs/>
      <w:color w:val="4F81BD"/>
    </w:rPr>
  </w:style>
  <w:style w:type="character" w:styleId="SubtleReference">
    <w:name w:val="Subtle Reference"/>
    <w:uiPriority w:val="31"/>
    <w:qFormat/>
    <w:rsid w:val="00FC693F"/>
    <w:rPr>
      <w:smallCaps/>
      <w:color w:val="C0504D"/>
      <w:u w:val="single"/>
    </w:rPr>
  </w:style>
  <w:style w:type="character" w:styleId="IntenseReference">
    <w:name w:val="Intense Reference"/>
    <w:uiPriority w:val="32"/>
    <w:qFormat/>
    <w:rsid w:val="00FC693F"/>
    <w:rPr>
      <w:b/>
      <w:bCs/>
      <w:smallCaps/>
      <w:color w:val="C0504D"/>
      <w:spacing w:val="5"/>
      <w:u w:val="single"/>
    </w:rPr>
  </w:style>
  <w:style w:type="character" w:styleId="BookTitle">
    <w:name w:val="Book Title"/>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C693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C693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C693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C693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C693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C693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FC693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CB066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CB0664"/>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CB0664"/>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CB0664"/>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CB0664"/>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CB0664"/>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CB0664"/>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CB0664"/>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CB0664"/>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CB0664"/>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CB0664"/>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B0664"/>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CB0664"/>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CB0664"/>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CB0664"/>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CB0664"/>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CB0664"/>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CB0664"/>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CB0664"/>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CB0664"/>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CB0664"/>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CB0664"/>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CB066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CB0664"/>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CB0664"/>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CB0664"/>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CB066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CB0664"/>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CB066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CB066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CB0664"/>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CB0664"/>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CB0664"/>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CB0664"/>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CB0664"/>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CB0664"/>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CB0664"/>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CB0664"/>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CB0664"/>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CB0664"/>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CB0664"/>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CB0664"/>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CB0664"/>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1et8vw6">
    <w:name w:val="___1et8vw6"/>
    <w:basedOn w:val="Normal"/>
    <w:rsid w:val="004A296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17</Pages>
  <Words>4356</Words>
  <Characters>20870</Characters>
  <Application>Microsoft Office Word</Application>
  <DocSecurity>0</DocSecurity>
  <Lines>719</Lines>
  <Paragraphs>485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Attebery</dc:creator>
  <cp:keywords/>
  <dc:description/>
  <cp:lastModifiedBy>Matt Attebery</cp:lastModifiedBy>
  <cp:revision>12</cp:revision>
  <cp:lastPrinted>2026-09-09T00:46:00Z</cp:lastPrinted>
  <dcterms:created xsi:type="dcterms:W3CDTF">2026-09-09T15:59:00Z</dcterms:created>
  <dcterms:modified xsi:type="dcterms:W3CDTF">2026-10-11T02:20:00Z</dcterms:modified>
  <cp:category/>
</cp:coreProperties>
</file>