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700"/>
        <w:jc w:val="center"/>
      </w:pPr>
      <w:r>
        <w:rPr>
          <w:b/>
          <w:color w:val="1F4D45"/>
          <w:sz w:val="62"/>
        </w:rPr>
        <w:t>TRAIL TO TROOP 2026</w:t>
      </w:r>
    </w:p>
    <w:p>
      <w:pPr>
        <w:jc w:val="center"/>
      </w:pPr>
      <w:r>
        <w:rPr>
          <w:b/>
          <w:sz w:val="38"/>
        </w:rPr>
        <w:t>OFFICIAL TROOP LEADER GUIDE</w:t>
      </w:r>
    </w:p>
    <w:p>
      <w:pPr>
        <w:jc w:val="center"/>
      </w:pPr>
      <w:r>
        <w:rPr>
          <w:color w:val="826A30"/>
        </w:rPr>
        <w:t>CHISHOLM TRAIL DISTRICT</w:t>
      </w:r>
    </w:p>
    <w:p>
      <w:pPr>
        <w:spacing w:before="240"/>
        <w:jc w:val="center"/>
      </w:pPr>
      <w:r>
        <w:t>October 23–25, 2026</w:t>
      </w:r>
    </w:p>
    <w:p>
      <w:pPr>
        <w:spacing w:before="240"/>
        <w:jc w:val="center"/>
      </w:pPr>
      <w:r>
        <w:t>Camp Tahuaya  •  2603 Tahuaya Drive  •  Belton, TX 76513</w:t>
      </w:r>
    </w:p>
    <w:p>
      <w:pPr>
        <w:spacing w:before="240"/>
        <w:jc w:val="center"/>
      </w:pPr>
      <w:r>
        <w:t>Theme: Minions and Monsters</w:t>
      </w:r>
    </w:p>
    <w:p>
      <w:pPr>
        <w:jc w:val="center"/>
      </w:pPr>
      <w:r>
        <w:t>Registration: https://scoutingevent.com/564-118900</w:t>
      </w:r>
    </w:p>
    <w:p>
      <w:pPr>
        <w:spacing w:before="1300"/>
        <w:jc w:val="center"/>
      </w:pPr>
      <w:r>
        <w:t>Prepared for participating Scouts BSA troops and adult leaders</w:t>
      </w:r>
    </w:p>
    <w:p>
      <w:r>
        <w:br w:type="page"/>
      </w:r>
    </w:p>
    <w:p>
      <w:pPr>
        <w:pStyle w:val="Heading1"/>
      </w:pPr>
      <w:r>
        <w:t>Leader Quick Reference</w:t>
      </w:r>
    </w:p>
    <w:tbl>
      <w:tblPr>
        <w:tblStyle w:val="LightShading-Accent1"/>
        <w:tblW w:type="auto" w:w="0"/>
        <w:tblLook w:firstColumn="1" w:firstRow="1" w:lastColumn="0" w:lastRow="0" w:noHBand="0" w:noVBand="1" w:val="04A0"/>
      </w:tblPr>
      <w:tblGrid>
        <w:gridCol w:w="4896"/>
        <w:gridCol w:w="4896"/>
      </w:tblGrid>
      <w:tr>
        <w:tc>
          <w:tcPr>
            <w:tcW w:type="dxa" w:w="4896"/>
          </w:tcPr>
          <w:p>
            <w:r>
              <w:t>Event dates</w:t>
            </w:r>
          </w:p>
        </w:tc>
        <w:tc>
          <w:tcPr>
            <w:tcW w:type="dxa" w:w="4896"/>
          </w:tcPr>
          <w:p>
            <w:r>
              <w:t>Friday, October 23 – Sunday, October 25, 2026</w:t>
            </w:r>
          </w:p>
        </w:tc>
      </w:tr>
      <w:tr>
        <w:tc>
          <w:tcPr>
            <w:tcW w:type="dxa" w:w="4896"/>
          </w:tcPr>
          <w:p>
            <w:r>
              <w:t>Visiting Webelos &amp; AOL</w:t>
            </w:r>
          </w:p>
        </w:tc>
        <w:tc>
          <w:tcPr>
            <w:tcW w:type="dxa" w:w="4896"/>
          </w:tcPr>
          <w:p>
            <w:r>
              <w:t>Saturday only</w:t>
            </w:r>
          </w:p>
        </w:tc>
      </w:tr>
      <w:tr>
        <w:tc>
          <w:tcPr>
            <w:tcW w:type="dxa" w:w="4896"/>
          </w:tcPr>
          <w:p>
            <w:r>
              <w:t>Troop check-in</w:t>
            </w:r>
          </w:p>
        </w:tc>
        <w:tc>
          <w:tcPr>
            <w:tcW w:type="dxa" w:w="4896"/>
          </w:tcPr>
          <w:p>
            <w:r>
              <w:t>Friday, 5:00–7:00 PM</w:t>
            </w:r>
          </w:p>
        </w:tc>
      </w:tr>
      <w:tr>
        <w:tc>
          <w:tcPr>
            <w:tcW w:type="dxa" w:w="4896"/>
          </w:tcPr>
          <w:p>
            <w:r>
              <w:t>Location</w:t>
            </w:r>
          </w:p>
        </w:tc>
        <w:tc>
          <w:tcPr>
            <w:tcW w:type="dxa" w:w="4896"/>
          </w:tcPr>
          <w:p>
            <w:r>
              <w:t>Camp Tahuaya, 2603 Tahuaya Drive, Belton, TX 76513</w:t>
            </w:r>
          </w:p>
        </w:tc>
      </w:tr>
      <w:tr>
        <w:tc>
          <w:tcPr>
            <w:tcW w:type="dxa" w:w="4896"/>
          </w:tcPr>
          <w:p>
            <w:r>
              <w:t>Registration</w:t>
            </w:r>
          </w:p>
        </w:tc>
        <w:tc>
          <w:tcPr>
            <w:tcW w:type="dxa" w:w="4896"/>
          </w:tcPr>
          <w:p>
            <w:r>
              <w:t>https://scoutingevent.com/564-118900</w:t>
            </w:r>
          </w:p>
        </w:tc>
      </w:tr>
      <w:tr>
        <w:tc>
          <w:tcPr>
            <w:tcW w:type="dxa" w:w="4896"/>
          </w:tcPr>
          <w:p>
            <w:r>
              <w:t>Troop fee</w:t>
            </w:r>
          </w:p>
        </w:tc>
        <w:tc>
          <w:tcPr>
            <w:tcW w:type="dxa" w:w="4896"/>
          </w:tcPr>
          <w:p>
            <w:r>
              <w:t>$30 per Scouts BSA member</w:t>
            </w:r>
          </w:p>
        </w:tc>
      </w:tr>
      <w:tr>
        <w:tc>
          <w:tcPr>
            <w:tcW w:type="dxa" w:w="4896"/>
          </w:tcPr>
          <w:p>
            <w:r>
              <w:t>Cub Scout / parent fees</w:t>
            </w:r>
          </w:p>
        </w:tc>
        <w:tc>
          <w:tcPr>
            <w:tcW w:type="dxa" w:w="4896"/>
          </w:tcPr>
          <w:p>
            <w:r>
              <w:t>$15 per Cub Scout / $5 per parent</w:t>
            </w:r>
          </w:p>
        </w:tc>
      </w:tr>
      <w:tr>
        <w:tc>
          <w:tcPr>
            <w:tcW w:type="dxa" w:w="4896"/>
          </w:tcPr>
          <w:p>
            <w:r>
              <w:t>Event Chair</w:t>
            </w:r>
          </w:p>
        </w:tc>
        <w:tc>
          <w:tcPr>
            <w:tcW w:type="dxa" w:w="4896"/>
          </w:tcPr>
          <w:p>
            <w:r>
              <w:t>Ashley Johnson • 512-657-9833</w:t>
            </w:r>
          </w:p>
        </w:tc>
      </w:tr>
      <w:tr>
        <w:tc>
          <w:tcPr>
            <w:tcW w:type="dxa" w:w="4896"/>
          </w:tcPr>
          <w:p>
            <w:r>
              <w:t>Membership Chair</w:t>
            </w:r>
          </w:p>
        </w:tc>
        <w:tc>
          <w:tcPr>
            <w:tcW w:type="dxa" w:w="4896"/>
          </w:tcPr>
          <w:p>
            <w:r>
              <w:t>Jennifer Pittman • 512-484-4255</w:t>
            </w:r>
          </w:p>
        </w:tc>
      </w:tr>
    </w:tbl>
    <w:p>
      <w:pPr>
        <w:pStyle w:val="Heading2"/>
      </w:pPr>
      <w:r>
        <w:t>Leader action checklist</w:t>
      </w:r>
    </w:p>
    <w:p>
      <w:pPr>
        <w:pStyle w:val="ListBullet"/>
      </w:pPr>
      <w:r>
        <w:t>Register troop participants and confirm attendance.</w:t>
      </w:r>
    </w:p>
    <w:p>
      <w:pPr>
        <w:pStyle w:val="ListBullet"/>
      </w:pPr>
      <w:r>
        <w:t>Plan a youth-led activity or demonstration and bring all supplies.</w:t>
      </w:r>
    </w:p>
    <w:p>
      <w:pPr>
        <w:pStyle w:val="ListBullet"/>
      </w:pPr>
      <w:r>
        <w:t>Bring troop flyers and shade canopies.</w:t>
      </w:r>
    </w:p>
    <w:p>
      <w:pPr>
        <w:pStyle w:val="ListBullet"/>
      </w:pPr>
      <w:r>
        <w:t>Arrange meals, including Saturday lunch with visiting Cub Scouts.</w:t>
      </w:r>
    </w:p>
    <w:p>
      <w:pPr>
        <w:pStyle w:val="ListBullet"/>
      </w:pPr>
      <w:r>
        <w:t>Collect printed medical forms A/B and adult training certificates.</w:t>
      </w:r>
    </w:p>
    <w:p>
      <w:pPr>
        <w:pStyle w:val="ListBullet"/>
      </w:pPr>
      <w:r>
        <w:t>Review schedules, supervision arrangements, and campsite needs.</w:t>
      </w:r>
    </w:p>
    <w:p>
      <w:pPr>
        <w:pStyle w:val="Heading2"/>
      </w:pPr>
      <w:r>
        <w:t>Items requiring organizer confirmation</w:t>
      </w:r>
    </w:p>
    <w:p>
      <w:r>
        <w:t>Event rules, detailed parking/driving directions, and helpful resource links were placeholders in the supplied draft. Confirm these with event leadership before distributing this guide. Also confirm the stated BALOO requirement and training documentation expectations for participating troops.</w:t>
      </w:r>
    </w:p>
    <w:p>
      <w:r>
        <w:br w:type="page"/>
      </w:r>
    </w:p>
    <w:p>
      <w:pPr>
        <w:pStyle w:val="Heading1"/>
      </w:pPr>
      <w:r>
        <w:t>For Everyone</w:t>
      </w:r>
    </w:p>
    <w:p>
      <w:pPr>
        <w:pStyle w:val="Heading2"/>
      </w:pPr>
      <w:r>
        <w:t>What Is “Trail to Troop”?</w:t>
      </w:r>
    </w:p>
    <w:p>
      <w:r>
        <w:t>It’s a fun day for Arrow of Light Scouts and Webelos to get to know different local Scouting America troops to see which ones they like.This helps Cub Scouts who will later be crossing over to get a sense of which troops feel right to them. While the Cub Scouts are having fun getting to know the Scouts from different troops, their parents/guardians will meet with the adult leaders of the troops to get to know them and ask questions. This allows both Cub Scouts and their parents/guardians to get to know a number of different local troops during one fun-filled day!</w:t>
      </w:r>
    </w:p>
    <w:p>
      <w:r>
        <w:t>Scouts and their leaders will camp at the site from Friday night through Sunday morning to prepare for the festivities.</w:t>
      </w:r>
    </w:p>
    <w:p>
      <w:r>
        <w:t>However, note that the visiting Cub Scouts and their parents/guardians will only attend the one-day event on Saturday.</w:t>
      </w:r>
    </w:p>
    <w:p>
      <w:pPr>
        <w:pStyle w:val="Heading2"/>
      </w:pPr>
      <w:r>
        <w:t>Is This a New Event?</w:t>
      </w:r>
    </w:p>
    <w:p>
      <w:r>
        <w:t>No, it’s been around for (insert number of years here) years. The event is normally called “Webelos Woods.” This year, the Chisholm Trail District has decided to rename it “Trail to Troop” to reflect that it’s an event for Scouts to introduce their troops to both Arrow of Light Scouts and Webelos.</w:t>
      </w:r>
    </w:p>
    <w:p>
      <w:pPr>
        <w:pStyle w:val="Heading2"/>
      </w:pPr>
      <w:r>
        <w:t>Who Can Attend?</w:t>
      </w:r>
    </w:p>
    <w:p>
      <w:r>
        <w:t>Cub Scouts in 4th and 5th grades are invited to come out for the day and visit with the troops around them.</w:t>
      </w:r>
    </w:p>
    <w:p>
      <w:r>
        <w:t>Scout BSA troops are invited to come camp with us from Friday the October 23rd to Sunday October 25th.</w:t>
      </w:r>
    </w:p>
    <w:p>
      <w:pPr>
        <w:pStyle w:val="Heading2"/>
      </w:pPr>
      <w:r>
        <w:t>What Kinds of Activities Will There Be?</w:t>
      </w:r>
    </w:p>
    <w:p>
      <w:r>
        <w:t>Each Troop will come up with a game, demonstration or other activity to make the day fun for the Cub Scouts and help them learn about your troop.  In the evening, everyone will enjoy a campfire with s’mores. The Cub Scouts will go home after this campfire. Then the Scouts will then have dinner together. After that, all the scouts will have a campfire together with skits.</w:t>
      </w:r>
    </w:p>
    <w:p>
      <w:r>
        <w:t>Learn some great ideas for activities your troop can do with the Cub Scouts to get them excited about your troop. Plan these activities in advance and be sure to bring all the needed materials to the event. You want the Cubs to go away thinking, I want to join that troop!</w:t>
      </w:r>
    </w:p>
    <w:p>
      <w:pPr>
        <w:pStyle w:val="Heading2"/>
      </w:pPr>
      <w:r>
        <w:t>Will There Be Separate Activities for Girl and Boy Troops?</w:t>
      </w:r>
    </w:p>
    <w:p>
      <w:r>
        <w:t>Girl and boy troops will eat meals, present flags, and enjoy campfire activities together.</w:t>
      </w:r>
    </w:p>
    <w:p>
      <w:r>
        <w:t>However, on Saturday, girl troops will meet with female Cub Scouts and boy troops will meet with male Cub Scouts. You may notice that there are different schedules for girl troops and boy troops. This is because we have fewer girl troops than boy troops in our district, leading Cub Scouts to have longer meeting times with girl troops than with boy troops.</w:t>
      </w:r>
    </w:p>
    <w:p>
      <w:r>
        <w:t>Tents for boy troops and girl troops will be in separate areas, with adult tent areas placed in between the boys and girls.</w:t>
      </w:r>
    </w:p>
    <w:p>
      <w:pPr>
        <w:pStyle w:val="Heading2"/>
      </w:pPr>
      <w:r>
        <w:t>What Is This Year’s Theme?</w:t>
      </w:r>
    </w:p>
    <w:p>
      <w:r>
        <w:t>Minions and monsters.</w:t>
      </w:r>
    </w:p>
    <w:p>
      <w:pPr>
        <w:pStyle w:val="Heading2"/>
      </w:pPr>
      <w:r>
        <w:t>Will Meals Be Provided?</w:t>
      </w:r>
    </w:p>
    <w:p>
      <w:r>
        <w:t>Troops will be providing food for their scouts and inviting Cubs to have lunch with them on Saturday.</w:t>
      </w:r>
    </w:p>
    <w:p>
      <w:r>
        <w:t>There will be a potluck Cracker Barrel on Friday night for Troop leadership.</w:t>
      </w:r>
    </w:p>
    <w:p>
      <w:r>
        <w:t>We ask that each participant—both adults and youthren—bring a mess kit for eating meals.</w:t>
      </w:r>
    </w:p>
    <w:p>
      <w:pPr>
        <w:pStyle w:val="Heading2"/>
      </w:pPr>
      <w:r>
        <w:t>How Much Does the Event Cost?</w:t>
      </w:r>
    </w:p>
    <w:p>
      <w:r>
        <w:t>Cub Scouts are $15.00</w:t>
      </w:r>
    </w:p>
    <w:p>
      <w:r>
        <w:t>Cub Scouts Parents are $5.00</w:t>
      </w:r>
    </w:p>
    <w:p>
      <w:r>
        <w:t>Scouts BSA members are $30.00</w:t>
      </w:r>
    </w:p>
    <w:p>
      <w:r>
        <w:t>This cost included renting the venue and covering the swag for the camp out.</w:t>
      </w:r>
    </w:p>
    <w:p>
      <w:pPr>
        <w:pStyle w:val="Heading2"/>
      </w:pPr>
      <w:r>
        <w:t>How Can We Sign Up?</w:t>
      </w:r>
    </w:p>
    <w:p>
      <w:r>
        <w:t>https://scoutingevent.com/564-118900</w:t>
      </w:r>
    </w:p>
    <w:p>
      <w:pPr>
        <w:pStyle w:val="Heading2"/>
      </w:pPr>
      <w:r>
        <w:t>What Will the Facilities Be Like?</w:t>
      </w:r>
    </w:p>
    <w:p>
      <w:r>
        <w:t>Camp Tahuaya is a Scouting America camping facility. It’s a large outdoor area with tent sites, bathrooms, and water available. There is a mess hall and a large pavilion.</w:t>
      </w:r>
    </w:p>
    <w:p>
      <w:r>
        <w:t>Seating is limited, so we ask that each adult bring a camping chair.</w:t>
      </w:r>
    </w:p>
    <w:p>
      <w:pPr>
        <w:pStyle w:val="Heading2"/>
      </w:pPr>
      <w:r>
        <w:t>What Should Scouts Wear?</w:t>
      </w:r>
    </w:p>
    <w:p>
      <w:r>
        <w:t>Please come in your Field Uniform (Class A Uniform)</w:t>
      </w:r>
    </w:p>
    <w:p>
      <w:pPr>
        <w:pStyle w:val="Heading2"/>
      </w:pPr>
      <w:r>
        <w:t>What Should We Bring?</w:t>
      </w:r>
    </w:p>
    <w:p>
      <w:r>
        <w:t>PRINTED COPIES of Medical Forms A and B for EVERY participant—both adults and youthren.</w:t>
      </w:r>
    </w:p>
    <w:p>
      <w:r>
        <w:t>A PRINTED COPY of the Safeguarding Youth Training (SYT) course certificate for each adult. (Adults must have completed the full SYT online course that came out in May 2026).</w:t>
      </w:r>
    </w:p>
    <w:p>
      <w:r>
        <w:t>A water bottle for each participant—both adults and youthren.</w:t>
      </w:r>
    </w:p>
    <w:p>
      <w:r>
        <w:t>A daypack for each Cub Scout containing sunscreen, bugspray and the Cub Scout’s first aid kit (if they have made one).</w:t>
      </w:r>
    </w:p>
    <w:p>
      <w:r>
        <w:t>A mess kit for each participant—both adults and youthren.</w:t>
      </w:r>
    </w:p>
    <w:p>
      <w:r>
        <w:t>Snacks.</w:t>
      </w:r>
    </w:p>
    <w:p>
      <w:r>
        <w:t>A camping chair for each adult.</w:t>
      </w:r>
    </w:p>
    <w:p>
      <w:r>
        <w:t>A pen and paper for adults to write notes for themselves about the different troops.</w:t>
      </w:r>
    </w:p>
    <w:p>
      <w:r>
        <w:t>Any needed medications.</w:t>
      </w:r>
    </w:p>
    <w:p>
      <w:r>
        <w:t>For a packing list, see Suggested Personal Gear.</w:t>
      </w:r>
    </w:p>
    <w:p>
      <w:pPr>
        <w:pStyle w:val="Heading2"/>
      </w:pPr>
      <w:r>
        <w:t>Which Items Are Not Allowed at This Event?</w:t>
      </w:r>
    </w:p>
    <w:p>
      <w:r>
        <w:t>See What NOT to Bring to Camp.</w:t>
      </w:r>
    </w:p>
    <w:p>
      <w:pPr>
        <w:pStyle w:val="Heading2"/>
      </w:pPr>
      <w:r>
        <w:t>What Are the Event Rules?</w:t>
      </w:r>
    </w:p>
    <w:p>
      <w:pPr/>
      <w:r>
        <w:t>TO CONFIRM WITH EVENT LEADERSHIP: Insert the event rules – OR – if there are a lot of rules, we can explain that there are a list of rules at the end of the document and list an internal link they can click to get to these rules.</w:t>
      </w:r>
    </w:p>
    <w:p>
      <w:pPr>
        <w:pStyle w:val="Heading2"/>
      </w:pPr>
      <w:r>
        <w:t>How Do We Get to the Site?</w:t>
      </w:r>
    </w:p>
    <w:p>
      <w:pPr/>
      <w:r>
        <w:t>TO CONFIRM WITH EVENT LEADERSHIP: Insert general instructions for getting to the site and for parking. Put a map and specific instructions at the end of the document and give them an internal link to this.</w:t>
      </w:r>
    </w:p>
    <w:p>
      <w:pPr>
        <w:pStyle w:val="Heading2"/>
      </w:pPr>
      <w:r>
        <w:t>Is There Anything Else We Should Know?</w:t>
      </w:r>
    </w:p>
    <w:p>
      <w:pPr/>
      <w:r>
        <w:t>TO CONFIRM WITH EVENT LEADERSHIP: Insert any additional information and/or a message about how fun it will be and what we hope participants will get out of attending.</w:t>
      </w:r>
    </w:p>
    <w:p>
      <w:pPr>
        <w:pStyle w:val="Heading1"/>
      </w:pPr>
      <w:r>
        <w:t>For Leaders</w:t>
      </w:r>
    </w:p>
    <w:p>
      <w:pPr>
        <w:pStyle w:val="Heading2"/>
      </w:pPr>
      <w:r>
        <w:t>Who Can I Contact About This Event?</w:t>
      </w:r>
    </w:p>
    <w:p>
      <w:r>
        <w:t>Ashley Johnson- 512-657-9833- Event Chair</w:t>
      </w:r>
    </w:p>
    <w:p>
      <w:r>
        <w:t>Jennifer Pittman — 512-484-4255 — Chisholm Trail Membership Chair</w:t>
      </w:r>
    </w:p>
    <w:p>
      <w:pPr>
        <w:pStyle w:val="Heading2"/>
      </w:pPr>
      <w:r>
        <w:t>What Are the Troop Requirements to Attend?</w:t>
      </w:r>
    </w:p>
    <w:p>
      <w:r>
        <w:t>There must be two adult leaders from your troop present at the event at all times (two-deep leadership).</w:t>
      </w:r>
    </w:p>
    <w:p>
      <w:r>
        <w:t>At least one adult must have taken the BALOO Training.</w:t>
      </w:r>
    </w:p>
    <w:p>
      <w:r>
        <w:t>ALL participants—adults and youthren—must bring PRINTED COPIES of their Medical Forms A and B.</w:t>
      </w:r>
    </w:p>
    <w:p>
      <w:r>
        <w:t>Every adult attending must bring a PRINTED COPY of their SYT online course certificate.</w:t>
      </w:r>
    </w:p>
    <w:p>
      <w:pPr>
        <w:pStyle w:val="Heading2"/>
      </w:pPr>
      <w:r>
        <w:t>What Additional Items Should Troops Bring?</w:t>
      </w:r>
    </w:p>
    <w:p>
      <w:r>
        <w:t>Flyers about your troop to give to the parents/guardians of the Cub Scouts.</w:t>
      </w:r>
    </w:p>
    <w:p>
      <w:r>
        <w:t>Materials for the activities your Scouts will be doing with the Cub Scouts.</w:t>
      </w:r>
    </w:p>
    <w:p>
      <w:r>
        <w:t>Canopies—one or more, depending on the size of your troop.</w:t>
      </w:r>
    </w:p>
    <w:p>
      <w:pPr>
        <w:pStyle w:val="Heading1"/>
      </w:pPr>
      <w:r>
        <w:t>Additional Information</w:t>
      </w:r>
    </w:p>
    <w:p>
      <w:pPr>
        <w:pStyle w:val="Heading1"/>
      </w:pPr>
      <w:r>
        <w:t>Schedule</w:t>
      </w:r>
    </w:p>
    <w:p>
      <w:pPr>
        <w:pStyle w:val="Heading2"/>
      </w:pPr>
      <w:r>
        <w:t>Boy Troops</w:t>
      </w:r>
    </w:p>
    <w:p>
      <w:r>
        <w:t>Friday</w:t>
      </w:r>
    </w:p>
    <w:p>
      <w:r>
        <w:t>5-7pm Troops check in Friday</w:t>
      </w:r>
    </w:p>
    <w:p>
      <w:r>
        <w:t>8:00 pm- Potluck Cracker Barrell</w:t>
      </w:r>
    </w:p>
    <w:p>
      <w:r>
        <w:t>Saturday</w:t>
      </w:r>
    </w:p>
    <w:p>
      <w:r>
        <w:t>6:00-7:30- Scouts Breakfast</w:t>
      </w:r>
    </w:p>
    <w:p>
      <w:r>
        <w:t>6:30-8:00 am Cubs check in Saturday</w:t>
      </w:r>
    </w:p>
    <w:p>
      <w:r>
        <w:t>8 am- Opening Flags</w:t>
      </w:r>
    </w:p>
    <w:p>
      <w:r>
        <w:t>8:30-9:15- First rotation</w:t>
      </w:r>
    </w:p>
    <w:p>
      <w:r>
        <w:t>9:30-10:15- Second rotation</w:t>
      </w:r>
    </w:p>
    <w:p>
      <w:r>
        <w:t>10:30- 11:15- Third rotation</w:t>
      </w:r>
    </w:p>
    <w:p>
      <w:r>
        <w:t>11:30-12:15- Lunch</w:t>
      </w:r>
    </w:p>
    <w:p>
      <w:r>
        <w:t>12:30-1:15- Fourth rotation</w:t>
      </w:r>
    </w:p>
    <w:p>
      <w:r>
        <w:t>1:30-2:15- Fifth rotation</w:t>
      </w:r>
    </w:p>
    <w:p>
      <w:r>
        <w:t>2:30-3:15- Sixth rotation</w:t>
      </w:r>
    </w:p>
    <w:p>
      <w:r>
        <w:t>3:30-4:15- Seventh rotation</w:t>
      </w:r>
    </w:p>
    <w:p>
      <w:r>
        <w:t>4:30- 5:30- Campfire Smores/Closing Ceremony</w:t>
      </w:r>
    </w:p>
    <w:p>
      <w:r>
        <w:t>5:30-Dusk- Cubscout Camp check out</w:t>
      </w:r>
    </w:p>
    <w:p>
      <w:r>
        <w:t>6:00- 7:30 pm- Scouts Dinner-</w:t>
      </w:r>
    </w:p>
    <w:p>
      <w:r>
        <w:t>7:45- till done- More campfire time</w:t>
      </w:r>
    </w:p>
    <w:p>
      <w:r>
        <w:t>Sunday</w:t>
      </w:r>
    </w:p>
    <w:p>
      <w:r>
        <w:t>6:00-7:30 am - Proposed Sunday Breakfast</w:t>
      </w:r>
    </w:p>
    <w:p>
      <w:r>
        <w:t>7:30-9:00 am- Troops Check out</w:t>
      </w:r>
    </w:p>
    <w:p>
      <w:pPr>
        <w:pStyle w:val="Heading2"/>
      </w:pPr>
      <w:r>
        <w:t>Girl Troops</w:t>
      </w:r>
    </w:p>
    <w:p>
      <w:r>
        <w:t>Friday</w:t>
      </w:r>
    </w:p>
    <w:p>
      <w:r>
        <w:t>5-7pm Troops check</w:t>
      </w:r>
    </w:p>
    <w:p>
      <w:r>
        <w:t>8:00 pm- Potluck Cracker Barrell</w:t>
      </w:r>
    </w:p>
    <w:p>
      <w:r>
        <w:t>Saturday</w:t>
      </w:r>
    </w:p>
    <w:p>
      <w:r>
        <w:t>6:00-7:30- Scouts Breakfast</w:t>
      </w:r>
    </w:p>
    <w:p>
      <w:r>
        <w:t>6:30-8:00 am Cubs check in Saturday</w:t>
      </w:r>
    </w:p>
    <w:p>
      <w:r>
        <w:t>8 am- Opening Flags</w:t>
      </w:r>
    </w:p>
    <w:p>
      <w:r>
        <w:t>8:30-9:30- First rotation</w:t>
      </w:r>
    </w:p>
    <w:p>
      <w:r>
        <w:t>9:45-10:45- Second rotation</w:t>
      </w:r>
    </w:p>
    <w:p>
      <w:r>
        <w:t>11:00-12:15- Lunch</w:t>
      </w:r>
    </w:p>
    <w:p>
      <w:r>
        <w:t>12:30-1:30- Third rotation</w:t>
      </w:r>
    </w:p>
    <w:p>
      <w:r>
        <w:t>1:45-2:45- Fourth rotation</w:t>
      </w:r>
    </w:p>
    <w:p>
      <w:r>
        <w:t>2:45-3:45- Fifth rotation</w:t>
      </w:r>
    </w:p>
    <w:p>
      <w:r>
        <w:t>3:45-4:15- Follow up visits with troops you like</w:t>
      </w:r>
    </w:p>
    <w:p>
      <w:r>
        <w:t>4:30- 5:30- Campfire- Smores/ Closing Ceremony</w:t>
      </w:r>
    </w:p>
    <w:p>
      <w:r>
        <w:t>5:30-Dusk- Cubscout Camp check out</w:t>
      </w:r>
    </w:p>
    <w:p>
      <w:r>
        <w:t>6:00- 7:30 pm- Scouts Dinner-</w:t>
      </w:r>
    </w:p>
    <w:p>
      <w:r>
        <w:t>7:45- till done- More campfire time</w:t>
      </w:r>
    </w:p>
    <w:p>
      <w:r>
        <w:t>Sunday</w:t>
      </w:r>
    </w:p>
    <w:p>
      <w:r>
        <w:t>6:00-7:30 am - Breakfast</w:t>
      </w:r>
    </w:p>
    <w:p>
      <w:r>
        <w:t>7:30-9:00 am- Troops Check out</w:t>
      </w:r>
    </w:p>
    <w:p>
      <w:pPr>
        <w:pStyle w:val="Heading1"/>
      </w:pPr>
      <w:r>
        <w:t>Ideas for Troop Activities with Cub Scouts</w:t>
      </w:r>
    </w:p>
    <w:p>
      <w:r>
        <w:t>On Saturday your troop will be meeting with groups of Cub Scouts. To get them excited about your troop, you’ll be doing a fun activity with them. By the end of the activity, you want the Cub Scouts to be able to answer these questions about your troop:</w:t>
      </w:r>
    </w:p>
    <w:p>
      <w:r>
        <w:t>1. Who are we?</w:t>
      </w:r>
    </w:p>
    <w:p>
      <w:r>
        <w:t>2. What do we love to do?</w:t>
      </w:r>
    </w:p>
    <w:p>
      <w:r>
        <w:t>3. Why would a Cub Scout enjoy joining us?</w:t>
      </w:r>
    </w:p>
    <w:p>
      <w:r>
        <w:t>All activities should fall within the guide to safe scouting.</w:t>
      </w:r>
    </w:p>
    <w:p>
      <w:pPr>
        <w:pStyle w:val="Heading2"/>
      </w:pPr>
      <w:r>
        <w:t>Icebreakers and Get-to-Know-You Games</w:t>
      </w:r>
    </w:p>
    <w:p>
      <w:r>
        <w:t>Scout Bingo—Find someone who has camped in the rain, hiked 10 miles, earned First Class, etc. Great conversation starter.</w:t>
      </w:r>
    </w:p>
    <w:p>
      <w:r>
        <w:t>Two Truths and a Campfire Tale—Each Scout shares two true Scouting experiences and one made-up one. Cubs guess which is fake.</w:t>
      </w:r>
    </w:p>
    <w:p>
      <w:r>
        <w:t>Human Scavenger Hunt—Find troop Scouts who match prompts like:</w:t>
      </w:r>
    </w:p>
    <w:p>
      <w:r>
        <w:t>Has attended summer camp</w:t>
      </w:r>
    </w:p>
    <w:p>
      <w:r>
        <w:t>Has cooked a meal outdoors</w:t>
      </w:r>
    </w:p>
    <w:p>
      <w:r>
        <w:t>Has earned a merit badge in nature</w:t>
      </w:r>
    </w:p>
    <w:p>
      <w:r>
        <w:t>Speed Friendships—Similar to speed dating, but Cubs rotate every two minutes asking a fun question.</w:t>
      </w:r>
    </w:p>
    <w:p>
      <w:pPr>
        <w:pStyle w:val="Heading2"/>
      </w:pPr>
      <w:r>
        <w:t>Team-Building Games</w:t>
      </w:r>
    </w:p>
    <w:p>
      <w:r>
        <w:t>Human Knot—Classic teamwork challenge.</w:t>
      </w:r>
    </w:p>
    <w:p>
      <w:r>
        <w:t>Blindfold Builder—One Scout gives directions while another builds something from natural materials.</w:t>
      </w:r>
    </w:p>
    <w:p>
      <w:r>
        <w:t>Cross the Lava—Teams use limited "stepping stones" (cardboard, carpet squares, etc.) to cross an area.</w:t>
      </w:r>
    </w:p>
    <w:p>
      <w:r>
        <w:t>Minefield—One Scout is blindfolded while teammates guide them through obstacles using only verbal instructions.</w:t>
      </w:r>
    </w:p>
    <w:p>
      <w:pPr>
        <w:pStyle w:val="Heading2"/>
      </w:pPr>
      <w:r>
        <w:t>Active Outdoor Games</w:t>
      </w:r>
    </w:p>
    <w:p>
      <w:r>
        <w:t>Capture the Neckerchief—Scout-friendly version of Capture the Flag.</w:t>
      </w:r>
    </w:p>
    <w:p>
      <w:r>
        <w:t>Sharks and Minnows—Always a hit with Webelos and AOLs.</w:t>
      </w:r>
    </w:p>
    <w:p>
      <w:r>
        <w:t>Steal the Bacon—Two teams race to retrieve an object from the center.</w:t>
      </w:r>
    </w:p>
    <w:p>
      <w:r>
        <w:t>Ultimate Frisbee—Simple and fast-paced.</w:t>
      </w:r>
    </w:p>
    <w:p>
      <w:r>
        <w:t>Kickball, Scout Style—Add Scout-themed bases (Camp, Trail, Patrol, Troop).</w:t>
      </w:r>
    </w:p>
    <w:p>
      <w:pPr>
        <w:pStyle w:val="Heading2"/>
      </w:pPr>
      <w:r>
        <w:t>Scouting-Themed Challenges</w:t>
      </w:r>
    </w:p>
    <w:p>
      <w:r>
        <w:t>Patrol Flag Challenge—Create a patrol name, flag, and cheer together. Reinforces the patrol-method concepts emphasized in Arrow of Light.</w:t>
      </w:r>
    </w:p>
    <w:p>
      <w:r>
        <w:t>Knot Relay—Troop Scouts teach a simple knot, then mixed teams race to tie it correctly.</w:t>
      </w:r>
    </w:p>
    <w:p>
      <w:r>
        <w:t>Can reinforce outdoor skill development related to Outdoor Adventurer.</w:t>
      </w:r>
    </w:p>
    <w:p>
      <w:r>
        <w:t>Scout Law Charades—Teams act out points of the Scout Law.</w:t>
      </w:r>
    </w:p>
    <w:p>
      <w:r>
        <w:t>Leave No Trace Relay—Teams identify good and bad outdoor practices. Supports outdoor stewardship concepts emphasized in outdoor adventures.</w:t>
      </w:r>
    </w:p>
    <w:p>
      <w:pPr>
        <w:pStyle w:val="Heading2"/>
      </w:pPr>
      <w:r>
        <w:t>Creative and Silly Games</w:t>
      </w:r>
    </w:p>
    <w:p>
      <w:r>
        <w:t>Campfire Skit Challenge—Mixed groups create and perform a 60-second skit.</w:t>
      </w:r>
    </w:p>
    <w:p>
      <w:r>
        <w:t>Troop Mascot Contest—Create a mascot from natural materials and present it.</w:t>
      </w:r>
    </w:p>
    <w:p>
      <w:r>
        <w:t>The Great Scout Olympics—Four quick stations:</w:t>
      </w:r>
    </w:p>
    <w:p>
      <w:r>
        <w:t>Balance challenge</w:t>
      </w:r>
    </w:p>
    <w:p>
      <w:r>
        <w:t>Team relay</w:t>
      </w:r>
    </w:p>
    <w:p>
      <w:r>
        <w:t>Nature challenge</w:t>
      </w:r>
    </w:p>
    <w:p>
      <w:r>
        <w:t>Scout trivia challenge</w:t>
      </w:r>
    </w:p>
    <w:p>
      <w:pPr>
        <w:pStyle w:val="Heading1"/>
      </w:pPr>
      <w:r>
        <w:t>Packing Lists</w:t>
      </w:r>
    </w:p>
    <w:p>
      <w:pPr>
        <w:pStyle w:val="Heading2"/>
      </w:pPr>
      <w:r>
        <w:t>Suggested Personal Gear</w:t>
      </w:r>
    </w:p>
    <w:p>
      <w:r>
        <w:t>Health and Medical forms (part A &amp; B) for every attendee</w:t>
      </w:r>
    </w:p>
    <w:p>
      <w:r>
        <w:t>Ground cloth</w:t>
      </w:r>
    </w:p>
    <w:p>
      <w:r>
        <w:t>Tent</w:t>
      </w:r>
    </w:p>
    <w:p>
      <w:r>
        <w:t>Sleeping bag</w:t>
      </w:r>
    </w:p>
    <w:p>
      <w:r>
        <w:t>Extra blanket</w:t>
      </w:r>
    </w:p>
    <w:p>
      <w:r>
        <w:t>Pillow</w:t>
      </w:r>
    </w:p>
    <w:p>
      <w:r>
        <w:t>Mess kit with utensils</w:t>
      </w:r>
    </w:p>
    <w:p>
      <w:r>
        <w:t>Drinking cup / bottle to carry during the day</w:t>
      </w:r>
    </w:p>
    <w:p>
      <w:r>
        <w:t>Field uniform (Scout uniform)</w:t>
      </w:r>
    </w:p>
    <w:p>
      <w:r>
        <w:t>Activity uniform (Scout t-shirt)</w:t>
      </w:r>
    </w:p>
    <w:p>
      <w:r>
        <w:t>Change of clothes appropriate for weather</w:t>
      </w:r>
    </w:p>
    <w:p>
      <w:r>
        <w:t>Closed-toed shoes</w:t>
      </w:r>
    </w:p>
    <w:p>
      <w:r>
        <w:t>Jacket/sweatshirts</w:t>
      </w:r>
    </w:p>
    <w:p>
      <w:r>
        <w:t>Rain gear</w:t>
      </w:r>
    </w:p>
    <w:p>
      <w:r>
        <w:t>Hat</w:t>
      </w:r>
    </w:p>
    <w:p>
      <w:r>
        <w:t>Toiletries – soap, towel, toothpaste, toothbrush, comb, deodorant</w:t>
      </w:r>
    </w:p>
    <w:p>
      <w:r>
        <w:t>Personal medications</w:t>
      </w:r>
    </w:p>
    <w:p>
      <w:r>
        <w:t>Pajamas/nightwear</w:t>
      </w:r>
    </w:p>
    <w:p>
      <w:r>
        <w:t>Flashlight and extra batteries</w:t>
      </w:r>
    </w:p>
    <w:p>
      <w:r>
        <w:t>Camp chair</w:t>
      </w:r>
    </w:p>
    <w:p>
      <w:r>
        <w:t>Handbook</w:t>
      </w:r>
    </w:p>
    <w:p>
      <w:r>
        <w:t>Paper and pen</w:t>
      </w:r>
    </w:p>
    <w:p>
      <w:r>
        <w:t>Daypack</w:t>
      </w:r>
    </w:p>
    <w:p>
      <w:r>
        <w:t>Hand sanitizer, optional</w:t>
      </w:r>
    </w:p>
    <w:p>
      <w:r>
        <w:t>Insect repellent</w:t>
      </w:r>
    </w:p>
    <w:p>
      <w:pPr>
        <w:pStyle w:val="Heading2"/>
      </w:pPr>
      <w:r>
        <w:t>Troop Packing Reminders</w:t>
      </w:r>
    </w:p>
    <w:p>
      <w:r>
        <w:t>Shade canopies for Saturday’s activities with the Cub Scouts (one or more)</w:t>
      </w:r>
    </w:p>
    <w:p>
      <w:r>
        <w:t>Materials needed for the activities with Cub Scouts</w:t>
      </w:r>
    </w:p>
    <w:p>
      <w:r>
        <w:t>Flyers about your troop</w:t>
      </w:r>
    </w:p>
    <w:p>
      <w:r>
        <w:t>Food for the Friday night Cracker Barrel</w:t>
      </w:r>
    </w:p>
    <w:p>
      <w:pPr/>
      <w:r>
        <w:t>TO CONFIRM WITH EVENT LEADERSHIP: Insert more items the troop should make sure they bring.</w:t>
      </w:r>
    </w:p>
    <w:p>
      <w:pPr>
        <w:pStyle w:val="Heading2"/>
      </w:pPr>
      <w:r>
        <w:t>What NOT to Bring to Camp</w:t>
      </w:r>
    </w:p>
    <w:p>
      <w:r>
        <w:t>Please do NOT bring any of the following items to this event:</w:t>
      </w:r>
    </w:p>
    <w:p>
      <w:r>
        <w:t>Alcohol</w:t>
      </w:r>
    </w:p>
    <w:p>
      <w:r>
        <w:t>Electronics/game equipment</w:t>
      </w:r>
    </w:p>
    <w:p>
      <w:r>
        <w:t>Firearms</w:t>
      </w:r>
    </w:p>
    <w:p>
      <w:r>
        <w:t>Guns and ammunition</w:t>
      </w:r>
    </w:p>
    <w:p>
      <w:r>
        <w:t>Sheath knives</w:t>
      </w:r>
    </w:p>
    <w:p>
      <w:r>
        <w:t>Fireworks</w:t>
      </w:r>
    </w:p>
    <w:p>
      <w:r>
        <w:t>Illegal drugs</w:t>
      </w:r>
    </w:p>
    <w:p>
      <w:r>
        <w:t>Liquid fuel lanterns or stoves</w:t>
      </w:r>
    </w:p>
    <w:p>
      <w:r>
        <w:t>Pets</w:t>
      </w:r>
    </w:p>
    <w:p>
      <w:r>
        <w:t>Scooters</w:t>
      </w:r>
    </w:p>
    <w:p>
      <w:r>
        <w:t>Skates</w:t>
      </w:r>
    </w:p>
    <w:p>
      <w:r>
        <w:t>Skateboards</w:t>
      </w:r>
    </w:p>
    <w:p>
      <w:r>
        <w:t>Valuables</w:t>
      </w:r>
    </w:p>
    <w:p>
      <w:pPr>
        <w:pStyle w:val="Heading1"/>
      </w:pPr>
      <w:r>
        <w:t>Event Rules</w:t>
      </w:r>
    </w:p>
    <w:p>
      <w:pPr/>
      <w:r>
        <w:t>TO CONFIRM WITH EVENT LEADERSHIP: Insert event rules.</w:t>
      </w:r>
    </w:p>
    <w:p>
      <w:pPr>
        <w:pStyle w:val="Heading1"/>
      </w:pPr>
      <w:r>
        <w:t>Map and Driving Directions</w:t>
      </w:r>
    </w:p>
    <w:p>
      <w:pPr/>
      <w:r>
        <w:t>TO CONFIRM WITH EVENT LEADERSHIP: Insert map and driving directions.</w:t>
      </w:r>
    </w:p>
    <w:p>
      <w:pPr>
        <w:pStyle w:val="Heading1"/>
      </w:pPr>
      <w:r>
        <w:t>Links</w:t>
      </w:r>
    </w:p>
    <w:p>
      <w:pPr/>
      <w:r>
        <w:t>TO CONFIRM WITH EVENT LEADERSHIP: Insert helpful links like the link to Medical Forms A and B.</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TRAIL TO TROOP 2026  •  CHISHOLM TRAIL DISTRICT  •  TROOP LEADER GUIDE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93339"/>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1F4D45"/>
      <w:sz w:val="3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6E502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Aptos Display" w:hAnsi="Aptos Display"/>
      <w:b/>
      <w:color w:val="1F4D45"/>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