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8847B" w14:textId="77777777" w:rsidR="009929C4" w:rsidRDefault="00000000">
      <w:pPr>
        <w:spacing w:after="0"/>
        <w:jc w:val="center"/>
      </w:pPr>
      <w:r>
        <w:rPr>
          <w:noProof/>
        </w:rPr>
        <w:drawing>
          <wp:inline distT="0" distB="0" distL="0" distR="0" wp14:anchorId="005BE15C" wp14:editId="5FE141D7">
            <wp:extent cx="7040880" cy="9110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unted Tractor Weekend Flyer 2026.png"/>
                    <pic:cNvPicPr/>
                  </pic:nvPicPr>
                  <pic:blipFill>
                    <a:blip r:embed="rId8"/>
                    <a:stretch>
                      <a:fillRect/>
                    </a:stretch>
                  </pic:blipFill>
                  <pic:spPr>
                    <a:xfrm>
                      <a:off x="0" y="0"/>
                      <a:ext cx="7040880" cy="9110418"/>
                    </a:xfrm>
                    <a:prstGeom prst="rect">
                      <a:avLst/>
                    </a:prstGeom>
                  </pic:spPr>
                </pic:pic>
              </a:graphicData>
            </a:graphic>
          </wp:inline>
        </w:drawing>
      </w:r>
    </w:p>
    <w:p w14:paraId="710F516D" w14:textId="77777777" w:rsidR="009929C4" w:rsidRDefault="009929C4">
      <w:pPr>
        <w:sectPr w:rsidR="009929C4">
          <w:headerReference w:type="default" r:id="rId9"/>
          <w:footerReference w:type="default" r:id="rId10"/>
          <w:pgSz w:w="12240" w:h="15840"/>
          <w:pgMar w:top="0" w:right="0" w:bottom="0" w:left="0" w:header="720" w:footer="720" w:gutter="0"/>
          <w:cols w:space="720"/>
          <w:docGrid w:linePitch="360"/>
        </w:sectPr>
      </w:pPr>
    </w:p>
    <w:p w14:paraId="73B3AE44" w14:textId="77777777" w:rsidR="009929C4" w:rsidRDefault="00000000">
      <w:pPr>
        <w:pStyle w:val="Title"/>
        <w:spacing w:after="80"/>
        <w:jc w:val="center"/>
      </w:pPr>
      <w:r>
        <w:rPr>
          <w:rFonts w:ascii="Aptos Display" w:hAnsi="Aptos Display"/>
          <w:b/>
          <w:sz w:val="50"/>
        </w:rPr>
        <w:lastRenderedPageBreak/>
        <w:t>Haunted Tractor Weekend Leaders Guide</w:t>
      </w:r>
    </w:p>
    <w:p w14:paraId="4F3167A7" w14:textId="77777777" w:rsidR="009929C4" w:rsidRDefault="00000000">
      <w:pPr>
        <w:spacing w:after="360"/>
        <w:jc w:val="center"/>
      </w:pPr>
      <w:r>
        <w:rPr>
          <w:b/>
          <w:color w:val="5A1768"/>
          <w:sz w:val="24"/>
        </w:rPr>
        <w:t>September 25–27, 2026  |  Beaumont Scout Reservation</w:t>
      </w:r>
    </w:p>
    <w:p w14:paraId="356262BC" w14:textId="77777777" w:rsidR="009929C4" w:rsidRDefault="00000000">
      <w:pPr>
        <w:spacing w:after="140" w:line="259" w:lineRule="auto"/>
      </w:pPr>
      <w:r>
        <w:t>Haunted Tractor Weekend is Beaumont Scout Reservation’s Scouts BSA fall camporee. This guide gives unit leaders the information needed to register, prepare participants, enjoy the weekend program, meet health and safety requirements, and complete checkout.</w:t>
      </w:r>
    </w:p>
    <w:p w14:paraId="1A72A3CF" w14:textId="77777777" w:rsidR="009929C4" w:rsidRDefault="00000000">
      <w:pPr>
        <w:pStyle w:val="Heading1"/>
      </w:pPr>
      <w:r>
        <w:rPr>
          <w:rFonts w:ascii="Aptos" w:hAnsi="Aptos"/>
          <w:sz w:val="36"/>
        </w:rPr>
        <w:t>Weekend at a Glance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6984"/>
      </w:tblGrid>
      <w:tr w:rsidR="009929C4" w14:paraId="29FA0E39" w14:textId="77777777">
        <w:trPr>
          <w:tblHeader/>
          <w:jc w:val="center"/>
        </w:trPr>
        <w:tc>
          <w:tcPr>
            <w:tcW w:w="5083" w:type="dxa"/>
            <w:shd w:val="clear" w:color="auto" w:fill="09282D"/>
          </w:tcPr>
          <w:p w14:paraId="3B030A0D" w14:textId="77777777" w:rsidR="009929C4" w:rsidRDefault="00000000">
            <w:pPr>
              <w:jc w:val="center"/>
            </w:pPr>
            <w:r>
              <w:rPr>
                <w:b/>
                <w:color w:val="FFFFFF"/>
                <w:sz w:val="21"/>
              </w:rPr>
              <w:t>Item</w:t>
            </w:r>
          </w:p>
        </w:tc>
        <w:tc>
          <w:tcPr>
            <w:tcW w:w="5083" w:type="dxa"/>
            <w:shd w:val="clear" w:color="auto" w:fill="09282D"/>
          </w:tcPr>
          <w:p w14:paraId="7EA563FE" w14:textId="77777777" w:rsidR="009929C4" w:rsidRDefault="00000000">
            <w:pPr>
              <w:jc w:val="center"/>
            </w:pPr>
            <w:r>
              <w:rPr>
                <w:b/>
                <w:color w:val="FFFFFF"/>
                <w:sz w:val="21"/>
              </w:rPr>
              <w:t>Details</w:t>
            </w:r>
          </w:p>
        </w:tc>
      </w:tr>
      <w:tr w:rsidR="009929C4" w14:paraId="768F4D1F" w14:textId="77777777">
        <w:trPr>
          <w:jc w:val="center"/>
        </w:trPr>
        <w:tc>
          <w:tcPr>
            <w:tcW w:w="2880" w:type="dxa"/>
            <w:tcMar>
              <w:top w:w="120" w:type="dxa"/>
              <w:left w:w="140" w:type="dxa"/>
              <w:bottom w:w="120" w:type="dxa"/>
              <w:right w:w="140" w:type="dxa"/>
            </w:tcMar>
            <w:vAlign w:val="center"/>
          </w:tcPr>
          <w:p w14:paraId="7900596D" w14:textId="77777777" w:rsidR="009929C4" w:rsidRDefault="00000000">
            <w:r>
              <w:rPr>
                <w:b/>
                <w:sz w:val="21"/>
              </w:rPr>
              <w:t>Event</w:t>
            </w:r>
          </w:p>
        </w:tc>
        <w:tc>
          <w:tcPr>
            <w:tcW w:w="6984" w:type="dxa"/>
            <w:tcMar>
              <w:top w:w="120" w:type="dxa"/>
              <w:left w:w="140" w:type="dxa"/>
              <w:bottom w:w="120" w:type="dxa"/>
              <w:right w:w="140" w:type="dxa"/>
            </w:tcMar>
            <w:vAlign w:val="center"/>
          </w:tcPr>
          <w:p w14:paraId="1D7397B2" w14:textId="77777777" w:rsidR="009929C4" w:rsidRDefault="00000000">
            <w:r>
              <w:rPr>
                <w:sz w:val="21"/>
              </w:rPr>
              <w:t>Haunted Tractor Weekend, Scouts BSA Fall Camporee</w:t>
            </w:r>
          </w:p>
        </w:tc>
      </w:tr>
      <w:tr w:rsidR="009929C4" w14:paraId="1364B40C" w14:textId="77777777">
        <w:trPr>
          <w:jc w:val="center"/>
        </w:trPr>
        <w:tc>
          <w:tcPr>
            <w:tcW w:w="2880" w:type="dxa"/>
            <w:shd w:val="clear" w:color="auto" w:fill="F6F1F7"/>
            <w:tcMar>
              <w:top w:w="120" w:type="dxa"/>
              <w:left w:w="140" w:type="dxa"/>
              <w:bottom w:w="120" w:type="dxa"/>
              <w:right w:w="140" w:type="dxa"/>
            </w:tcMar>
            <w:vAlign w:val="center"/>
          </w:tcPr>
          <w:p w14:paraId="728E86B6" w14:textId="77777777" w:rsidR="009929C4" w:rsidRDefault="00000000">
            <w:r>
              <w:rPr>
                <w:b/>
                <w:sz w:val="21"/>
              </w:rPr>
              <w:t>Dates</w:t>
            </w:r>
          </w:p>
        </w:tc>
        <w:tc>
          <w:tcPr>
            <w:tcW w:w="6984" w:type="dxa"/>
            <w:shd w:val="clear" w:color="auto" w:fill="F6F1F7"/>
            <w:tcMar>
              <w:top w:w="120" w:type="dxa"/>
              <w:left w:w="140" w:type="dxa"/>
              <w:bottom w:w="120" w:type="dxa"/>
              <w:right w:w="140" w:type="dxa"/>
            </w:tcMar>
            <w:vAlign w:val="center"/>
          </w:tcPr>
          <w:p w14:paraId="60D2D5E6" w14:textId="77777777" w:rsidR="009929C4" w:rsidRDefault="00000000">
            <w:r>
              <w:rPr>
                <w:sz w:val="21"/>
              </w:rPr>
              <w:t>Friday, September 25 through Sunday, September 27, 2026</w:t>
            </w:r>
          </w:p>
        </w:tc>
      </w:tr>
      <w:tr w:rsidR="009929C4" w14:paraId="70518408" w14:textId="77777777">
        <w:trPr>
          <w:jc w:val="center"/>
        </w:trPr>
        <w:tc>
          <w:tcPr>
            <w:tcW w:w="2880" w:type="dxa"/>
            <w:tcMar>
              <w:top w:w="120" w:type="dxa"/>
              <w:left w:w="140" w:type="dxa"/>
              <w:bottom w:w="120" w:type="dxa"/>
              <w:right w:w="140" w:type="dxa"/>
            </w:tcMar>
            <w:vAlign w:val="center"/>
          </w:tcPr>
          <w:p w14:paraId="195BDB85" w14:textId="77777777" w:rsidR="009929C4" w:rsidRDefault="00000000">
            <w:r>
              <w:rPr>
                <w:b/>
                <w:sz w:val="21"/>
              </w:rPr>
              <w:t>Location</w:t>
            </w:r>
          </w:p>
        </w:tc>
        <w:tc>
          <w:tcPr>
            <w:tcW w:w="6984" w:type="dxa"/>
            <w:tcMar>
              <w:top w:w="120" w:type="dxa"/>
              <w:left w:w="140" w:type="dxa"/>
              <w:bottom w:w="120" w:type="dxa"/>
              <w:right w:w="140" w:type="dxa"/>
            </w:tcMar>
            <w:vAlign w:val="center"/>
          </w:tcPr>
          <w:p w14:paraId="740148C4" w14:textId="77777777" w:rsidR="009929C4" w:rsidRDefault="00000000">
            <w:r>
              <w:rPr>
                <w:sz w:val="21"/>
              </w:rPr>
              <w:t>Beaumont Scout Reservation</w:t>
            </w:r>
          </w:p>
        </w:tc>
      </w:tr>
      <w:tr w:rsidR="009929C4" w14:paraId="1FDEE762" w14:textId="77777777">
        <w:trPr>
          <w:jc w:val="center"/>
        </w:trPr>
        <w:tc>
          <w:tcPr>
            <w:tcW w:w="2880" w:type="dxa"/>
            <w:shd w:val="clear" w:color="auto" w:fill="F6F1F7"/>
            <w:tcMar>
              <w:top w:w="120" w:type="dxa"/>
              <w:left w:w="140" w:type="dxa"/>
              <w:bottom w:w="120" w:type="dxa"/>
              <w:right w:w="140" w:type="dxa"/>
            </w:tcMar>
            <w:vAlign w:val="center"/>
          </w:tcPr>
          <w:p w14:paraId="02431847" w14:textId="77777777" w:rsidR="009929C4" w:rsidRDefault="00000000">
            <w:r>
              <w:rPr>
                <w:b/>
                <w:sz w:val="21"/>
              </w:rPr>
              <w:t>Saturday check-in</w:t>
            </w:r>
          </w:p>
        </w:tc>
        <w:tc>
          <w:tcPr>
            <w:tcW w:w="6984" w:type="dxa"/>
            <w:shd w:val="clear" w:color="auto" w:fill="F6F1F7"/>
            <w:tcMar>
              <w:top w:w="120" w:type="dxa"/>
              <w:left w:w="140" w:type="dxa"/>
              <w:bottom w:w="120" w:type="dxa"/>
              <w:right w:w="140" w:type="dxa"/>
            </w:tcMar>
            <w:vAlign w:val="center"/>
          </w:tcPr>
          <w:p w14:paraId="63070886" w14:textId="77777777" w:rsidR="009929C4" w:rsidRDefault="00000000">
            <w:r>
              <w:rPr>
                <w:sz w:val="21"/>
              </w:rPr>
              <w:t>Begins at 11:00 AM</w:t>
            </w:r>
          </w:p>
        </w:tc>
      </w:tr>
      <w:tr w:rsidR="009929C4" w14:paraId="3D41CE41" w14:textId="77777777">
        <w:trPr>
          <w:jc w:val="center"/>
        </w:trPr>
        <w:tc>
          <w:tcPr>
            <w:tcW w:w="2880" w:type="dxa"/>
            <w:tcMar>
              <w:top w:w="120" w:type="dxa"/>
              <w:left w:w="140" w:type="dxa"/>
              <w:bottom w:w="120" w:type="dxa"/>
              <w:right w:w="140" w:type="dxa"/>
            </w:tcMar>
            <w:vAlign w:val="center"/>
          </w:tcPr>
          <w:p w14:paraId="455F57E5" w14:textId="77777777" w:rsidR="009929C4" w:rsidRDefault="00000000">
            <w:r>
              <w:rPr>
                <w:b/>
                <w:sz w:val="21"/>
              </w:rPr>
              <w:t>Friday camping</w:t>
            </w:r>
          </w:p>
        </w:tc>
        <w:tc>
          <w:tcPr>
            <w:tcW w:w="6984" w:type="dxa"/>
            <w:tcMar>
              <w:top w:w="120" w:type="dxa"/>
              <w:left w:w="140" w:type="dxa"/>
              <w:bottom w:w="120" w:type="dxa"/>
              <w:right w:w="140" w:type="dxa"/>
            </w:tcMar>
            <w:vAlign w:val="center"/>
          </w:tcPr>
          <w:p w14:paraId="75BBB5FE" w14:textId="77777777" w:rsidR="009929C4" w:rsidRDefault="00000000">
            <w:r>
              <w:rPr>
                <w:sz w:val="21"/>
              </w:rPr>
              <w:t>Available by advance reservation with Drew Denger</w:t>
            </w:r>
          </w:p>
        </w:tc>
      </w:tr>
      <w:tr w:rsidR="009929C4" w14:paraId="45DA2A44" w14:textId="77777777">
        <w:trPr>
          <w:jc w:val="center"/>
        </w:trPr>
        <w:tc>
          <w:tcPr>
            <w:tcW w:w="2880" w:type="dxa"/>
            <w:shd w:val="clear" w:color="auto" w:fill="F6F1F7"/>
            <w:tcMar>
              <w:top w:w="120" w:type="dxa"/>
              <w:left w:w="140" w:type="dxa"/>
              <w:bottom w:w="120" w:type="dxa"/>
              <w:right w:w="140" w:type="dxa"/>
            </w:tcMar>
            <w:vAlign w:val="center"/>
          </w:tcPr>
          <w:p w14:paraId="20926C8E" w14:textId="77777777" w:rsidR="009929C4" w:rsidRDefault="00000000">
            <w:r>
              <w:rPr>
                <w:b/>
                <w:sz w:val="21"/>
              </w:rPr>
              <w:t>Youth pricing</w:t>
            </w:r>
          </w:p>
        </w:tc>
        <w:tc>
          <w:tcPr>
            <w:tcW w:w="6984" w:type="dxa"/>
            <w:shd w:val="clear" w:color="auto" w:fill="F6F1F7"/>
            <w:tcMar>
              <w:top w:w="120" w:type="dxa"/>
              <w:left w:w="140" w:type="dxa"/>
              <w:bottom w:w="120" w:type="dxa"/>
              <w:right w:w="140" w:type="dxa"/>
            </w:tcMar>
            <w:vAlign w:val="center"/>
          </w:tcPr>
          <w:p w14:paraId="2C5B4E5E" w14:textId="77777777" w:rsidR="009929C4" w:rsidRDefault="00000000">
            <w:r>
              <w:rPr>
                <w:sz w:val="21"/>
              </w:rPr>
              <w:t>$50 Early Bird  |  $60 Regular</w:t>
            </w:r>
          </w:p>
        </w:tc>
      </w:tr>
      <w:tr w:rsidR="009929C4" w14:paraId="01595686" w14:textId="77777777">
        <w:trPr>
          <w:jc w:val="center"/>
        </w:trPr>
        <w:tc>
          <w:tcPr>
            <w:tcW w:w="2880" w:type="dxa"/>
            <w:tcMar>
              <w:top w:w="120" w:type="dxa"/>
              <w:left w:w="140" w:type="dxa"/>
              <w:bottom w:w="120" w:type="dxa"/>
              <w:right w:w="140" w:type="dxa"/>
            </w:tcMar>
            <w:vAlign w:val="center"/>
          </w:tcPr>
          <w:p w14:paraId="5D943C6E" w14:textId="77777777" w:rsidR="009929C4" w:rsidRDefault="00000000">
            <w:r>
              <w:rPr>
                <w:b/>
                <w:sz w:val="21"/>
              </w:rPr>
              <w:t>Adult pricing</w:t>
            </w:r>
          </w:p>
        </w:tc>
        <w:tc>
          <w:tcPr>
            <w:tcW w:w="6984" w:type="dxa"/>
            <w:tcMar>
              <w:top w:w="120" w:type="dxa"/>
              <w:left w:w="140" w:type="dxa"/>
              <w:bottom w:w="120" w:type="dxa"/>
              <w:right w:w="140" w:type="dxa"/>
            </w:tcMar>
            <w:vAlign w:val="center"/>
          </w:tcPr>
          <w:p w14:paraId="1ADF3DFA" w14:textId="77777777" w:rsidR="009929C4" w:rsidRDefault="00000000">
            <w:r>
              <w:rPr>
                <w:sz w:val="21"/>
              </w:rPr>
              <w:t>$30</w:t>
            </w:r>
          </w:p>
        </w:tc>
      </w:tr>
      <w:tr w:rsidR="009929C4" w14:paraId="6B74C044" w14:textId="77777777">
        <w:trPr>
          <w:jc w:val="center"/>
        </w:trPr>
        <w:tc>
          <w:tcPr>
            <w:tcW w:w="2880" w:type="dxa"/>
            <w:shd w:val="clear" w:color="auto" w:fill="F6F1F7"/>
            <w:tcMar>
              <w:top w:w="120" w:type="dxa"/>
              <w:left w:w="140" w:type="dxa"/>
              <w:bottom w:w="120" w:type="dxa"/>
              <w:right w:w="140" w:type="dxa"/>
            </w:tcMar>
            <w:vAlign w:val="center"/>
          </w:tcPr>
          <w:p w14:paraId="5B58F6B8" w14:textId="77777777" w:rsidR="009929C4" w:rsidRDefault="00000000">
            <w:r>
              <w:rPr>
                <w:b/>
                <w:sz w:val="21"/>
              </w:rPr>
              <w:t>Program focus</w:t>
            </w:r>
          </w:p>
        </w:tc>
        <w:tc>
          <w:tcPr>
            <w:tcW w:w="6984" w:type="dxa"/>
            <w:shd w:val="clear" w:color="auto" w:fill="F6F1F7"/>
            <w:tcMar>
              <w:top w:w="120" w:type="dxa"/>
              <w:left w:w="140" w:type="dxa"/>
              <w:bottom w:w="120" w:type="dxa"/>
              <w:right w:w="140" w:type="dxa"/>
            </w:tcMar>
            <w:vAlign w:val="center"/>
          </w:tcPr>
          <w:p w14:paraId="7EFDD8D8" w14:textId="188277A2" w:rsidR="009929C4" w:rsidRDefault="00000000">
            <w:r>
              <w:rPr>
                <w:sz w:val="21"/>
              </w:rPr>
              <w:t xml:space="preserve">Daytime activities, evening </w:t>
            </w:r>
            <w:r w:rsidR="00B12F7C">
              <w:rPr>
                <w:sz w:val="21"/>
              </w:rPr>
              <w:t xml:space="preserve">Range and Target Activities </w:t>
            </w:r>
            <w:r>
              <w:rPr>
                <w:sz w:val="21"/>
              </w:rPr>
              <w:t>and climbing, Glow Party, Haunted Woods, and the hike to the Haunted Tractor</w:t>
            </w:r>
          </w:p>
        </w:tc>
      </w:tr>
    </w:tbl>
    <w:p w14:paraId="7900DCD2" w14:textId="77777777" w:rsidR="009929C4" w:rsidRDefault="00000000">
      <w:pPr>
        <w:pStyle w:val="Heading1"/>
      </w:pPr>
      <w:r>
        <w:rPr>
          <w:rFonts w:ascii="Aptos" w:hAnsi="Aptos"/>
          <w:sz w:val="36"/>
        </w:rPr>
        <w:t>Registration and Preparation</w:t>
      </w:r>
    </w:p>
    <w:p w14:paraId="312468B0" w14:textId="77777777" w:rsidR="009929C4" w:rsidRDefault="00000000">
      <w:pPr>
        <w:spacing w:after="140" w:line="259" w:lineRule="auto"/>
      </w:pPr>
      <w:r>
        <w:t>Units wishing to camp Friday night must contact Drew Denger in advance so he can reserve a campsite. The scheduled weekend begins Saturday, with check-in opening at 11:00 AM and lunch at Noon.</w:t>
      </w:r>
    </w:p>
    <w:p w14:paraId="5CD10047" w14:textId="77777777" w:rsidR="009929C4" w:rsidRDefault="00000000">
      <w:pPr>
        <w:pStyle w:val="ListBullet"/>
        <w:spacing w:after="60"/>
      </w:pPr>
      <w:r>
        <w:rPr>
          <w:sz w:val="21"/>
        </w:rPr>
        <w:t>Register every youth and adult participant and keep payments current under the published event fee schedule.</w:t>
      </w:r>
    </w:p>
    <w:p w14:paraId="5904838D" w14:textId="77777777" w:rsidR="009929C4" w:rsidRDefault="00000000">
      <w:pPr>
        <w:pStyle w:val="ListBullet"/>
        <w:spacing w:after="60"/>
      </w:pPr>
      <w:r>
        <w:rPr>
          <w:sz w:val="21"/>
        </w:rPr>
        <w:t>Bring a fully typed unit roster for Jan Jury at check-in. Roster forms are available on the Council website.</w:t>
      </w:r>
    </w:p>
    <w:p w14:paraId="1D37974F" w14:textId="4D9E2CCF" w:rsidR="009929C4" w:rsidRDefault="00000000">
      <w:pPr>
        <w:pStyle w:val="ListBullet"/>
        <w:spacing w:after="60"/>
      </w:pPr>
      <w:r>
        <w:rPr>
          <w:sz w:val="21"/>
        </w:rPr>
        <w:t>Bring a completed Annual Health and Medical Record</w:t>
      </w:r>
      <w:r w:rsidR="00B12F7C">
        <w:rPr>
          <w:sz w:val="21"/>
        </w:rPr>
        <w:t>.</w:t>
      </w:r>
    </w:p>
    <w:p w14:paraId="78B4786E" w14:textId="77777777" w:rsidR="009929C4" w:rsidRDefault="00000000">
      <w:pPr>
        <w:pStyle w:val="ListBullet"/>
        <w:spacing w:after="60"/>
      </w:pPr>
      <w:r>
        <w:rPr>
          <w:sz w:val="21"/>
        </w:rPr>
        <w:t>Review two-deep leadership, transportation, medication, dietary, and program needs with your unit before arrival.</w:t>
      </w:r>
    </w:p>
    <w:p w14:paraId="3E7CFFC8" w14:textId="77777777" w:rsidR="009929C4" w:rsidRDefault="00000000">
      <w:pPr>
        <w:pStyle w:val="ListBullet"/>
        <w:spacing w:after="60"/>
      </w:pPr>
      <w:r>
        <w:rPr>
          <w:sz w:val="21"/>
        </w:rPr>
        <w:lastRenderedPageBreak/>
        <w:t>Plan for changing fall weather. Bring layered clothing, rain gear, a flashlight or headlamp, a refillable water bottle, and sturdy closed-toe footwear.</w:t>
      </w:r>
    </w:p>
    <w:p w14:paraId="5C6D842E" w14:textId="77777777" w:rsidR="009929C4" w:rsidRDefault="00000000">
      <w:pPr>
        <w:pStyle w:val="Heading1"/>
      </w:pPr>
      <w:r>
        <w:rPr>
          <w:rFonts w:ascii="Aptos" w:hAnsi="Aptos"/>
          <w:sz w:val="36"/>
        </w:rPr>
        <w:t>Program and Activities</w:t>
      </w:r>
    </w:p>
    <w:p w14:paraId="7074C175" w14:textId="77777777" w:rsidR="009929C4" w:rsidRDefault="00000000">
      <w:pPr>
        <w:spacing w:after="140" w:line="259" w:lineRule="auto"/>
      </w:pPr>
      <w:r>
        <w:t>Activities are offered throughout Saturday unless a specific time is listed. Final station locations and any program adjustments will be shared at check-in. Participation is subject to age, safety, staffing, weather, and capacity requirements.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5083"/>
      </w:tblGrid>
      <w:tr w:rsidR="009929C4" w14:paraId="0A7F1894" w14:textId="77777777">
        <w:trPr>
          <w:jc w:val="center"/>
        </w:trPr>
        <w:tc>
          <w:tcPr>
            <w:tcW w:w="5083" w:type="dxa"/>
            <w:shd w:val="clear" w:color="auto" w:fill="5A1768"/>
          </w:tcPr>
          <w:p w14:paraId="4A2EA329" w14:textId="5EA830D5" w:rsidR="009929C4" w:rsidRDefault="00B12F7C">
            <w:pPr>
              <w:jc w:val="center"/>
            </w:pPr>
            <w:r>
              <w:rPr>
                <w:b/>
                <w:color w:val="FFFFFF"/>
              </w:rPr>
              <w:t xml:space="preserve">Afternoon </w:t>
            </w:r>
            <w:r w:rsidR="00000000">
              <w:rPr>
                <w:b/>
                <w:color w:val="FFFFFF"/>
              </w:rPr>
              <w:t>Program</w:t>
            </w:r>
          </w:p>
        </w:tc>
        <w:tc>
          <w:tcPr>
            <w:tcW w:w="5083" w:type="dxa"/>
            <w:shd w:val="clear" w:color="auto" w:fill="5A1768"/>
          </w:tcPr>
          <w:p w14:paraId="7A3626E5" w14:textId="77777777" w:rsidR="009929C4" w:rsidRDefault="00000000">
            <w:pPr>
              <w:jc w:val="center"/>
            </w:pPr>
            <w:r>
              <w:rPr>
                <w:b/>
                <w:color w:val="FFFFFF"/>
              </w:rPr>
              <w:t>Evening Program</w:t>
            </w:r>
          </w:p>
        </w:tc>
      </w:tr>
      <w:tr w:rsidR="009929C4" w14:paraId="4B4E3E1F" w14:textId="77777777" w:rsidTr="00B12F7C">
        <w:trPr>
          <w:jc w:val="center"/>
        </w:trPr>
        <w:tc>
          <w:tcPr>
            <w:tcW w:w="5083" w:type="dxa"/>
            <w:tcMar>
              <w:top w:w="120" w:type="dxa"/>
              <w:left w:w="140" w:type="dxa"/>
              <w:bottom w:w="120" w:type="dxa"/>
              <w:right w:w="140" w:type="dxa"/>
            </w:tcMar>
            <w:vAlign w:val="center"/>
          </w:tcPr>
          <w:p w14:paraId="48DEA322" w14:textId="77777777" w:rsidR="009929C4" w:rsidRDefault="00000000">
            <w:r>
              <w:rPr>
                <w:sz w:val="21"/>
              </w:rPr>
              <w:t>• Cider Making</w:t>
            </w:r>
          </w:p>
        </w:tc>
        <w:tc>
          <w:tcPr>
            <w:tcW w:w="5083" w:type="dxa"/>
            <w:tcMar>
              <w:top w:w="120" w:type="dxa"/>
              <w:left w:w="140" w:type="dxa"/>
              <w:bottom w:w="120" w:type="dxa"/>
              <w:right w:w="140" w:type="dxa"/>
            </w:tcMar>
            <w:vAlign w:val="center"/>
          </w:tcPr>
          <w:p w14:paraId="20252020" w14:textId="77777777" w:rsidR="009929C4" w:rsidRDefault="00000000">
            <w:r>
              <w:rPr>
                <w:sz w:val="21"/>
              </w:rPr>
              <w:t>• Rifle, evening</w:t>
            </w:r>
          </w:p>
        </w:tc>
      </w:tr>
      <w:tr w:rsidR="009929C4" w14:paraId="06D7DB0F" w14:textId="77777777" w:rsidTr="00B12F7C">
        <w:trPr>
          <w:jc w:val="center"/>
        </w:trPr>
        <w:tc>
          <w:tcPr>
            <w:tcW w:w="5083" w:type="dxa"/>
            <w:shd w:val="clear" w:color="auto" w:fill="F6F1F7"/>
            <w:tcMar>
              <w:top w:w="120" w:type="dxa"/>
              <w:left w:w="140" w:type="dxa"/>
              <w:bottom w:w="120" w:type="dxa"/>
              <w:right w:w="140" w:type="dxa"/>
            </w:tcMar>
            <w:vAlign w:val="center"/>
          </w:tcPr>
          <w:p w14:paraId="13B20494" w14:textId="77777777" w:rsidR="009929C4" w:rsidRDefault="00000000">
            <w:r>
              <w:rPr>
                <w:sz w:val="21"/>
              </w:rPr>
              <w:t>• Pumpkin Smashing</w:t>
            </w:r>
          </w:p>
        </w:tc>
        <w:tc>
          <w:tcPr>
            <w:tcW w:w="5083" w:type="dxa"/>
            <w:shd w:val="clear" w:color="auto" w:fill="F6F1F7"/>
            <w:tcMar>
              <w:top w:w="120" w:type="dxa"/>
              <w:left w:w="140" w:type="dxa"/>
              <w:bottom w:w="120" w:type="dxa"/>
              <w:right w:w="140" w:type="dxa"/>
            </w:tcMar>
            <w:vAlign w:val="center"/>
          </w:tcPr>
          <w:p w14:paraId="2F666906" w14:textId="77777777" w:rsidR="009929C4" w:rsidRDefault="00000000">
            <w:r>
              <w:rPr>
                <w:sz w:val="21"/>
              </w:rPr>
              <w:t>• Saturday Night Glow Party</w:t>
            </w:r>
          </w:p>
        </w:tc>
      </w:tr>
      <w:tr w:rsidR="009929C4" w14:paraId="6BC9F1BA" w14:textId="77777777" w:rsidTr="00B12F7C">
        <w:trPr>
          <w:jc w:val="center"/>
        </w:trPr>
        <w:tc>
          <w:tcPr>
            <w:tcW w:w="5083" w:type="dxa"/>
            <w:tcMar>
              <w:top w:w="120" w:type="dxa"/>
              <w:left w:w="140" w:type="dxa"/>
              <w:bottom w:w="120" w:type="dxa"/>
              <w:right w:w="140" w:type="dxa"/>
            </w:tcMar>
            <w:vAlign w:val="center"/>
          </w:tcPr>
          <w:p w14:paraId="21FB73B1" w14:textId="5440CB72" w:rsidR="009929C4" w:rsidRDefault="00000000">
            <w:r>
              <w:rPr>
                <w:sz w:val="21"/>
              </w:rPr>
              <w:t>• Muzzleloade</w:t>
            </w:r>
            <w:r w:rsidR="00B12F7C">
              <w:rPr>
                <w:sz w:val="21"/>
              </w:rPr>
              <w:t>r</w:t>
            </w:r>
          </w:p>
        </w:tc>
        <w:tc>
          <w:tcPr>
            <w:tcW w:w="5083" w:type="dxa"/>
            <w:tcMar>
              <w:top w:w="120" w:type="dxa"/>
              <w:left w:w="140" w:type="dxa"/>
              <w:bottom w:w="120" w:type="dxa"/>
              <w:right w:w="140" w:type="dxa"/>
            </w:tcMar>
            <w:vAlign w:val="center"/>
          </w:tcPr>
          <w:p w14:paraId="46920B57" w14:textId="77777777" w:rsidR="009929C4" w:rsidRDefault="00000000">
            <w:r>
              <w:rPr>
                <w:sz w:val="21"/>
              </w:rPr>
              <w:t>• Saturday Night Hike to the Haunted Tractor</w:t>
            </w:r>
          </w:p>
        </w:tc>
      </w:tr>
      <w:tr w:rsidR="009929C4" w14:paraId="46CDA131" w14:textId="77777777" w:rsidTr="00B12F7C">
        <w:trPr>
          <w:jc w:val="center"/>
        </w:trPr>
        <w:tc>
          <w:tcPr>
            <w:tcW w:w="5083" w:type="dxa"/>
            <w:shd w:val="clear" w:color="auto" w:fill="F6F1F7"/>
            <w:tcMar>
              <w:top w:w="120" w:type="dxa"/>
              <w:left w:w="140" w:type="dxa"/>
              <w:bottom w:w="120" w:type="dxa"/>
              <w:right w:w="140" w:type="dxa"/>
            </w:tcMar>
            <w:vAlign w:val="center"/>
          </w:tcPr>
          <w:p w14:paraId="3D4B66B4" w14:textId="4D8AD480" w:rsidR="009929C4" w:rsidRDefault="00000000">
            <w:r>
              <w:rPr>
                <w:sz w:val="21"/>
              </w:rPr>
              <w:t>• Archery</w:t>
            </w:r>
          </w:p>
        </w:tc>
        <w:tc>
          <w:tcPr>
            <w:tcW w:w="5083" w:type="dxa"/>
            <w:shd w:val="clear" w:color="auto" w:fill="F6F1F7"/>
            <w:tcMar>
              <w:top w:w="120" w:type="dxa"/>
              <w:left w:w="140" w:type="dxa"/>
              <w:bottom w:w="120" w:type="dxa"/>
              <w:right w:w="140" w:type="dxa"/>
            </w:tcMar>
            <w:vAlign w:val="center"/>
          </w:tcPr>
          <w:p w14:paraId="10AFE415" w14:textId="77777777" w:rsidR="009929C4" w:rsidRDefault="00000000">
            <w:r>
              <w:rPr>
                <w:sz w:val="21"/>
              </w:rPr>
              <w:t>• Haunted Woods</w:t>
            </w:r>
          </w:p>
        </w:tc>
      </w:tr>
      <w:tr w:rsidR="009929C4" w14:paraId="4C49E4E3" w14:textId="77777777" w:rsidTr="00B12F7C">
        <w:trPr>
          <w:jc w:val="center"/>
        </w:trPr>
        <w:tc>
          <w:tcPr>
            <w:tcW w:w="5083" w:type="dxa"/>
            <w:tcMar>
              <w:top w:w="120" w:type="dxa"/>
              <w:left w:w="140" w:type="dxa"/>
              <w:bottom w:w="120" w:type="dxa"/>
              <w:right w:w="140" w:type="dxa"/>
            </w:tcMar>
            <w:vAlign w:val="center"/>
          </w:tcPr>
          <w:p w14:paraId="59ADAB0B" w14:textId="6DB50F3D" w:rsidR="009929C4" w:rsidRDefault="00000000">
            <w:r>
              <w:rPr>
                <w:sz w:val="21"/>
              </w:rPr>
              <w:t>• Zip Line</w:t>
            </w:r>
          </w:p>
        </w:tc>
        <w:tc>
          <w:tcPr>
            <w:tcW w:w="5083" w:type="dxa"/>
            <w:tcMar>
              <w:top w:w="120" w:type="dxa"/>
              <w:left w:w="140" w:type="dxa"/>
              <w:bottom w:w="120" w:type="dxa"/>
              <w:right w:w="140" w:type="dxa"/>
            </w:tcMar>
            <w:vAlign w:val="center"/>
          </w:tcPr>
          <w:p w14:paraId="7687A174" w14:textId="77777777" w:rsidR="009929C4" w:rsidRDefault="00000000">
            <w:r>
              <w:rPr>
                <w:sz w:val="21"/>
              </w:rPr>
              <w:t>• Night Climb</w:t>
            </w:r>
          </w:p>
        </w:tc>
      </w:tr>
      <w:tr w:rsidR="009929C4" w14:paraId="21F8F137" w14:textId="77777777" w:rsidTr="00B12F7C">
        <w:trPr>
          <w:jc w:val="center"/>
        </w:trPr>
        <w:tc>
          <w:tcPr>
            <w:tcW w:w="5083" w:type="dxa"/>
            <w:shd w:val="clear" w:color="auto" w:fill="F6F1F7"/>
            <w:tcMar>
              <w:top w:w="120" w:type="dxa"/>
              <w:left w:w="140" w:type="dxa"/>
              <w:bottom w:w="120" w:type="dxa"/>
              <w:right w:w="140" w:type="dxa"/>
            </w:tcMar>
            <w:vAlign w:val="center"/>
          </w:tcPr>
          <w:p w14:paraId="49DEBB25" w14:textId="77777777" w:rsidR="009929C4" w:rsidRDefault="00000000">
            <w:r>
              <w:rPr>
                <w:sz w:val="21"/>
              </w:rPr>
              <w:t>• Boating</w:t>
            </w:r>
          </w:p>
        </w:tc>
        <w:tc>
          <w:tcPr>
            <w:tcW w:w="5083" w:type="dxa"/>
            <w:shd w:val="clear" w:color="auto" w:fill="F6F1F7"/>
            <w:tcMar>
              <w:top w:w="120" w:type="dxa"/>
              <w:left w:w="140" w:type="dxa"/>
              <w:bottom w:w="120" w:type="dxa"/>
              <w:right w:w="140" w:type="dxa"/>
            </w:tcMar>
            <w:vAlign w:val="center"/>
          </w:tcPr>
          <w:p w14:paraId="00BE5CC0" w14:textId="5BD58780" w:rsidR="009929C4" w:rsidRDefault="00B12F7C">
            <w:r>
              <w:t xml:space="preserve">Glow Shotgun </w:t>
            </w:r>
          </w:p>
        </w:tc>
      </w:tr>
      <w:tr w:rsidR="009929C4" w14:paraId="2B58625D" w14:textId="77777777" w:rsidTr="00B12F7C">
        <w:trPr>
          <w:jc w:val="center"/>
        </w:trPr>
        <w:tc>
          <w:tcPr>
            <w:tcW w:w="5083" w:type="dxa"/>
            <w:tcMar>
              <w:top w:w="120" w:type="dxa"/>
              <w:left w:w="140" w:type="dxa"/>
              <w:bottom w:w="120" w:type="dxa"/>
              <w:right w:w="140" w:type="dxa"/>
            </w:tcMar>
            <w:vAlign w:val="center"/>
          </w:tcPr>
          <w:p w14:paraId="664A9F0D" w14:textId="77777777" w:rsidR="009929C4" w:rsidRDefault="00000000">
            <w:r>
              <w:rPr>
                <w:sz w:val="21"/>
              </w:rPr>
              <w:t>• Two-Man Saw</w:t>
            </w:r>
          </w:p>
        </w:tc>
        <w:tc>
          <w:tcPr>
            <w:tcW w:w="5083" w:type="dxa"/>
            <w:tcMar>
              <w:top w:w="120" w:type="dxa"/>
              <w:left w:w="140" w:type="dxa"/>
              <w:bottom w:w="120" w:type="dxa"/>
              <w:right w:w="140" w:type="dxa"/>
            </w:tcMar>
            <w:vAlign w:val="center"/>
          </w:tcPr>
          <w:p w14:paraId="57C4936B" w14:textId="284E6A17" w:rsidR="009929C4" w:rsidRDefault="00B12F7C">
            <w:r>
              <w:t xml:space="preserve">Archery </w:t>
            </w:r>
          </w:p>
        </w:tc>
      </w:tr>
      <w:tr w:rsidR="009929C4" w14:paraId="2E91EEDE" w14:textId="77777777" w:rsidTr="00B12F7C">
        <w:trPr>
          <w:jc w:val="center"/>
        </w:trPr>
        <w:tc>
          <w:tcPr>
            <w:tcW w:w="5083" w:type="dxa"/>
            <w:shd w:val="clear" w:color="auto" w:fill="F6F1F7"/>
            <w:tcMar>
              <w:top w:w="120" w:type="dxa"/>
              <w:left w:w="140" w:type="dxa"/>
              <w:bottom w:w="120" w:type="dxa"/>
              <w:right w:w="140" w:type="dxa"/>
            </w:tcMar>
            <w:vAlign w:val="center"/>
          </w:tcPr>
          <w:p w14:paraId="78C2523D" w14:textId="77777777" w:rsidR="009929C4" w:rsidRDefault="00000000">
            <w:r>
              <w:rPr>
                <w:sz w:val="21"/>
              </w:rPr>
              <w:t>• Apple Smashing</w:t>
            </w:r>
          </w:p>
        </w:tc>
        <w:tc>
          <w:tcPr>
            <w:tcW w:w="5083" w:type="dxa"/>
            <w:shd w:val="clear" w:color="auto" w:fill="F6F1F7"/>
            <w:tcMar>
              <w:top w:w="120" w:type="dxa"/>
              <w:left w:w="140" w:type="dxa"/>
              <w:bottom w:w="120" w:type="dxa"/>
              <w:right w:w="140" w:type="dxa"/>
            </w:tcMar>
            <w:vAlign w:val="center"/>
          </w:tcPr>
          <w:p w14:paraId="51D9E0CD" w14:textId="77777777" w:rsidR="009929C4" w:rsidRDefault="009929C4"/>
        </w:tc>
      </w:tr>
      <w:tr w:rsidR="009929C4" w14:paraId="248F0DD6" w14:textId="77777777" w:rsidTr="00B12F7C">
        <w:trPr>
          <w:jc w:val="center"/>
        </w:trPr>
        <w:tc>
          <w:tcPr>
            <w:tcW w:w="5083" w:type="dxa"/>
            <w:tcMar>
              <w:top w:w="120" w:type="dxa"/>
              <w:left w:w="140" w:type="dxa"/>
              <w:bottom w:w="120" w:type="dxa"/>
              <w:right w:w="140" w:type="dxa"/>
            </w:tcMar>
            <w:vAlign w:val="center"/>
          </w:tcPr>
          <w:p w14:paraId="2F857EAF" w14:textId="77777777" w:rsidR="009929C4" w:rsidRDefault="00000000">
            <w:r>
              <w:rPr>
                <w:sz w:val="21"/>
              </w:rPr>
              <w:t>• Nail Forging</w:t>
            </w:r>
          </w:p>
        </w:tc>
        <w:tc>
          <w:tcPr>
            <w:tcW w:w="5083" w:type="dxa"/>
            <w:tcMar>
              <w:top w:w="120" w:type="dxa"/>
              <w:left w:w="140" w:type="dxa"/>
              <w:bottom w:w="120" w:type="dxa"/>
              <w:right w:w="140" w:type="dxa"/>
            </w:tcMar>
            <w:vAlign w:val="center"/>
          </w:tcPr>
          <w:p w14:paraId="2F59D6B8" w14:textId="77777777" w:rsidR="009929C4" w:rsidRDefault="009929C4"/>
        </w:tc>
      </w:tr>
    </w:tbl>
    <w:p w14:paraId="30DEAB82" w14:textId="3F8560D4" w:rsidR="009929C4" w:rsidRDefault="00000000">
      <w:pPr>
        <w:pStyle w:val="Heading1"/>
      </w:pPr>
      <w:r>
        <w:rPr>
          <w:rFonts w:ascii="Aptos" w:hAnsi="Aptos"/>
          <w:sz w:val="36"/>
        </w:rPr>
        <w:t>Saturday Program Schedule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7200"/>
      </w:tblGrid>
      <w:tr w:rsidR="009929C4" w14:paraId="03C79F5F" w14:textId="77777777">
        <w:tc>
          <w:tcPr>
            <w:tcW w:w="5083" w:type="dxa"/>
            <w:shd w:val="clear" w:color="auto" w:fill="09282D"/>
          </w:tcPr>
          <w:p w14:paraId="69665E09" w14:textId="77777777" w:rsidR="009929C4" w:rsidRDefault="00000000">
            <w:pPr>
              <w:jc w:val="center"/>
            </w:pPr>
            <w:r>
              <w:rPr>
                <w:b/>
                <w:color w:val="FFFFFF"/>
                <w:sz w:val="21"/>
              </w:rPr>
              <w:t>Time</w:t>
            </w:r>
          </w:p>
        </w:tc>
        <w:tc>
          <w:tcPr>
            <w:tcW w:w="5083" w:type="dxa"/>
            <w:shd w:val="clear" w:color="auto" w:fill="09282D"/>
          </w:tcPr>
          <w:p w14:paraId="173267DF" w14:textId="77777777" w:rsidR="009929C4" w:rsidRDefault="00000000">
            <w:pPr>
              <w:jc w:val="center"/>
            </w:pPr>
            <w:r>
              <w:rPr>
                <w:b/>
                <w:color w:val="FFFFFF"/>
                <w:sz w:val="21"/>
              </w:rPr>
              <w:t>Program</w:t>
            </w:r>
          </w:p>
        </w:tc>
      </w:tr>
      <w:tr w:rsidR="009929C4" w14:paraId="3D8F0E40" w14:textId="77777777">
        <w:tc>
          <w:tcPr>
            <w:tcW w:w="2592" w:type="dxa"/>
            <w:tcMar>
              <w:top w:w="120" w:type="dxa"/>
              <w:left w:w="140" w:type="dxa"/>
              <w:bottom w:w="120" w:type="dxa"/>
              <w:right w:w="140" w:type="dxa"/>
            </w:tcMar>
            <w:vAlign w:val="center"/>
          </w:tcPr>
          <w:p w14:paraId="1C39AC52" w14:textId="77777777" w:rsidR="009929C4" w:rsidRDefault="00000000">
            <w:r>
              <w:rPr>
                <w:b/>
                <w:sz w:val="21"/>
              </w:rPr>
              <w:t>11:00 AM</w:t>
            </w:r>
          </w:p>
        </w:tc>
        <w:tc>
          <w:tcPr>
            <w:tcW w:w="7200" w:type="dxa"/>
            <w:tcMar>
              <w:top w:w="120" w:type="dxa"/>
              <w:left w:w="140" w:type="dxa"/>
              <w:bottom w:w="120" w:type="dxa"/>
              <w:right w:w="140" w:type="dxa"/>
            </w:tcMar>
            <w:vAlign w:val="center"/>
          </w:tcPr>
          <w:p w14:paraId="6B949117" w14:textId="77777777" w:rsidR="009929C4" w:rsidRDefault="00000000">
            <w:r>
              <w:rPr>
                <w:sz w:val="21"/>
              </w:rPr>
              <w:t>Check-in opens</w:t>
            </w:r>
          </w:p>
        </w:tc>
      </w:tr>
      <w:tr w:rsidR="009929C4" w14:paraId="17A1328F" w14:textId="77777777">
        <w:tc>
          <w:tcPr>
            <w:tcW w:w="2592" w:type="dxa"/>
            <w:shd w:val="clear" w:color="auto" w:fill="F2F6F6"/>
            <w:tcMar>
              <w:top w:w="120" w:type="dxa"/>
              <w:left w:w="140" w:type="dxa"/>
              <w:bottom w:w="120" w:type="dxa"/>
              <w:right w:w="140" w:type="dxa"/>
            </w:tcMar>
            <w:vAlign w:val="center"/>
          </w:tcPr>
          <w:p w14:paraId="3422807F" w14:textId="77777777" w:rsidR="009929C4" w:rsidRDefault="00000000">
            <w:r>
              <w:rPr>
                <w:b/>
                <w:sz w:val="21"/>
              </w:rPr>
              <w:t>12:00 PM</w:t>
            </w:r>
          </w:p>
        </w:tc>
        <w:tc>
          <w:tcPr>
            <w:tcW w:w="7200" w:type="dxa"/>
            <w:shd w:val="clear" w:color="auto" w:fill="F2F6F6"/>
            <w:tcMar>
              <w:top w:w="120" w:type="dxa"/>
              <w:left w:w="140" w:type="dxa"/>
              <w:bottom w:w="120" w:type="dxa"/>
              <w:right w:w="140" w:type="dxa"/>
            </w:tcMar>
            <w:vAlign w:val="center"/>
          </w:tcPr>
          <w:p w14:paraId="2AA85A69" w14:textId="77777777" w:rsidR="009929C4" w:rsidRDefault="00000000">
            <w:r>
              <w:rPr>
                <w:sz w:val="21"/>
              </w:rPr>
              <w:t>Weekend begins with lunch: meatball subs, chips, cookie, and fruit cup</w:t>
            </w:r>
          </w:p>
        </w:tc>
      </w:tr>
      <w:tr w:rsidR="009929C4" w14:paraId="4202E988" w14:textId="77777777">
        <w:tc>
          <w:tcPr>
            <w:tcW w:w="2592" w:type="dxa"/>
            <w:tcMar>
              <w:top w:w="120" w:type="dxa"/>
              <w:left w:w="140" w:type="dxa"/>
              <w:bottom w:w="120" w:type="dxa"/>
              <w:right w:w="140" w:type="dxa"/>
            </w:tcMar>
            <w:vAlign w:val="center"/>
          </w:tcPr>
          <w:p w14:paraId="1E1D4535" w14:textId="77777777" w:rsidR="009929C4" w:rsidRDefault="00000000">
            <w:r>
              <w:rPr>
                <w:b/>
                <w:sz w:val="21"/>
              </w:rPr>
              <w:t>1:30–5:45 PM</w:t>
            </w:r>
          </w:p>
        </w:tc>
        <w:tc>
          <w:tcPr>
            <w:tcW w:w="7200" w:type="dxa"/>
            <w:tcMar>
              <w:top w:w="120" w:type="dxa"/>
              <w:left w:w="140" w:type="dxa"/>
              <w:bottom w:w="120" w:type="dxa"/>
              <w:right w:w="140" w:type="dxa"/>
            </w:tcMar>
            <w:vAlign w:val="center"/>
          </w:tcPr>
          <w:p w14:paraId="63F4D100" w14:textId="77777777" w:rsidR="009929C4" w:rsidRDefault="00000000">
            <w:r>
              <w:rPr>
                <w:sz w:val="21"/>
              </w:rPr>
              <w:t>Saturday afternoon program</w:t>
            </w:r>
          </w:p>
        </w:tc>
      </w:tr>
      <w:tr w:rsidR="009929C4" w14:paraId="39CD23AE" w14:textId="77777777">
        <w:tc>
          <w:tcPr>
            <w:tcW w:w="2592" w:type="dxa"/>
            <w:shd w:val="clear" w:color="auto" w:fill="F2F6F6"/>
            <w:tcMar>
              <w:top w:w="120" w:type="dxa"/>
              <w:left w:w="140" w:type="dxa"/>
              <w:bottom w:w="120" w:type="dxa"/>
              <w:right w:w="140" w:type="dxa"/>
            </w:tcMar>
            <w:vAlign w:val="center"/>
          </w:tcPr>
          <w:p w14:paraId="04C5DBE7" w14:textId="77777777" w:rsidR="009929C4" w:rsidRDefault="00000000">
            <w:r>
              <w:rPr>
                <w:b/>
                <w:sz w:val="21"/>
              </w:rPr>
              <w:lastRenderedPageBreak/>
              <w:t>6:00 PM</w:t>
            </w:r>
          </w:p>
        </w:tc>
        <w:tc>
          <w:tcPr>
            <w:tcW w:w="7200" w:type="dxa"/>
            <w:shd w:val="clear" w:color="auto" w:fill="F2F6F6"/>
            <w:tcMar>
              <w:top w:w="120" w:type="dxa"/>
              <w:left w:w="140" w:type="dxa"/>
              <w:bottom w:w="120" w:type="dxa"/>
              <w:right w:w="140" w:type="dxa"/>
            </w:tcMar>
            <w:vAlign w:val="center"/>
          </w:tcPr>
          <w:p w14:paraId="3591EA0F" w14:textId="77777777" w:rsidR="009929C4" w:rsidRDefault="00000000">
            <w:r>
              <w:rPr>
                <w:sz w:val="21"/>
              </w:rPr>
              <w:t>Flags</w:t>
            </w:r>
          </w:p>
        </w:tc>
      </w:tr>
      <w:tr w:rsidR="009929C4" w14:paraId="1BE1AAC2" w14:textId="77777777">
        <w:tc>
          <w:tcPr>
            <w:tcW w:w="2592" w:type="dxa"/>
            <w:tcMar>
              <w:top w:w="120" w:type="dxa"/>
              <w:left w:w="140" w:type="dxa"/>
              <w:bottom w:w="120" w:type="dxa"/>
              <w:right w:w="140" w:type="dxa"/>
            </w:tcMar>
            <w:vAlign w:val="center"/>
          </w:tcPr>
          <w:p w14:paraId="0DDEA913" w14:textId="77777777" w:rsidR="009929C4" w:rsidRDefault="00000000">
            <w:r>
              <w:rPr>
                <w:b/>
                <w:sz w:val="21"/>
              </w:rPr>
              <w:t>6:10 PM</w:t>
            </w:r>
          </w:p>
        </w:tc>
        <w:tc>
          <w:tcPr>
            <w:tcW w:w="7200" w:type="dxa"/>
            <w:tcMar>
              <w:top w:w="120" w:type="dxa"/>
              <w:left w:w="140" w:type="dxa"/>
              <w:bottom w:w="120" w:type="dxa"/>
              <w:right w:w="140" w:type="dxa"/>
            </w:tcMar>
            <w:vAlign w:val="center"/>
          </w:tcPr>
          <w:p w14:paraId="3208EFBB" w14:textId="77777777" w:rsidR="009929C4" w:rsidRDefault="00000000">
            <w:r>
              <w:rPr>
                <w:sz w:val="21"/>
              </w:rPr>
              <w:t>Dinner: Salisbury steak, mashed potatoes, corn, and cobbler</w:t>
            </w:r>
          </w:p>
        </w:tc>
      </w:tr>
      <w:tr w:rsidR="009929C4" w14:paraId="758CE3C5" w14:textId="77777777">
        <w:tc>
          <w:tcPr>
            <w:tcW w:w="2592" w:type="dxa"/>
            <w:shd w:val="clear" w:color="auto" w:fill="F2F6F6"/>
            <w:tcMar>
              <w:top w:w="120" w:type="dxa"/>
              <w:left w:w="140" w:type="dxa"/>
              <w:bottom w:w="120" w:type="dxa"/>
              <w:right w:w="140" w:type="dxa"/>
            </w:tcMar>
            <w:vAlign w:val="center"/>
          </w:tcPr>
          <w:p w14:paraId="3B609571" w14:textId="77777777" w:rsidR="009929C4" w:rsidRDefault="00000000">
            <w:r>
              <w:rPr>
                <w:b/>
                <w:sz w:val="21"/>
              </w:rPr>
              <w:t>7:30–11:30 PM</w:t>
            </w:r>
          </w:p>
        </w:tc>
        <w:tc>
          <w:tcPr>
            <w:tcW w:w="7200" w:type="dxa"/>
            <w:shd w:val="clear" w:color="auto" w:fill="F2F6F6"/>
            <w:tcMar>
              <w:top w:w="120" w:type="dxa"/>
              <w:left w:w="140" w:type="dxa"/>
              <w:bottom w:w="120" w:type="dxa"/>
              <w:right w:w="140" w:type="dxa"/>
            </w:tcMar>
            <w:vAlign w:val="center"/>
          </w:tcPr>
          <w:p w14:paraId="0351D60A" w14:textId="77777777" w:rsidR="009929C4" w:rsidRDefault="00000000">
            <w:r>
              <w:rPr>
                <w:sz w:val="21"/>
              </w:rPr>
              <w:t>Evening program: rifle, Night Climb, Haunted Woods, Glow Party, and hike to the Haunted Tractor</w:t>
            </w:r>
          </w:p>
        </w:tc>
      </w:tr>
      <w:tr w:rsidR="009929C4" w14:paraId="00BFA57C" w14:textId="77777777">
        <w:tc>
          <w:tcPr>
            <w:tcW w:w="2592" w:type="dxa"/>
            <w:tcMar>
              <w:top w:w="120" w:type="dxa"/>
              <w:left w:w="140" w:type="dxa"/>
              <w:bottom w:w="120" w:type="dxa"/>
              <w:right w:w="140" w:type="dxa"/>
            </w:tcMar>
            <w:vAlign w:val="center"/>
          </w:tcPr>
          <w:p w14:paraId="390AE7DE" w14:textId="0C32D0E1" w:rsidR="009929C4" w:rsidRDefault="00B12F7C">
            <w:r>
              <w:rPr>
                <w:b/>
                <w:sz w:val="21"/>
              </w:rPr>
              <w:t>11:45 pm</w:t>
            </w:r>
          </w:p>
        </w:tc>
        <w:tc>
          <w:tcPr>
            <w:tcW w:w="7200" w:type="dxa"/>
            <w:tcMar>
              <w:top w:w="120" w:type="dxa"/>
              <w:left w:w="140" w:type="dxa"/>
              <w:bottom w:w="120" w:type="dxa"/>
              <w:right w:w="140" w:type="dxa"/>
            </w:tcMar>
            <w:vAlign w:val="center"/>
          </w:tcPr>
          <w:p w14:paraId="726DFE3F" w14:textId="6BDE88EE" w:rsidR="009929C4" w:rsidRDefault="00000000">
            <w:r>
              <w:rPr>
                <w:sz w:val="21"/>
              </w:rPr>
              <w:t>S’mores and nacho bar</w:t>
            </w:r>
            <w:r w:rsidR="00B12F7C">
              <w:rPr>
                <w:sz w:val="21"/>
              </w:rPr>
              <w:t xml:space="preserve"> @ Augustus </w:t>
            </w:r>
          </w:p>
        </w:tc>
      </w:tr>
    </w:tbl>
    <w:p w14:paraId="533C3D6B" w14:textId="77777777" w:rsidR="009929C4" w:rsidRDefault="00000000">
      <w:pPr>
        <w:pStyle w:val="Heading1"/>
      </w:pPr>
      <w:r>
        <w:rPr>
          <w:rFonts w:ascii="Aptos" w:hAnsi="Aptos"/>
          <w:sz w:val="36"/>
        </w:rPr>
        <w:t>Dining Services</w:t>
      </w:r>
    </w:p>
    <w:p w14:paraId="490D14A1" w14:textId="77777777" w:rsidR="009929C4" w:rsidRDefault="00000000">
      <w:pPr>
        <w:spacing w:after="140" w:line="259" w:lineRule="auto"/>
      </w:pPr>
      <w:r>
        <w:t>The following meals are included in the event menu. Units should report allergies, dietary restrictions, and other food-service needs through the event’s established registration or communication process before arrival.</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5083"/>
        <w:gridCol w:w="6624"/>
      </w:tblGrid>
      <w:tr w:rsidR="009929C4" w14:paraId="1425378F" w14:textId="77777777">
        <w:tc>
          <w:tcPr>
            <w:tcW w:w="5083" w:type="dxa"/>
            <w:shd w:val="clear" w:color="auto" w:fill="F26A2E"/>
          </w:tcPr>
          <w:p w14:paraId="15DD32DE" w14:textId="77777777" w:rsidR="009929C4" w:rsidRDefault="00000000">
            <w:pPr>
              <w:jc w:val="center"/>
            </w:pPr>
            <w:r>
              <w:rPr>
                <w:b/>
                <w:color w:val="FFFFFF"/>
                <w:sz w:val="21"/>
              </w:rPr>
              <w:t>Meal</w:t>
            </w:r>
          </w:p>
        </w:tc>
        <w:tc>
          <w:tcPr>
            <w:tcW w:w="5083" w:type="dxa"/>
            <w:shd w:val="clear" w:color="auto" w:fill="F26A2E"/>
          </w:tcPr>
          <w:p w14:paraId="61F521F9" w14:textId="77777777" w:rsidR="009929C4" w:rsidRDefault="00000000">
            <w:pPr>
              <w:jc w:val="center"/>
            </w:pPr>
            <w:r>
              <w:rPr>
                <w:b/>
                <w:color w:val="FFFFFF"/>
                <w:sz w:val="21"/>
              </w:rPr>
              <w:t>Menu</w:t>
            </w:r>
          </w:p>
        </w:tc>
      </w:tr>
      <w:tr w:rsidR="009929C4" w14:paraId="00EE5C17" w14:textId="77777777">
        <w:tc>
          <w:tcPr>
            <w:tcW w:w="3168" w:type="dxa"/>
            <w:tcMar>
              <w:top w:w="120" w:type="dxa"/>
              <w:left w:w="140" w:type="dxa"/>
              <w:bottom w:w="120" w:type="dxa"/>
              <w:right w:w="140" w:type="dxa"/>
            </w:tcMar>
            <w:vAlign w:val="center"/>
          </w:tcPr>
          <w:p w14:paraId="72D12437" w14:textId="77777777" w:rsidR="009929C4" w:rsidRDefault="00000000">
            <w:r>
              <w:rPr>
                <w:b/>
                <w:sz w:val="21"/>
              </w:rPr>
              <w:t>Saturday Lunch</w:t>
            </w:r>
          </w:p>
        </w:tc>
        <w:tc>
          <w:tcPr>
            <w:tcW w:w="6624" w:type="dxa"/>
            <w:tcMar>
              <w:top w:w="120" w:type="dxa"/>
              <w:left w:w="140" w:type="dxa"/>
              <w:bottom w:w="120" w:type="dxa"/>
              <w:right w:w="140" w:type="dxa"/>
            </w:tcMar>
            <w:vAlign w:val="center"/>
          </w:tcPr>
          <w:p w14:paraId="5C6745D1" w14:textId="77777777" w:rsidR="009929C4" w:rsidRDefault="00000000">
            <w:r>
              <w:rPr>
                <w:sz w:val="21"/>
              </w:rPr>
              <w:t>Meatball subs, chips, cookie, and fruit cup</w:t>
            </w:r>
          </w:p>
        </w:tc>
      </w:tr>
      <w:tr w:rsidR="009929C4" w14:paraId="22748BA7" w14:textId="77777777">
        <w:tc>
          <w:tcPr>
            <w:tcW w:w="3168" w:type="dxa"/>
            <w:shd w:val="clear" w:color="auto" w:fill="FFF4ED"/>
            <w:tcMar>
              <w:top w:w="120" w:type="dxa"/>
              <w:left w:w="140" w:type="dxa"/>
              <w:bottom w:w="120" w:type="dxa"/>
              <w:right w:w="140" w:type="dxa"/>
            </w:tcMar>
            <w:vAlign w:val="center"/>
          </w:tcPr>
          <w:p w14:paraId="534F86D1" w14:textId="77777777" w:rsidR="009929C4" w:rsidRDefault="00000000">
            <w:r>
              <w:rPr>
                <w:b/>
                <w:sz w:val="21"/>
              </w:rPr>
              <w:t>Saturday Dinner</w:t>
            </w:r>
          </w:p>
        </w:tc>
        <w:tc>
          <w:tcPr>
            <w:tcW w:w="6624" w:type="dxa"/>
            <w:shd w:val="clear" w:color="auto" w:fill="FFF4ED"/>
            <w:tcMar>
              <w:top w:w="120" w:type="dxa"/>
              <w:left w:w="140" w:type="dxa"/>
              <w:bottom w:w="120" w:type="dxa"/>
              <w:right w:w="140" w:type="dxa"/>
            </w:tcMar>
            <w:vAlign w:val="center"/>
          </w:tcPr>
          <w:p w14:paraId="2CF3DD10" w14:textId="77777777" w:rsidR="009929C4" w:rsidRDefault="00000000">
            <w:r>
              <w:rPr>
                <w:sz w:val="21"/>
              </w:rPr>
              <w:t>Salisbury steak, mashed potatoes, corn, and cobbler</w:t>
            </w:r>
          </w:p>
        </w:tc>
      </w:tr>
      <w:tr w:rsidR="009929C4" w14:paraId="06C7E70D" w14:textId="77777777">
        <w:tc>
          <w:tcPr>
            <w:tcW w:w="3168" w:type="dxa"/>
            <w:tcMar>
              <w:top w:w="120" w:type="dxa"/>
              <w:left w:w="140" w:type="dxa"/>
              <w:bottom w:w="120" w:type="dxa"/>
              <w:right w:w="140" w:type="dxa"/>
            </w:tcMar>
            <w:vAlign w:val="center"/>
          </w:tcPr>
          <w:p w14:paraId="6C1E3B2A" w14:textId="77777777" w:rsidR="009929C4" w:rsidRDefault="00000000">
            <w:r>
              <w:rPr>
                <w:b/>
                <w:sz w:val="21"/>
              </w:rPr>
              <w:t>Saturday Glow Party Snack</w:t>
            </w:r>
          </w:p>
        </w:tc>
        <w:tc>
          <w:tcPr>
            <w:tcW w:w="6624" w:type="dxa"/>
            <w:tcMar>
              <w:top w:w="120" w:type="dxa"/>
              <w:left w:w="140" w:type="dxa"/>
              <w:bottom w:w="120" w:type="dxa"/>
              <w:right w:w="140" w:type="dxa"/>
            </w:tcMar>
            <w:vAlign w:val="center"/>
          </w:tcPr>
          <w:p w14:paraId="5ED0AE9F" w14:textId="77777777" w:rsidR="009929C4" w:rsidRDefault="00000000">
            <w:r>
              <w:rPr>
                <w:sz w:val="21"/>
              </w:rPr>
              <w:t>S’mores and nacho bar</w:t>
            </w:r>
          </w:p>
        </w:tc>
      </w:tr>
      <w:tr w:rsidR="009929C4" w14:paraId="098966F0" w14:textId="77777777">
        <w:tc>
          <w:tcPr>
            <w:tcW w:w="3168" w:type="dxa"/>
            <w:shd w:val="clear" w:color="auto" w:fill="FFF4ED"/>
            <w:tcMar>
              <w:top w:w="120" w:type="dxa"/>
              <w:left w:w="140" w:type="dxa"/>
              <w:bottom w:w="120" w:type="dxa"/>
              <w:right w:w="140" w:type="dxa"/>
            </w:tcMar>
            <w:vAlign w:val="center"/>
          </w:tcPr>
          <w:p w14:paraId="3DF796AB" w14:textId="77777777" w:rsidR="009929C4" w:rsidRDefault="00000000">
            <w:r>
              <w:rPr>
                <w:b/>
                <w:sz w:val="21"/>
              </w:rPr>
              <w:t>Sunday Breakfast</w:t>
            </w:r>
          </w:p>
        </w:tc>
        <w:tc>
          <w:tcPr>
            <w:tcW w:w="6624" w:type="dxa"/>
            <w:shd w:val="clear" w:color="auto" w:fill="FFF4ED"/>
            <w:tcMar>
              <w:top w:w="120" w:type="dxa"/>
              <w:left w:w="140" w:type="dxa"/>
              <w:bottom w:w="120" w:type="dxa"/>
              <w:right w:w="140" w:type="dxa"/>
            </w:tcMar>
            <w:vAlign w:val="center"/>
          </w:tcPr>
          <w:p w14:paraId="5E5BF9C2" w14:textId="77777777" w:rsidR="009929C4" w:rsidRDefault="00000000">
            <w:r>
              <w:rPr>
                <w:sz w:val="21"/>
              </w:rPr>
              <w:t>Eggs, cinnamon rolls, sausage, and pancakes</w:t>
            </w:r>
          </w:p>
        </w:tc>
      </w:tr>
    </w:tbl>
    <w:p w14:paraId="773EC865" w14:textId="77777777" w:rsidR="009929C4" w:rsidRDefault="00000000">
      <w:pPr>
        <w:pStyle w:val="Heading1"/>
      </w:pPr>
      <w:r>
        <w:rPr>
          <w:rFonts w:ascii="Aptos" w:hAnsi="Aptos"/>
          <w:sz w:val="36"/>
        </w:rPr>
        <w:t>BeauMart Trading Post</w:t>
      </w:r>
    </w:p>
    <w:p w14:paraId="3E9AC846" w14:textId="77777777" w:rsidR="009929C4" w:rsidRDefault="00000000">
      <w:pPr>
        <w:spacing w:after="140" w:line="259" w:lineRule="auto"/>
      </w:pPr>
      <w:r>
        <w:rPr>
          <w:b/>
        </w:rPr>
        <w:t>Location:</w:t>
      </w:r>
      <w:r>
        <w:t xml:space="preserve"> Camp Broadbent</w:t>
      </w:r>
    </w:p>
    <w:p w14:paraId="5301E964" w14:textId="75708493" w:rsidR="009929C4" w:rsidRDefault="00000000">
      <w:pPr>
        <w:spacing w:after="140" w:line="259" w:lineRule="auto"/>
      </w:pPr>
      <w:r>
        <w:rPr>
          <w:b/>
        </w:rPr>
        <w:t>Hours:</w:t>
      </w:r>
      <w:r>
        <w:t xml:space="preserve"> Saturday </w:t>
      </w:r>
      <w:r w:rsidR="00B12F7C">
        <w:t xml:space="preserve">1:00 pm – 6:00 pm &amp; 7:00 pm – 10:00 pm PLUS Midnight to 12:30 </w:t>
      </w:r>
    </w:p>
    <w:p w14:paraId="0B637181" w14:textId="77777777" w:rsidR="009929C4" w:rsidRDefault="00000000">
      <w:pPr>
        <w:pStyle w:val="Heading1"/>
      </w:pPr>
      <w:r>
        <w:rPr>
          <w:rFonts w:ascii="Aptos" w:hAnsi="Aptos"/>
          <w:sz w:val="36"/>
        </w:rPr>
        <w:t>Volunteer Opportunities</w:t>
      </w:r>
    </w:p>
    <w:p w14:paraId="010622FB" w14:textId="77777777" w:rsidR="009929C4" w:rsidRDefault="00000000">
      <w:pPr>
        <w:spacing w:after="140" w:line="259" w:lineRule="auto"/>
      </w:pPr>
      <w:r>
        <w:t>We need volunteers to run activity stations. To volunteer, email Dan Goerndt and Anthony Dworning with the station you would like to lead. All standard materials will be placed at the assigned station. If you believe additional supplies are needed, notify Anthony, Dan, or Drew before the event.</w:t>
      </w:r>
    </w:p>
    <w:p w14:paraId="6378A4BD" w14:textId="77777777" w:rsidR="009929C4" w:rsidRDefault="00000000">
      <w:pPr>
        <w:spacing w:after="140" w:line="259" w:lineRule="auto"/>
      </w:pPr>
      <w:r>
        <w:t>Station mayors must check in at the Dining Hall before the program opens and then report to their assigned station. Station mayors are expected to staff their station from 1:30 to 5:45 PM. Please contact Dan and Anthony as soon as possible to reserve a station.</w:t>
      </w:r>
    </w:p>
    <w:p w14:paraId="2654D149" w14:textId="77777777" w:rsidR="009929C4" w:rsidRDefault="00000000">
      <w:pPr>
        <w:pStyle w:val="Heading1"/>
      </w:pPr>
      <w:r>
        <w:rPr>
          <w:rFonts w:ascii="Aptos" w:hAnsi="Aptos"/>
          <w:sz w:val="36"/>
        </w:rPr>
        <w:lastRenderedPageBreak/>
        <w:t>Medical and Health Services</w:t>
      </w:r>
    </w:p>
    <w:p w14:paraId="1EEDAEAB" w14:textId="77777777" w:rsidR="009929C4" w:rsidRDefault="00000000">
      <w:pPr>
        <w:pStyle w:val="ListBullet"/>
        <w:spacing w:after="60"/>
      </w:pPr>
      <w:r>
        <w:rPr>
          <w:sz w:val="21"/>
        </w:rPr>
        <w:t>Every participant must have a completed Annual Health and Medical Record. This is especially important when a Scout attends without a parent or guardian.</w:t>
      </w:r>
    </w:p>
    <w:p w14:paraId="409474CB" w14:textId="77777777" w:rsidR="009929C4" w:rsidRDefault="00000000">
      <w:pPr>
        <w:pStyle w:val="ListBullet"/>
        <w:spacing w:after="60"/>
      </w:pPr>
      <w:r>
        <w:rPr>
          <w:sz w:val="21"/>
        </w:rPr>
        <w:t>The Health Lodge is next to the Augustus Training Center and will be staffed 24 hours a day.</w:t>
      </w:r>
    </w:p>
    <w:p w14:paraId="1A5158E1" w14:textId="77777777" w:rsidR="009929C4" w:rsidRDefault="00000000">
      <w:pPr>
        <w:pStyle w:val="ListBullet"/>
        <w:spacing w:after="60"/>
      </w:pPr>
      <w:r>
        <w:rPr>
          <w:sz w:val="21"/>
        </w:rPr>
        <w:t>Unit leaders remain responsible for participant medications and unit-level health supervision consistent with Scouting America requirements and event procedures.</w:t>
      </w:r>
    </w:p>
    <w:p w14:paraId="3DCB6E01" w14:textId="77777777" w:rsidR="009929C4" w:rsidRDefault="00000000">
      <w:pPr>
        <w:pStyle w:val="ListBullet"/>
        <w:spacing w:after="60"/>
      </w:pPr>
      <w:r>
        <w:rPr>
          <w:sz w:val="21"/>
        </w:rPr>
        <w:t>Drink plenty of water throughout the weekend.</w:t>
      </w:r>
    </w:p>
    <w:p w14:paraId="4047F408" w14:textId="77777777" w:rsidR="009929C4" w:rsidRDefault="00000000">
      <w:pPr>
        <w:pStyle w:val="Heading1"/>
      </w:pPr>
      <w:r>
        <w:rPr>
          <w:rFonts w:ascii="Aptos" w:hAnsi="Aptos"/>
          <w:sz w:val="36"/>
        </w:rPr>
        <w:t>Leadership and Participant Safety</w:t>
      </w:r>
    </w:p>
    <w:p w14:paraId="23699E51" w14:textId="77777777" w:rsidR="009929C4" w:rsidRDefault="00000000">
      <w:pPr>
        <w:pStyle w:val="ListBullet"/>
        <w:spacing w:after="60"/>
      </w:pPr>
      <w:r>
        <w:rPr>
          <w:sz w:val="21"/>
        </w:rPr>
        <w:t>Two-deep leadership is required at all times.</w:t>
      </w:r>
    </w:p>
    <w:p w14:paraId="25EB40E0" w14:textId="24FE9F7B" w:rsidR="009929C4" w:rsidRDefault="00000000">
      <w:pPr>
        <w:pStyle w:val="ListBullet"/>
        <w:spacing w:after="60"/>
      </w:pPr>
      <w:r>
        <w:rPr>
          <w:sz w:val="21"/>
        </w:rPr>
        <w:t>All adult leaders must be registered with Scouting America, be at least 21 years old, and have current</w:t>
      </w:r>
      <w:r w:rsidR="00B12F7C">
        <w:rPr>
          <w:sz w:val="21"/>
        </w:rPr>
        <w:t xml:space="preserve"> Safeguarding Youth Training</w:t>
      </w:r>
      <w:r>
        <w:rPr>
          <w:sz w:val="21"/>
        </w:rPr>
        <w:t>.</w:t>
      </w:r>
    </w:p>
    <w:p w14:paraId="4D2494BC" w14:textId="77777777" w:rsidR="009929C4" w:rsidRDefault="00000000">
      <w:pPr>
        <w:pStyle w:val="ListBullet"/>
        <w:spacing w:after="60"/>
      </w:pPr>
      <w:r>
        <w:rPr>
          <w:sz w:val="21"/>
        </w:rPr>
        <w:t>Follow all instructions from range, aquatics, climbing, and event staff. Do not enter closed program areas.</w:t>
      </w:r>
    </w:p>
    <w:p w14:paraId="0F6AD574" w14:textId="77777777" w:rsidR="009929C4" w:rsidRDefault="00000000">
      <w:pPr>
        <w:pStyle w:val="ListBullet"/>
        <w:spacing w:after="60"/>
      </w:pPr>
      <w:r>
        <w:rPr>
          <w:sz w:val="21"/>
        </w:rPr>
        <w:t>Wear sturdy closed-toe shoes for activities and travel around camp. Bring a flashlight or headlamp for evening programs.</w:t>
      </w:r>
    </w:p>
    <w:p w14:paraId="108B7EDD" w14:textId="77777777" w:rsidR="009929C4" w:rsidRDefault="00000000">
      <w:pPr>
        <w:pStyle w:val="ListBullet"/>
        <w:spacing w:after="60"/>
      </w:pPr>
      <w:r>
        <w:rPr>
          <w:sz w:val="21"/>
        </w:rPr>
        <w:t>Use the buddy system and maintain appropriate unit supervision throughout the event.</w:t>
      </w:r>
    </w:p>
    <w:p w14:paraId="528E8ED8" w14:textId="77777777" w:rsidR="009929C4" w:rsidRDefault="00000000">
      <w:pPr>
        <w:pStyle w:val="Heading1"/>
      </w:pPr>
      <w:r>
        <w:rPr>
          <w:rFonts w:ascii="Aptos" w:hAnsi="Aptos"/>
          <w:sz w:val="36"/>
        </w:rPr>
        <w:t>Alcohol and Drugs</w:t>
      </w:r>
    </w:p>
    <w:p w14:paraId="420AD4E7" w14:textId="77777777" w:rsidR="009929C4" w:rsidRDefault="00000000">
      <w:pPr>
        <w:spacing w:after="140" w:line="259" w:lineRule="auto"/>
      </w:pPr>
      <w:r>
        <w:t>Possession or use of alcohol or illegal drugs is strictly prohibited. Violators will be removed from the event and may be prosecuted.</w:t>
      </w:r>
    </w:p>
    <w:p w14:paraId="349672FE" w14:textId="77777777" w:rsidR="009929C4" w:rsidRDefault="00000000">
      <w:pPr>
        <w:pStyle w:val="Heading1"/>
      </w:pPr>
      <w:r>
        <w:rPr>
          <w:rFonts w:ascii="Aptos" w:hAnsi="Aptos"/>
          <w:sz w:val="36"/>
        </w:rPr>
        <w:t>Parking Driving and Trailers</w:t>
      </w:r>
    </w:p>
    <w:p w14:paraId="0AC64248" w14:textId="77777777" w:rsidR="009929C4" w:rsidRDefault="00000000">
      <w:pPr>
        <w:pStyle w:val="ListBullet"/>
        <w:spacing w:after="60"/>
      </w:pPr>
      <w:r>
        <w:rPr>
          <w:sz w:val="21"/>
        </w:rPr>
        <w:t>Limit vehicles at the campsite to one vehicle per unit.</w:t>
      </w:r>
    </w:p>
    <w:p w14:paraId="72E98CFC" w14:textId="77777777" w:rsidR="009929C4" w:rsidRDefault="00000000">
      <w:pPr>
        <w:pStyle w:val="ListBullet"/>
        <w:spacing w:after="60"/>
      </w:pPr>
      <w:r>
        <w:rPr>
          <w:sz w:val="21"/>
        </w:rPr>
        <w:t>Keep all vehicles on established roads. Driving off established roads can damage camp property and may leave vehicles stuck.</w:t>
      </w:r>
    </w:p>
    <w:p w14:paraId="04D28EAB" w14:textId="77777777" w:rsidR="009929C4" w:rsidRDefault="00000000">
      <w:pPr>
        <w:pStyle w:val="ListBullet"/>
        <w:spacing w:after="60"/>
      </w:pPr>
      <w:r>
        <w:rPr>
          <w:sz w:val="21"/>
        </w:rPr>
        <w:t>Follow all posted signs and directions from staff regarding parking, trailer placement, and restricted roads.</w:t>
      </w:r>
    </w:p>
    <w:p w14:paraId="1CB7F7FC" w14:textId="77777777" w:rsidR="009929C4" w:rsidRDefault="00000000">
      <w:pPr>
        <w:pStyle w:val="Heading1"/>
      </w:pPr>
      <w:r>
        <w:rPr>
          <w:rFonts w:ascii="Aptos" w:hAnsi="Aptos"/>
          <w:sz w:val="36"/>
        </w:rPr>
        <w:t>Trash and Campsite Care</w:t>
      </w:r>
    </w:p>
    <w:p w14:paraId="58B14B6C" w14:textId="77777777" w:rsidR="009929C4" w:rsidRDefault="00000000">
      <w:pPr>
        <w:spacing w:after="140" w:line="259" w:lineRule="auto"/>
      </w:pPr>
      <w:r>
        <w:t>Dispose of all trash in the dumpsters at the McIntosh Parking Lot near the BeauMart, behind the Augustus Training Center, or at the McCahill Parking Lot. Units are responsible for keeping campsites clean and leaving them ready for the next group.</w:t>
      </w:r>
    </w:p>
    <w:p w14:paraId="24A75603" w14:textId="77777777" w:rsidR="009929C4" w:rsidRDefault="00000000">
      <w:pPr>
        <w:pStyle w:val="Heading1"/>
      </w:pPr>
      <w:r>
        <w:rPr>
          <w:rFonts w:ascii="Aptos" w:hAnsi="Aptos"/>
          <w:sz w:val="36"/>
        </w:rPr>
        <w:t>Check In</w:t>
      </w:r>
    </w:p>
    <w:p w14:paraId="429B7A85" w14:textId="77777777" w:rsidR="009929C4" w:rsidRDefault="00000000">
      <w:pPr>
        <w:pStyle w:val="ListBullet"/>
        <w:spacing w:after="60"/>
      </w:pPr>
      <w:r>
        <w:rPr>
          <w:sz w:val="21"/>
        </w:rPr>
        <w:t>Check in every participant without exception.</w:t>
      </w:r>
    </w:p>
    <w:p w14:paraId="61B81A74" w14:textId="77777777" w:rsidR="009929C4" w:rsidRDefault="00000000">
      <w:pPr>
        <w:pStyle w:val="ListBullet"/>
        <w:spacing w:after="60"/>
      </w:pPr>
      <w:r>
        <w:rPr>
          <w:sz w:val="21"/>
        </w:rPr>
        <w:t>Provide a fully typed roster to Jan Jury.</w:t>
      </w:r>
    </w:p>
    <w:p w14:paraId="6EDBC1AF" w14:textId="25B6057D" w:rsidR="009929C4" w:rsidRDefault="00000000">
      <w:pPr>
        <w:pStyle w:val="ListBullet"/>
        <w:spacing w:after="60"/>
      </w:pPr>
      <w:r>
        <w:rPr>
          <w:sz w:val="21"/>
        </w:rPr>
        <w:t>Have medical records organized and available for review.</w:t>
      </w:r>
    </w:p>
    <w:p w14:paraId="7FA245D7" w14:textId="77777777" w:rsidR="009929C4" w:rsidRDefault="00000000">
      <w:pPr>
        <w:pStyle w:val="ListBullet"/>
        <w:spacing w:after="60"/>
      </w:pPr>
      <w:r>
        <w:rPr>
          <w:sz w:val="21"/>
        </w:rPr>
        <w:t>Report participant changes and outstanding event needs during check-in.</w:t>
      </w:r>
    </w:p>
    <w:p w14:paraId="0F5E3F45" w14:textId="77777777" w:rsidR="009929C4" w:rsidRDefault="00000000">
      <w:pPr>
        <w:pStyle w:val="Heading1"/>
      </w:pPr>
      <w:r>
        <w:rPr>
          <w:rFonts w:ascii="Aptos" w:hAnsi="Aptos"/>
          <w:sz w:val="36"/>
        </w:rPr>
        <w:lastRenderedPageBreak/>
        <w:t>Check Out</w:t>
      </w:r>
    </w:p>
    <w:p w14:paraId="2DADFEC7" w14:textId="77777777" w:rsidR="009929C4" w:rsidRDefault="00000000">
      <w:pPr>
        <w:pStyle w:val="ListBullet"/>
        <w:spacing w:after="60"/>
      </w:pPr>
      <w:r>
        <w:rPr>
          <w:sz w:val="21"/>
        </w:rPr>
        <w:t>Schedule a checkout time with Jan at the office.</w:t>
      </w:r>
    </w:p>
    <w:p w14:paraId="0713E16D" w14:textId="77777777" w:rsidR="009929C4" w:rsidRDefault="00000000">
      <w:pPr>
        <w:pStyle w:val="ListBullet"/>
        <w:spacing w:after="60"/>
      </w:pPr>
      <w:r>
        <w:rPr>
          <w:sz w:val="21"/>
        </w:rPr>
        <w:t>Fully pack and police the campsite before inspection.</w:t>
      </w:r>
    </w:p>
    <w:p w14:paraId="20BBD0DE" w14:textId="77777777" w:rsidR="009929C4" w:rsidRDefault="00000000">
      <w:pPr>
        <w:pStyle w:val="ListBullet"/>
        <w:spacing w:after="60"/>
      </w:pPr>
      <w:r>
        <w:rPr>
          <w:sz w:val="21"/>
        </w:rPr>
        <w:t>Event staff will inspect the site.</w:t>
      </w:r>
    </w:p>
    <w:p w14:paraId="604885F3" w14:textId="77777777" w:rsidR="009929C4" w:rsidRDefault="00000000">
      <w:pPr>
        <w:pStyle w:val="ListBullet"/>
        <w:spacing w:after="60"/>
      </w:pPr>
      <w:r>
        <w:rPr>
          <w:sz w:val="21"/>
        </w:rPr>
        <w:t>Patches will be distributed after the site passes inspection. Once patches are received, the unit is cleared to depart.</w:t>
      </w:r>
    </w:p>
    <w:p w14:paraId="5947A90C" w14:textId="77777777" w:rsidR="009929C4" w:rsidRDefault="00000000">
      <w:pPr>
        <w:pStyle w:val="Heading1"/>
      </w:pPr>
      <w:r>
        <w:rPr>
          <w:rFonts w:ascii="Aptos" w:hAnsi="Aptos"/>
          <w:sz w:val="36"/>
        </w:rPr>
        <w:t>Event Contacts</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541"/>
        <w:gridCol w:w="2541"/>
        <w:gridCol w:w="2541"/>
        <w:gridCol w:w="3528"/>
      </w:tblGrid>
      <w:tr w:rsidR="009929C4" w14:paraId="48C88EE4" w14:textId="77777777">
        <w:trPr>
          <w:tblHeader/>
        </w:trPr>
        <w:tc>
          <w:tcPr>
            <w:tcW w:w="2541" w:type="dxa"/>
            <w:shd w:val="clear" w:color="auto" w:fill="5A1768"/>
          </w:tcPr>
          <w:p w14:paraId="2D2D0F2C" w14:textId="77777777" w:rsidR="009929C4" w:rsidRDefault="00000000">
            <w:pPr>
              <w:jc w:val="center"/>
            </w:pPr>
            <w:r>
              <w:rPr>
                <w:b/>
                <w:color w:val="FFFFFF"/>
                <w:sz w:val="19"/>
              </w:rPr>
              <w:t>Name</w:t>
            </w:r>
          </w:p>
        </w:tc>
        <w:tc>
          <w:tcPr>
            <w:tcW w:w="2541" w:type="dxa"/>
            <w:shd w:val="clear" w:color="auto" w:fill="5A1768"/>
          </w:tcPr>
          <w:p w14:paraId="34ABCE59" w14:textId="77777777" w:rsidR="009929C4" w:rsidRDefault="00000000">
            <w:pPr>
              <w:jc w:val="center"/>
            </w:pPr>
            <w:r>
              <w:rPr>
                <w:b/>
                <w:color w:val="FFFFFF"/>
                <w:sz w:val="19"/>
              </w:rPr>
              <w:t>Role</w:t>
            </w:r>
          </w:p>
        </w:tc>
        <w:tc>
          <w:tcPr>
            <w:tcW w:w="2541" w:type="dxa"/>
            <w:shd w:val="clear" w:color="auto" w:fill="5A1768"/>
          </w:tcPr>
          <w:p w14:paraId="3E17EB1F" w14:textId="77777777" w:rsidR="009929C4" w:rsidRDefault="00000000">
            <w:pPr>
              <w:jc w:val="center"/>
            </w:pPr>
            <w:r>
              <w:rPr>
                <w:b/>
                <w:color w:val="FFFFFF"/>
                <w:sz w:val="19"/>
              </w:rPr>
              <w:t>Phone</w:t>
            </w:r>
          </w:p>
        </w:tc>
        <w:tc>
          <w:tcPr>
            <w:tcW w:w="2541" w:type="dxa"/>
            <w:shd w:val="clear" w:color="auto" w:fill="5A1768"/>
          </w:tcPr>
          <w:p w14:paraId="36A3E658" w14:textId="77777777" w:rsidR="009929C4" w:rsidRDefault="00000000">
            <w:pPr>
              <w:jc w:val="center"/>
            </w:pPr>
            <w:r>
              <w:rPr>
                <w:b/>
                <w:color w:val="FFFFFF"/>
                <w:sz w:val="19"/>
              </w:rPr>
              <w:t>Email</w:t>
            </w:r>
          </w:p>
        </w:tc>
      </w:tr>
      <w:tr w:rsidR="009929C4" w14:paraId="24B569C7" w14:textId="77777777">
        <w:trPr>
          <w:cantSplit/>
        </w:trPr>
        <w:tc>
          <w:tcPr>
            <w:tcW w:w="2088" w:type="dxa"/>
            <w:tcMar>
              <w:top w:w="100" w:type="dxa"/>
              <w:left w:w="90" w:type="dxa"/>
              <w:bottom w:w="100" w:type="dxa"/>
              <w:right w:w="90" w:type="dxa"/>
            </w:tcMar>
            <w:vAlign w:val="center"/>
          </w:tcPr>
          <w:p w14:paraId="511EA143" w14:textId="77777777" w:rsidR="009929C4" w:rsidRDefault="00000000">
            <w:r>
              <w:rPr>
                <w:b/>
                <w:sz w:val="19"/>
              </w:rPr>
              <w:t>Anthony Dworning</w:t>
            </w:r>
          </w:p>
        </w:tc>
        <w:tc>
          <w:tcPr>
            <w:tcW w:w="2477" w:type="dxa"/>
            <w:tcMar>
              <w:top w:w="100" w:type="dxa"/>
              <w:left w:w="90" w:type="dxa"/>
              <w:bottom w:w="100" w:type="dxa"/>
              <w:right w:w="90" w:type="dxa"/>
            </w:tcMar>
            <w:vAlign w:val="center"/>
          </w:tcPr>
          <w:p w14:paraId="1F1D586A" w14:textId="77777777" w:rsidR="009929C4" w:rsidRDefault="00000000">
            <w:r>
              <w:rPr>
                <w:sz w:val="19"/>
              </w:rPr>
              <w:t>General Manager</w:t>
            </w:r>
          </w:p>
        </w:tc>
        <w:tc>
          <w:tcPr>
            <w:tcW w:w="1728" w:type="dxa"/>
            <w:tcMar>
              <w:top w:w="100" w:type="dxa"/>
              <w:left w:w="90" w:type="dxa"/>
              <w:bottom w:w="100" w:type="dxa"/>
              <w:right w:w="90" w:type="dxa"/>
            </w:tcMar>
            <w:vAlign w:val="center"/>
          </w:tcPr>
          <w:p w14:paraId="43D5A284" w14:textId="77777777" w:rsidR="009929C4" w:rsidRDefault="00000000">
            <w:r>
              <w:rPr>
                <w:sz w:val="19"/>
              </w:rPr>
              <w:t>440-251-9368</w:t>
            </w:r>
          </w:p>
        </w:tc>
        <w:tc>
          <w:tcPr>
            <w:tcW w:w="3528" w:type="dxa"/>
            <w:tcMar>
              <w:top w:w="100" w:type="dxa"/>
              <w:left w:w="90" w:type="dxa"/>
              <w:bottom w:w="100" w:type="dxa"/>
              <w:right w:w="90" w:type="dxa"/>
            </w:tcMar>
            <w:vAlign w:val="center"/>
          </w:tcPr>
          <w:p w14:paraId="75C86AC8" w14:textId="77777777" w:rsidR="009929C4" w:rsidRDefault="00000000">
            <w:r>
              <w:rPr>
                <w:sz w:val="19"/>
              </w:rPr>
              <w:t>Anthony.Dworning@scouting.org</w:t>
            </w:r>
          </w:p>
        </w:tc>
      </w:tr>
      <w:tr w:rsidR="009929C4" w14:paraId="08AD8361" w14:textId="77777777">
        <w:trPr>
          <w:cantSplit/>
        </w:trPr>
        <w:tc>
          <w:tcPr>
            <w:tcW w:w="2088" w:type="dxa"/>
            <w:shd w:val="clear" w:color="auto" w:fill="F6F1F7"/>
            <w:tcMar>
              <w:top w:w="100" w:type="dxa"/>
              <w:left w:w="90" w:type="dxa"/>
              <w:bottom w:w="100" w:type="dxa"/>
              <w:right w:w="90" w:type="dxa"/>
            </w:tcMar>
            <w:vAlign w:val="center"/>
          </w:tcPr>
          <w:p w14:paraId="5EA7B927" w14:textId="77777777" w:rsidR="009929C4" w:rsidRDefault="00000000">
            <w:r>
              <w:rPr>
                <w:b/>
                <w:sz w:val="19"/>
              </w:rPr>
              <w:t>Dan Goerndt</w:t>
            </w:r>
          </w:p>
        </w:tc>
        <w:tc>
          <w:tcPr>
            <w:tcW w:w="2477" w:type="dxa"/>
            <w:shd w:val="clear" w:color="auto" w:fill="F6F1F7"/>
            <w:tcMar>
              <w:top w:w="100" w:type="dxa"/>
              <w:left w:w="90" w:type="dxa"/>
              <w:bottom w:w="100" w:type="dxa"/>
              <w:right w:w="90" w:type="dxa"/>
            </w:tcMar>
            <w:vAlign w:val="center"/>
          </w:tcPr>
          <w:p w14:paraId="63770068" w14:textId="77777777" w:rsidR="009929C4" w:rsidRDefault="00000000">
            <w:r>
              <w:rPr>
                <w:sz w:val="19"/>
              </w:rPr>
              <w:t>Director of Programs</w:t>
            </w:r>
          </w:p>
        </w:tc>
        <w:tc>
          <w:tcPr>
            <w:tcW w:w="1728" w:type="dxa"/>
            <w:shd w:val="clear" w:color="auto" w:fill="F6F1F7"/>
            <w:tcMar>
              <w:top w:w="100" w:type="dxa"/>
              <w:left w:w="90" w:type="dxa"/>
              <w:bottom w:w="100" w:type="dxa"/>
              <w:right w:w="90" w:type="dxa"/>
            </w:tcMar>
            <w:vAlign w:val="center"/>
          </w:tcPr>
          <w:p w14:paraId="67577D8E" w14:textId="77777777" w:rsidR="009929C4" w:rsidRDefault="00000000">
            <w:r>
              <w:rPr>
                <w:sz w:val="19"/>
              </w:rPr>
              <w:t>440-376-9010</w:t>
            </w:r>
          </w:p>
        </w:tc>
        <w:tc>
          <w:tcPr>
            <w:tcW w:w="3528" w:type="dxa"/>
            <w:shd w:val="clear" w:color="auto" w:fill="F6F1F7"/>
            <w:tcMar>
              <w:top w:w="100" w:type="dxa"/>
              <w:left w:w="90" w:type="dxa"/>
              <w:bottom w:w="100" w:type="dxa"/>
              <w:right w:w="90" w:type="dxa"/>
            </w:tcMar>
            <w:vAlign w:val="center"/>
          </w:tcPr>
          <w:p w14:paraId="2278A062" w14:textId="77777777" w:rsidR="009929C4" w:rsidRDefault="00000000">
            <w:r>
              <w:rPr>
                <w:sz w:val="19"/>
              </w:rPr>
              <w:t>Daniel.Goerndt@scouting.org</w:t>
            </w:r>
          </w:p>
        </w:tc>
      </w:tr>
      <w:tr w:rsidR="009929C4" w14:paraId="1F720A26" w14:textId="77777777">
        <w:trPr>
          <w:cantSplit/>
        </w:trPr>
        <w:tc>
          <w:tcPr>
            <w:tcW w:w="2088" w:type="dxa"/>
            <w:tcMar>
              <w:top w:w="100" w:type="dxa"/>
              <w:left w:w="90" w:type="dxa"/>
              <w:bottom w:w="100" w:type="dxa"/>
              <w:right w:w="90" w:type="dxa"/>
            </w:tcMar>
            <w:vAlign w:val="center"/>
          </w:tcPr>
          <w:p w14:paraId="0395E76D" w14:textId="77777777" w:rsidR="009929C4" w:rsidRDefault="00000000">
            <w:r>
              <w:rPr>
                <w:b/>
                <w:sz w:val="19"/>
              </w:rPr>
              <w:t>Drew Denger</w:t>
            </w:r>
          </w:p>
        </w:tc>
        <w:tc>
          <w:tcPr>
            <w:tcW w:w="2477" w:type="dxa"/>
            <w:tcMar>
              <w:top w:w="100" w:type="dxa"/>
              <w:left w:w="90" w:type="dxa"/>
              <w:bottom w:w="100" w:type="dxa"/>
              <w:right w:w="90" w:type="dxa"/>
            </w:tcMar>
            <w:vAlign w:val="center"/>
          </w:tcPr>
          <w:p w14:paraId="28DBE324" w14:textId="77777777" w:rsidR="009929C4" w:rsidRDefault="00000000">
            <w:r>
              <w:rPr>
                <w:sz w:val="19"/>
              </w:rPr>
              <w:t>Business Manager</w:t>
            </w:r>
          </w:p>
        </w:tc>
        <w:tc>
          <w:tcPr>
            <w:tcW w:w="1728" w:type="dxa"/>
            <w:tcMar>
              <w:top w:w="100" w:type="dxa"/>
              <w:left w:w="90" w:type="dxa"/>
              <w:bottom w:w="100" w:type="dxa"/>
              <w:right w:w="90" w:type="dxa"/>
            </w:tcMar>
            <w:vAlign w:val="center"/>
          </w:tcPr>
          <w:p w14:paraId="16A5ABCE" w14:textId="77777777" w:rsidR="009929C4" w:rsidRDefault="00000000">
            <w:r>
              <w:rPr>
                <w:sz w:val="19"/>
              </w:rPr>
              <w:t>440-309-8740</w:t>
            </w:r>
          </w:p>
        </w:tc>
        <w:tc>
          <w:tcPr>
            <w:tcW w:w="3528" w:type="dxa"/>
            <w:tcMar>
              <w:top w:w="100" w:type="dxa"/>
              <w:left w:w="90" w:type="dxa"/>
              <w:bottom w:w="100" w:type="dxa"/>
              <w:right w:w="90" w:type="dxa"/>
            </w:tcMar>
            <w:vAlign w:val="center"/>
          </w:tcPr>
          <w:p w14:paraId="6CBCBB80" w14:textId="77777777" w:rsidR="009929C4" w:rsidRDefault="00000000">
            <w:r>
              <w:rPr>
                <w:sz w:val="19"/>
              </w:rPr>
              <w:t>drew.denger@lecscouting.org</w:t>
            </w:r>
          </w:p>
        </w:tc>
      </w:tr>
      <w:tr w:rsidR="009929C4" w14:paraId="5BE76E10" w14:textId="77777777">
        <w:trPr>
          <w:cantSplit/>
        </w:trPr>
        <w:tc>
          <w:tcPr>
            <w:tcW w:w="2088" w:type="dxa"/>
            <w:shd w:val="clear" w:color="auto" w:fill="F6F1F7"/>
            <w:tcMar>
              <w:top w:w="100" w:type="dxa"/>
              <w:left w:w="90" w:type="dxa"/>
              <w:bottom w:w="100" w:type="dxa"/>
              <w:right w:w="90" w:type="dxa"/>
            </w:tcMar>
            <w:vAlign w:val="center"/>
          </w:tcPr>
          <w:p w14:paraId="74FC15D0" w14:textId="77777777" w:rsidR="009929C4" w:rsidRDefault="00000000">
            <w:r>
              <w:rPr>
                <w:b/>
                <w:sz w:val="19"/>
              </w:rPr>
              <w:t>Caleb Molseed</w:t>
            </w:r>
          </w:p>
        </w:tc>
        <w:tc>
          <w:tcPr>
            <w:tcW w:w="2477" w:type="dxa"/>
            <w:shd w:val="clear" w:color="auto" w:fill="F6F1F7"/>
            <w:tcMar>
              <w:top w:w="100" w:type="dxa"/>
              <w:left w:w="90" w:type="dxa"/>
              <w:bottom w:w="100" w:type="dxa"/>
              <w:right w:w="90" w:type="dxa"/>
            </w:tcMar>
            <w:vAlign w:val="center"/>
          </w:tcPr>
          <w:p w14:paraId="05DDCDBE" w14:textId="77777777" w:rsidR="009929C4" w:rsidRDefault="00000000">
            <w:r>
              <w:rPr>
                <w:sz w:val="19"/>
              </w:rPr>
              <w:t>Food Operations Director</w:t>
            </w:r>
          </w:p>
        </w:tc>
        <w:tc>
          <w:tcPr>
            <w:tcW w:w="1728" w:type="dxa"/>
            <w:shd w:val="clear" w:color="auto" w:fill="F6F1F7"/>
            <w:tcMar>
              <w:top w:w="100" w:type="dxa"/>
              <w:left w:w="90" w:type="dxa"/>
              <w:bottom w:w="100" w:type="dxa"/>
              <w:right w:w="90" w:type="dxa"/>
            </w:tcMar>
            <w:vAlign w:val="center"/>
          </w:tcPr>
          <w:p w14:paraId="292AAB32" w14:textId="77777777" w:rsidR="009929C4" w:rsidRDefault="00000000">
            <w:r>
              <w:rPr>
                <w:sz w:val="19"/>
              </w:rPr>
              <w:t>216-246-5880</w:t>
            </w:r>
          </w:p>
        </w:tc>
        <w:tc>
          <w:tcPr>
            <w:tcW w:w="3528" w:type="dxa"/>
            <w:shd w:val="clear" w:color="auto" w:fill="F6F1F7"/>
            <w:tcMar>
              <w:top w:w="100" w:type="dxa"/>
              <w:left w:w="90" w:type="dxa"/>
              <w:bottom w:w="100" w:type="dxa"/>
              <w:right w:w="90" w:type="dxa"/>
            </w:tcMar>
            <w:vAlign w:val="center"/>
          </w:tcPr>
          <w:p w14:paraId="64F66757" w14:textId="77777777" w:rsidR="009929C4" w:rsidRDefault="00000000">
            <w:r>
              <w:rPr>
                <w:sz w:val="19"/>
              </w:rPr>
              <w:t>Caleb.molseed@lecscouting.org</w:t>
            </w:r>
          </w:p>
        </w:tc>
      </w:tr>
      <w:tr w:rsidR="009929C4" w14:paraId="6C29970F" w14:textId="77777777">
        <w:trPr>
          <w:cantSplit/>
        </w:trPr>
        <w:tc>
          <w:tcPr>
            <w:tcW w:w="2088" w:type="dxa"/>
            <w:tcMar>
              <w:top w:w="100" w:type="dxa"/>
              <w:left w:w="90" w:type="dxa"/>
              <w:bottom w:w="100" w:type="dxa"/>
              <w:right w:w="90" w:type="dxa"/>
            </w:tcMar>
            <w:vAlign w:val="center"/>
          </w:tcPr>
          <w:p w14:paraId="58764682" w14:textId="77777777" w:rsidR="009929C4" w:rsidRDefault="00000000">
            <w:r>
              <w:rPr>
                <w:b/>
                <w:sz w:val="19"/>
              </w:rPr>
              <w:t>David Metzger</w:t>
            </w:r>
          </w:p>
        </w:tc>
        <w:tc>
          <w:tcPr>
            <w:tcW w:w="2477" w:type="dxa"/>
            <w:tcMar>
              <w:top w:w="100" w:type="dxa"/>
              <w:left w:w="90" w:type="dxa"/>
              <w:bottom w:w="100" w:type="dxa"/>
              <w:right w:w="90" w:type="dxa"/>
            </w:tcMar>
            <w:vAlign w:val="center"/>
          </w:tcPr>
          <w:p w14:paraId="4C7BDC3E" w14:textId="77777777" w:rsidR="009929C4" w:rsidRDefault="00000000">
            <w:r>
              <w:rPr>
                <w:sz w:val="19"/>
              </w:rPr>
              <w:t>Weekend Ranger</w:t>
            </w:r>
          </w:p>
        </w:tc>
        <w:tc>
          <w:tcPr>
            <w:tcW w:w="1728" w:type="dxa"/>
            <w:tcMar>
              <w:top w:w="100" w:type="dxa"/>
              <w:left w:w="90" w:type="dxa"/>
              <w:bottom w:w="100" w:type="dxa"/>
              <w:right w:w="90" w:type="dxa"/>
            </w:tcMar>
            <w:vAlign w:val="center"/>
          </w:tcPr>
          <w:p w14:paraId="46BD0965" w14:textId="77777777" w:rsidR="009929C4" w:rsidRDefault="00000000">
            <w:r>
              <w:rPr>
                <w:sz w:val="19"/>
              </w:rPr>
              <w:t>246-469-2514</w:t>
            </w:r>
          </w:p>
        </w:tc>
        <w:tc>
          <w:tcPr>
            <w:tcW w:w="3528" w:type="dxa"/>
            <w:tcMar>
              <w:top w:w="100" w:type="dxa"/>
              <w:left w:w="90" w:type="dxa"/>
              <w:bottom w:w="100" w:type="dxa"/>
              <w:right w:w="90" w:type="dxa"/>
            </w:tcMar>
            <w:vAlign w:val="center"/>
          </w:tcPr>
          <w:p w14:paraId="5D1E3D7C" w14:textId="77777777" w:rsidR="009929C4" w:rsidRDefault="009929C4"/>
        </w:tc>
      </w:tr>
    </w:tbl>
    <w:p w14:paraId="12951290" w14:textId="77777777" w:rsidR="009929C4" w:rsidRDefault="00000000">
      <w:pPr>
        <w:pStyle w:val="Heading1"/>
      </w:pPr>
      <w:r>
        <w:rPr>
          <w:rFonts w:ascii="Aptos" w:hAnsi="Aptos"/>
          <w:sz w:val="36"/>
        </w:rPr>
        <w:t>Unit Leader Final Checklist</w:t>
      </w:r>
    </w:p>
    <w:p w14:paraId="7BF5D861" w14:textId="77777777" w:rsidR="009929C4" w:rsidRDefault="00000000">
      <w:pPr>
        <w:spacing w:after="100"/>
      </w:pPr>
      <w:r>
        <w:t>☐  Registration and payments are current</w:t>
      </w:r>
    </w:p>
    <w:p w14:paraId="217AF8AD" w14:textId="77777777" w:rsidR="009929C4" w:rsidRDefault="00000000">
      <w:pPr>
        <w:spacing w:after="100"/>
      </w:pPr>
      <w:r>
        <w:t>☐  Typed roster is ready for check-in</w:t>
      </w:r>
    </w:p>
    <w:p w14:paraId="05A2CCDC" w14:textId="77777777" w:rsidR="009929C4" w:rsidRDefault="00000000">
      <w:pPr>
        <w:spacing w:after="100"/>
      </w:pPr>
      <w:r>
        <w:t>☐  Medical form is complete for every participant</w:t>
      </w:r>
    </w:p>
    <w:p w14:paraId="10F6E316" w14:textId="77777777" w:rsidR="009929C4" w:rsidRDefault="00000000">
      <w:pPr>
        <w:spacing w:after="100"/>
      </w:pPr>
      <w:proofErr w:type="gramStart"/>
      <w:r>
        <w:t>☐  Two</w:t>
      </w:r>
      <w:proofErr w:type="gramEnd"/>
      <w:r>
        <w:t>-deep leadership and trained adult coverage are confirmed</w:t>
      </w:r>
    </w:p>
    <w:p w14:paraId="6A7284C7" w14:textId="77777777" w:rsidR="009929C4" w:rsidRDefault="00000000">
      <w:pPr>
        <w:spacing w:after="100"/>
      </w:pPr>
      <w:r>
        <w:t>☐  Dietary and medical needs have been communicated</w:t>
      </w:r>
    </w:p>
    <w:p w14:paraId="465CB290" w14:textId="77777777" w:rsidR="009929C4" w:rsidRDefault="00000000">
      <w:pPr>
        <w:spacing w:after="100"/>
      </w:pPr>
      <w:r>
        <w:t>☐  Unit has weather gear, flashlights, water bottles, and closed-toe footwear</w:t>
      </w:r>
    </w:p>
    <w:p w14:paraId="6D3B2A35" w14:textId="77777777" w:rsidR="009929C4" w:rsidRDefault="00000000">
      <w:pPr>
        <w:spacing w:after="100"/>
      </w:pPr>
      <w:r>
        <w:t>☐  Checkout time is scheduled before departure</w:t>
      </w:r>
    </w:p>
    <w:p w14:paraId="11CF22AD" w14:textId="77777777" w:rsidR="009929C4" w:rsidRDefault="00000000">
      <w:pPr>
        <w:pStyle w:val="Heading1"/>
      </w:pPr>
      <w:r>
        <w:rPr>
          <w:rFonts w:ascii="Aptos" w:hAnsi="Aptos"/>
          <w:sz w:val="36"/>
        </w:rPr>
        <w:t>Important Reminder</w:t>
      </w:r>
    </w:p>
    <w:p w14:paraId="5271FE38" w14:textId="77777777" w:rsidR="009929C4" w:rsidRDefault="00000000">
      <w:pPr>
        <w:spacing w:before="160" w:after="80"/>
        <w:jc w:val="center"/>
      </w:pPr>
      <w:r>
        <w:rPr>
          <w:rFonts w:ascii="Aptos Display" w:hAnsi="Aptos Display"/>
          <w:b/>
          <w:color w:val="F26A2E"/>
          <w:sz w:val="36"/>
        </w:rPr>
        <w:t>DRINK PLENTY OF WATER</w:t>
      </w:r>
    </w:p>
    <w:p w14:paraId="7A328D19" w14:textId="77777777" w:rsidR="009929C4" w:rsidRDefault="00000000">
      <w:pPr>
        <w:spacing w:after="140" w:line="259" w:lineRule="auto"/>
      </w:pPr>
      <w:r>
        <w:t>Event information and schedules may be adjusted for weather, safety, staffing, or operational needs. Unit leaders should review all updates provided at check-in and during the weekend.</w:t>
      </w:r>
    </w:p>
    <w:sectPr w:rsidR="009929C4" w:rsidSect="00034616">
      <w:headerReference w:type="default" r:id="rId11"/>
      <w:footerReference w:type="default" r:id="rId12"/>
      <w:pgSz w:w="12240" w:h="15840"/>
      <w:pgMar w:top="936" w:right="1037" w:bottom="864" w:left="1037"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8E4FF" w14:textId="77777777" w:rsidR="0049644C" w:rsidRDefault="0049644C">
      <w:pPr>
        <w:spacing w:after="0" w:line="240" w:lineRule="auto"/>
      </w:pPr>
      <w:r>
        <w:separator/>
      </w:r>
    </w:p>
  </w:endnote>
  <w:endnote w:type="continuationSeparator" w:id="0">
    <w:p w14:paraId="00D342E4" w14:textId="77777777" w:rsidR="0049644C" w:rsidRDefault="00496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7F0A" w14:textId="77777777" w:rsidR="009929C4" w:rsidRDefault="009929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6436" w14:textId="77777777" w:rsidR="009929C4" w:rsidRDefault="00000000">
    <w:pPr>
      <w:pStyle w:val="Footer"/>
      <w:jc w:val="center"/>
    </w:pPr>
    <w:r>
      <w:rPr>
        <w:color w:val="666666"/>
        <w:sz w:val="16"/>
      </w:rPr>
      <w:t xml:space="preserve">Beaumont Scout </w:t>
    </w:r>
    <w:proofErr w:type="gramStart"/>
    <w:r>
      <w:rPr>
        <w:color w:val="666666"/>
        <w:sz w:val="16"/>
      </w:rPr>
      <w:t>Reservation  |</w:t>
    </w:r>
    <w:proofErr w:type="gramEnd"/>
    <w:r>
      <w:rPr>
        <w:color w:val="666666"/>
        <w:sz w:val="16"/>
      </w:rPr>
      <w:t xml:space="preserve">  September 25–27,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0975A" w14:textId="77777777" w:rsidR="0049644C" w:rsidRDefault="0049644C">
      <w:pPr>
        <w:spacing w:after="0" w:line="240" w:lineRule="auto"/>
      </w:pPr>
      <w:r>
        <w:separator/>
      </w:r>
    </w:p>
  </w:footnote>
  <w:footnote w:type="continuationSeparator" w:id="0">
    <w:p w14:paraId="6E3FEE67" w14:textId="77777777" w:rsidR="0049644C" w:rsidRDefault="00496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89002" w14:textId="77777777" w:rsidR="009929C4" w:rsidRDefault="00992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B3FD" w14:textId="77777777" w:rsidR="009929C4" w:rsidRDefault="00000000">
    <w:pPr>
      <w:pStyle w:val="Header"/>
      <w:jc w:val="right"/>
    </w:pPr>
    <w:r>
      <w:rPr>
        <w:b/>
        <w:color w:val="5A1768"/>
        <w:sz w:val="16"/>
      </w:rPr>
      <w:t>HAUNTED TRACTOR WEEKEND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1784753">
    <w:abstractNumId w:val="8"/>
  </w:num>
  <w:num w:numId="2" w16cid:durableId="815031300">
    <w:abstractNumId w:val="6"/>
  </w:num>
  <w:num w:numId="3" w16cid:durableId="1991907653">
    <w:abstractNumId w:val="5"/>
  </w:num>
  <w:num w:numId="4" w16cid:durableId="59645218">
    <w:abstractNumId w:val="4"/>
  </w:num>
  <w:num w:numId="5" w16cid:durableId="1119299413">
    <w:abstractNumId w:val="7"/>
  </w:num>
  <w:num w:numId="6" w16cid:durableId="1289243480">
    <w:abstractNumId w:val="3"/>
  </w:num>
  <w:num w:numId="7" w16cid:durableId="508063819">
    <w:abstractNumId w:val="2"/>
  </w:num>
  <w:num w:numId="8" w16cid:durableId="1266815324">
    <w:abstractNumId w:val="1"/>
  </w:num>
  <w:num w:numId="9" w16cid:durableId="1314259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2723"/>
    <w:rsid w:val="0049644C"/>
    <w:rsid w:val="009929C4"/>
    <w:rsid w:val="00AA1D8D"/>
    <w:rsid w:val="00B12F7C"/>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2E856A"/>
  <w14:defaultImageDpi w14:val="300"/>
  <w15:docId w15:val="{5AFB3D98-906E-0D4C-8999-0018FDA55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Haunted Tractor Weekend 2026 Leaders Guide</dc:title>
  <dc:subject>Scouts BSA Fall Camporee at Beaumont Scout Reservation</dc:subject>
  <dc:creator>Lake Erie Council, Scouting America</dc:creator>
  <cp:keywords/>
  <dc:description>generated by python-docx</dc:description>
  <cp:lastModifiedBy>Anthony Dworning</cp:lastModifiedBy>
  <cp:revision>2</cp:revision>
  <cp:lastPrinted>2026-09-10T14:27:00Z</cp:lastPrinted>
  <dcterms:created xsi:type="dcterms:W3CDTF">2026-09-10T17:41:00Z</dcterms:created>
  <dcterms:modified xsi:type="dcterms:W3CDTF">2026-09-10T17:41:00Z</dcterms:modified>
  <cp:category/>
</cp:coreProperties>
</file>