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800B" w14:textId="799EFE55" w:rsidR="00DC7C27" w:rsidRDefault="00DC7C27" w:rsidP="00DC7C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America Semiquincentennial Camporee 2026</w:t>
      </w:r>
    </w:p>
    <w:p w14:paraId="06130C7C" w14:textId="1643B6DA" w:rsidR="00121BC0" w:rsidRPr="00DC7C27" w:rsidRDefault="00DC7C27" w:rsidP="00DC7C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Ozark Trails </w:t>
      </w:r>
      <w:r w:rsidRPr="00121BC0">
        <w:rPr>
          <w:b/>
          <w:sz w:val="36"/>
          <w:szCs w:val="36"/>
        </w:rPr>
        <w:t>Council</w:t>
      </w:r>
      <w:r>
        <w:rPr>
          <w:b/>
          <w:sz w:val="36"/>
          <w:szCs w:val="36"/>
        </w:rPr>
        <w:t xml:space="preserve"> </w:t>
      </w:r>
      <w:r w:rsidRPr="00121BC0">
        <w:rPr>
          <w:b/>
          <w:sz w:val="36"/>
          <w:szCs w:val="36"/>
        </w:rPr>
        <w:br/>
        <w:t>Leader’s Guide</w:t>
      </w:r>
    </w:p>
    <w:p w14:paraId="64D02566" w14:textId="746A0EF0" w:rsidR="00121BC0" w:rsidRDefault="00F07A76" w:rsidP="00121BC0">
      <w:pPr>
        <w:jc w:val="center"/>
        <w:rPr>
          <w:b/>
          <w:sz w:val="36"/>
          <w:szCs w:val="36"/>
        </w:rPr>
      </w:pPr>
      <w:r w:rsidRPr="00F07A76">
        <w:rPr>
          <w:b/>
          <w:noProof/>
          <w:sz w:val="36"/>
          <w:szCs w:val="36"/>
        </w:rPr>
        <w:drawing>
          <wp:inline distT="0" distB="0" distL="0" distR="0" wp14:anchorId="206387F2" wp14:editId="1E18F54E">
            <wp:extent cx="1920240" cy="1920240"/>
            <wp:effectExtent l="0" t="0" r="3810" b="3810"/>
            <wp:docPr id="1000177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49373" w14:textId="77777777" w:rsidR="003063FF" w:rsidRPr="00DC7C27" w:rsidRDefault="00000000">
      <w:pPr>
        <w:rPr>
          <w:sz w:val="24"/>
          <w:szCs w:val="24"/>
        </w:rPr>
      </w:pPr>
      <w:r w:rsidRPr="00DC7C27">
        <w:rPr>
          <w:sz w:val="24"/>
          <w:szCs w:val="24"/>
        </w:rPr>
        <w:t>Hosted by Scouting America in partnership with the Sons of the American Revolution and the Daughters of the American Revolution.</w:t>
      </w:r>
    </w:p>
    <w:p w14:paraId="26A99472" w14:textId="430C3A93" w:rsidR="003063FF" w:rsidRDefault="00000000">
      <w:pPr>
        <w:rPr>
          <w:sz w:val="24"/>
        </w:rPr>
      </w:pPr>
      <w:r w:rsidRPr="00DC7C27">
        <w:rPr>
          <w:b/>
          <w:bCs/>
          <w:sz w:val="24"/>
        </w:rPr>
        <w:t xml:space="preserve">Dates: </w:t>
      </w:r>
      <w:r w:rsidR="00F07A76">
        <w:rPr>
          <w:b/>
          <w:bCs/>
          <w:sz w:val="24"/>
        </w:rPr>
        <w:t xml:space="preserve">September 11-13, </w:t>
      </w:r>
      <w:r w:rsidRPr="00DC7C27">
        <w:rPr>
          <w:b/>
          <w:bCs/>
          <w:sz w:val="24"/>
        </w:rPr>
        <w:t>2026</w:t>
      </w:r>
      <w:r>
        <w:rPr>
          <w:sz w:val="24"/>
        </w:rPr>
        <w:br/>
        <w:t xml:space="preserve">Location: </w:t>
      </w:r>
      <w:r w:rsidR="00F07A76">
        <w:rPr>
          <w:sz w:val="24"/>
        </w:rPr>
        <w:t>Camp Arrowhead, Marshfield, MO</w:t>
      </w:r>
      <w:r>
        <w:rPr>
          <w:sz w:val="24"/>
        </w:rPr>
        <w:br/>
        <w:t>Theme: Liberty in Action – Lexington &amp; Concord</w:t>
      </w:r>
    </w:p>
    <w:p w14:paraId="6DF1741E" w14:textId="4C50E73C" w:rsidR="00B62BE0" w:rsidRPr="00B62BE0" w:rsidRDefault="00B62BE0">
      <w:pPr>
        <w:rPr>
          <w:b/>
          <w:bCs/>
        </w:rPr>
      </w:pPr>
      <w:r>
        <w:rPr>
          <w:b/>
          <w:bCs/>
          <w:sz w:val="24"/>
        </w:rPr>
        <w:t xml:space="preserve">Register At:  </w:t>
      </w:r>
      <w:r w:rsidRPr="00B62BE0">
        <w:rPr>
          <w:b/>
          <w:bCs/>
          <w:sz w:val="24"/>
        </w:rPr>
        <w:t> </w:t>
      </w:r>
      <w:hyperlink r:id="rId7" w:tgtFrame="_blank" w:history="1">
        <w:r w:rsidRPr="00B62BE0">
          <w:rPr>
            <w:rStyle w:val="Hyperlink"/>
            <w:b/>
            <w:bCs/>
            <w:sz w:val="24"/>
          </w:rPr>
          <w:t>https://scoutingevent.com/306-America250Camporee</w:t>
        </w:r>
      </w:hyperlink>
    </w:p>
    <w:p w14:paraId="52B0A205" w14:textId="77777777" w:rsidR="003063FF" w:rsidRDefault="00000000">
      <w:pPr>
        <w:pStyle w:val="Heading1"/>
      </w:pPr>
      <w:r>
        <w:t>1. Event Overview</w:t>
      </w:r>
    </w:p>
    <w:p w14:paraId="0D1A59D6" w14:textId="52CE7003" w:rsidR="008B77A0" w:rsidRDefault="00000000">
      <w:pPr>
        <w:rPr>
          <w:b/>
          <w:bCs/>
          <w:sz w:val="24"/>
          <w:szCs w:val="24"/>
        </w:rPr>
      </w:pPr>
      <w:r w:rsidRPr="00374931">
        <w:rPr>
          <w:sz w:val="24"/>
          <w:szCs w:val="24"/>
        </w:rPr>
        <w:t xml:space="preserve">This camporee is built around the Sons of the American Revolution (SAR) America 250 program for Lexington &amp; Concord. Scouts engage in hands‑on stations that explore the opening days of the American Revolution while building Scouting skills in first aid, pioneering, mapping, problem solving, and teamwork. </w:t>
      </w:r>
      <w:r w:rsidRPr="00374931">
        <w:rPr>
          <w:b/>
          <w:bCs/>
          <w:sz w:val="24"/>
          <w:szCs w:val="24"/>
        </w:rPr>
        <w:t>Participation qualifies youth to earn the Liberty in Action patch.</w:t>
      </w:r>
    </w:p>
    <w:p w14:paraId="36AC7852" w14:textId="77777777" w:rsidR="0068109D" w:rsidRDefault="0068109D">
      <w:pPr>
        <w:rPr>
          <w:b/>
          <w:bCs/>
          <w:sz w:val="24"/>
          <w:szCs w:val="24"/>
        </w:rPr>
      </w:pPr>
    </w:p>
    <w:p w14:paraId="0E04B7E2" w14:textId="02DEF45D" w:rsidR="0068109D" w:rsidRDefault="0068109D" w:rsidP="0068109D">
      <w:pPr>
        <w:pStyle w:val="Heading1"/>
      </w:pPr>
      <w:r>
        <w:t>2. Location</w:t>
      </w:r>
    </w:p>
    <w:p w14:paraId="4D2DBDC6" w14:textId="6639559D" w:rsidR="0068109D" w:rsidRPr="0068109D" w:rsidRDefault="00F07A76" w:rsidP="0068109D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Camp Arrowhead, </w:t>
      </w:r>
      <w:r w:rsidRPr="00F07A76">
        <w:rPr>
          <w:sz w:val="24"/>
          <w:szCs w:val="24"/>
        </w:rPr>
        <w:t>4202 State Rte DD, Marshfield, MO 65706</w:t>
      </w:r>
    </w:p>
    <w:p w14:paraId="5607421D" w14:textId="1606701D" w:rsidR="008B77A0" w:rsidRDefault="0068109D" w:rsidP="008B77A0">
      <w:pPr>
        <w:pStyle w:val="Heading1"/>
      </w:pPr>
      <w:r>
        <w:t>3</w:t>
      </w:r>
      <w:r w:rsidR="008B77A0">
        <w:t>. Pricing</w:t>
      </w:r>
    </w:p>
    <w:p w14:paraId="669A168D" w14:textId="5B2893C0" w:rsidR="008B77A0" w:rsidRPr="008B77A0" w:rsidRDefault="008B77A0" w:rsidP="008B77A0">
      <w:pPr>
        <w:pStyle w:val="ListParagraph"/>
        <w:numPr>
          <w:ilvl w:val="0"/>
          <w:numId w:val="21"/>
        </w:numPr>
      </w:pPr>
      <w:r>
        <w:rPr>
          <w:sz w:val="24"/>
          <w:szCs w:val="24"/>
        </w:rPr>
        <w:t xml:space="preserve">Early Bird Youth Registration: $25.00 (Early Bird Ends </w:t>
      </w:r>
      <w:r w:rsidR="00F07A76">
        <w:rPr>
          <w:sz w:val="24"/>
          <w:szCs w:val="24"/>
        </w:rPr>
        <w:t>September 4</w:t>
      </w:r>
      <w:r>
        <w:rPr>
          <w:sz w:val="24"/>
          <w:szCs w:val="24"/>
        </w:rPr>
        <w:t>, 2026)</w:t>
      </w:r>
    </w:p>
    <w:p w14:paraId="55027954" w14:textId="12AEB734" w:rsidR="008B77A0" w:rsidRPr="008B77A0" w:rsidRDefault="008B77A0" w:rsidP="008B77A0">
      <w:pPr>
        <w:pStyle w:val="ListParagraph"/>
        <w:numPr>
          <w:ilvl w:val="0"/>
          <w:numId w:val="21"/>
        </w:numPr>
      </w:pPr>
      <w:r>
        <w:rPr>
          <w:sz w:val="24"/>
          <w:szCs w:val="24"/>
        </w:rPr>
        <w:lastRenderedPageBreak/>
        <w:t>Regular Youth Registration: $35.00</w:t>
      </w:r>
    </w:p>
    <w:p w14:paraId="31691034" w14:textId="5D3A618E" w:rsidR="008B77A0" w:rsidRPr="008B77A0" w:rsidRDefault="008B77A0" w:rsidP="008B77A0">
      <w:pPr>
        <w:pStyle w:val="ListParagraph"/>
        <w:numPr>
          <w:ilvl w:val="0"/>
          <w:numId w:val="21"/>
        </w:numPr>
      </w:pPr>
      <w:r>
        <w:rPr>
          <w:sz w:val="24"/>
          <w:szCs w:val="24"/>
        </w:rPr>
        <w:t xml:space="preserve">Early Bird Adult Registration: $10.00 (Early Bird Ends </w:t>
      </w:r>
      <w:r w:rsidR="00F07A76">
        <w:rPr>
          <w:sz w:val="24"/>
          <w:szCs w:val="24"/>
        </w:rPr>
        <w:t>September 4</w:t>
      </w:r>
      <w:r>
        <w:rPr>
          <w:sz w:val="24"/>
          <w:szCs w:val="24"/>
        </w:rPr>
        <w:t>, 2026)</w:t>
      </w:r>
    </w:p>
    <w:p w14:paraId="616A002E" w14:textId="23BD71E9" w:rsidR="00B62BE0" w:rsidRPr="00B62BE0" w:rsidRDefault="008B77A0" w:rsidP="00B62BE0">
      <w:pPr>
        <w:pStyle w:val="ListParagraph"/>
        <w:numPr>
          <w:ilvl w:val="0"/>
          <w:numId w:val="21"/>
        </w:numPr>
      </w:pPr>
      <w:r>
        <w:rPr>
          <w:sz w:val="24"/>
          <w:szCs w:val="24"/>
        </w:rPr>
        <w:t>Regular Adult Registration: $15.0</w:t>
      </w:r>
      <w:r w:rsidR="00F07A76">
        <w:rPr>
          <w:sz w:val="24"/>
          <w:szCs w:val="24"/>
        </w:rPr>
        <w:t>0</w:t>
      </w:r>
    </w:p>
    <w:p w14:paraId="2624250F" w14:textId="300DD0F6" w:rsidR="003063FF" w:rsidRDefault="0068109D">
      <w:pPr>
        <w:pStyle w:val="Heading1"/>
      </w:pPr>
      <w:r>
        <w:t>4. Partners &amp; Acknowledgments</w:t>
      </w:r>
    </w:p>
    <w:p w14:paraId="53AE753C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Scouting America – Ozark Trails Council (host)</w:t>
      </w:r>
      <w:r w:rsidRPr="00374931">
        <w:rPr>
          <w:sz w:val="24"/>
          <w:szCs w:val="24"/>
        </w:rPr>
        <w:br/>
        <w:t>Sons of the American Revolution (program partner)</w:t>
      </w:r>
      <w:r w:rsidRPr="00374931">
        <w:rPr>
          <w:sz w:val="24"/>
          <w:szCs w:val="24"/>
        </w:rPr>
        <w:br/>
        <w:t>Daughters of the American Revolution (support partner)</w:t>
      </w:r>
    </w:p>
    <w:p w14:paraId="66D44EE5" w14:textId="7B20E923" w:rsidR="003063FF" w:rsidRDefault="0068109D">
      <w:pPr>
        <w:pStyle w:val="Heading1"/>
      </w:pPr>
      <w:r>
        <w:t>5. Schedule</w:t>
      </w:r>
    </w:p>
    <w:p w14:paraId="79E387B2" w14:textId="77777777" w:rsidR="003063FF" w:rsidRPr="00374931" w:rsidRDefault="00000000">
      <w:pPr>
        <w:rPr>
          <w:sz w:val="24"/>
          <w:szCs w:val="24"/>
        </w:rPr>
      </w:pPr>
      <w:r w:rsidRPr="00374931">
        <w:rPr>
          <w:b/>
          <w:sz w:val="24"/>
          <w:szCs w:val="24"/>
        </w:rPr>
        <w:t>Friday, May 15</w:t>
      </w:r>
    </w:p>
    <w:p w14:paraId="28D9B612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5:00–8:00 p.m.  Unit Check‑in &amp; Campsite Setup</w:t>
      </w:r>
    </w:p>
    <w:p w14:paraId="432A9480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9:00 p.m.  Cracker Barrel &amp; Leader/SPL Meeting</w:t>
      </w:r>
    </w:p>
    <w:p w14:paraId="538FC2AC" w14:textId="77777777" w:rsidR="003063FF" w:rsidRPr="0020606D" w:rsidRDefault="00000000" w:rsidP="0020606D">
      <w:pPr>
        <w:rPr>
          <w:sz w:val="24"/>
          <w:szCs w:val="24"/>
        </w:rPr>
      </w:pPr>
      <w:r w:rsidRPr="0020606D">
        <w:rPr>
          <w:b/>
          <w:sz w:val="24"/>
          <w:szCs w:val="24"/>
        </w:rPr>
        <w:t>Saturday, May 16</w:t>
      </w:r>
    </w:p>
    <w:p w14:paraId="4D2C27F6" w14:textId="2A619947" w:rsidR="003063FF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7:00–8:15 a.m.</w:t>
      </w:r>
      <w:r w:rsidR="0020606D">
        <w:rPr>
          <w:sz w:val="24"/>
          <w:szCs w:val="24"/>
        </w:rPr>
        <w:t xml:space="preserve"> - </w:t>
      </w:r>
      <w:r w:rsidRPr="00374931">
        <w:rPr>
          <w:sz w:val="24"/>
          <w:szCs w:val="24"/>
        </w:rPr>
        <w:t>Breakfast</w:t>
      </w:r>
      <w:r w:rsidR="00DC7C27" w:rsidRPr="00374931">
        <w:rPr>
          <w:sz w:val="24"/>
          <w:szCs w:val="24"/>
        </w:rPr>
        <w:t xml:space="preserve"> (units)</w:t>
      </w:r>
      <w:r w:rsidRPr="00374931">
        <w:rPr>
          <w:sz w:val="24"/>
          <w:szCs w:val="24"/>
        </w:rPr>
        <w:t xml:space="preserve"> &amp; campsite prep</w:t>
      </w:r>
    </w:p>
    <w:p w14:paraId="7B45E1B8" w14:textId="4623F355" w:rsidR="0020606D" w:rsidRPr="0020606D" w:rsidRDefault="0020606D" w:rsidP="0020606D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20606D">
        <w:rPr>
          <w:sz w:val="24"/>
          <w:szCs w:val="24"/>
        </w:rPr>
        <w:t>8:00 a.m. – Volunteer Meeting/Handout Station Instructions</w:t>
      </w:r>
    </w:p>
    <w:p w14:paraId="3205DC4A" w14:textId="4258E51B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 xml:space="preserve">• 8:30 a.m. </w:t>
      </w:r>
      <w:r w:rsidR="0020606D">
        <w:rPr>
          <w:sz w:val="24"/>
          <w:szCs w:val="24"/>
        </w:rPr>
        <w:t xml:space="preserve">- </w:t>
      </w:r>
      <w:r w:rsidRPr="00374931">
        <w:rPr>
          <w:sz w:val="24"/>
          <w:szCs w:val="24"/>
        </w:rPr>
        <w:t>Opening Flags &amp; Announcements</w:t>
      </w:r>
    </w:p>
    <w:p w14:paraId="25E0C725" w14:textId="4C32CED6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9:00 a.m.–12:00 p.m.  Morning Stations (</w:t>
      </w:r>
      <w:r w:rsidR="00DC7C27" w:rsidRPr="00374931">
        <w:rPr>
          <w:sz w:val="24"/>
          <w:szCs w:val="24"/>
        </w:rPr>
        <w:t>open rotation)</w:t>
      </w:r>
    </w:p>
    <w:p w14:paraId="3B449C20" w14:textId="63B07F8C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12:00–1:30 p.m.  Lunch</w:t>
      </w:r>
      <w:r w:rsidR="00DC7C27" w:rsidRPr="00374931">
        <w:rPr>
          <w:sz w:val="24"/>
          <w:szCs w:val="24"/>
        </w:rPr>
        <w:t xml:space="preserve"> (units)</w:t>
      </w:r>
    </w:p>
    <w:p w14:paraId="52264E9E" w14:textId="54766D91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1:30–5:00 p.m.  Afternoon Stations (</w:t>
      </w:r>
      <w:r w:rsidR="00DC7C27" w:rsidRPr="00374931">
        <w:rPr>
          <w:sz w:val="24"/>
          <w:szCs w:val="24"/>
        </w:rPr>
        <w:t xml:space="preserve">open </w:t>
      </w:r>
      <w:r w:rsidRPr="00374931">
        <w:rPr>
          <w:sz w:val="24"/>
          <w:szCs w:val="24"/>
        </w:rPr>
        <w:t>rotation)</w:t>
      </w:r>
    </w:p>
    <w:p w14:paraId="22A2D8D2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7:00–8:15 p.m.  Closing Campfire &amp; Awards</w:t>
      </w:r>
    </w:p>
    <w:p w14:paraId="5C64A676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10:00 p.m.  Lights Out / Quiet Hours</w:t>
      </w:r>
    </w:p>
    <w:p w14:paraId="1C52E339" w14:textId="77777777" w:rsidR="003063FF" w:rsidRPr="00374931" w:rsidRDefault="00000000">
      <w:pPr>
        <w:rPr>
          <w:sz w:val="24"/>
          <w:szCs w:val="24"/>
        </w:rPr>
      </w:pPr>
      <w:r w:rsidRPr="00374931">
        <w:rPr>
          <w:b/>
          <w:sz w:val="24"/>
          <w:szCs w:val="24"/>
        </w:rPr>
        <w:t>Sunday, May 17</w:t>
      </w:r>
    </w:p>
    <w:p w14:paraId="32E3B9D4" w14:textId="177ED7CB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7:00 a.m</w:t>
      </w:r>
      <w:r w:rsidR="00374931" w:rsidRPr="00374931">
        <w:rPr>
          <w:sz w:val="24"/>
          <w:szCs w:val="24"/>
        </w:rPr>
        <w:t>.:</w:t>
      </w:r>
      <w:r w:rsidRPr="00374931">
        <w:rPr>
          <w:sz w:val="24"/>
          <w:szCs w:val="24"/>
        </w:rPr>
        <w:t xml:space="preserve"> Breakfast (units)</w:t>
      </w:r>
    </w:p>
    <w:p w14:paraId="655CD5BA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8:30–9:30 a.m.  Campsite breakdown &amp; final inspections</w:t>
      </w:r>
    </w:p>
    <w:p w14:paraId="35802700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By 10:00 a.m.  Check‑out complete (Leave No Trace)</w:t>
      </w:r>
    </w:p>
    <w:p w14:paraId="1064EA18" w14:textId="75F49F49" w:rsidR="003063FF" w:rsidRDefault="0068109D">
      <w:pPr>
        <w:pStyle w:val="Heading1"/>
      </w:pPr>
      <w:r>
        <w:lastRenderedPageBreak/>
        <w:t>6. Check‑In &amp; Check‑Out</w:t>
      </w:r>
    </w:p>
    <w:p w14:paraId="0A754BF3" w14:textId="77777777" w:rsidR="003063FF" w:rsidRPr="00374931" w:rsidRDefault="00000000">
      <w:pPr>
        <w:rPr>
          <w:b/>
          <w:bCs/>
          <w:sz w:val="24"/>
          <w:szCs w:val="24"/>
        </w:rPr>
      </w:pPr>
      <w:r w:rsidRPr="00374931">
        <w:rPr>
          <w:b/>
          <w:bCs/>
          <w:sz w:val="24"/>
          <w:szCs w:val="24"/>
        </w:rPr>
        <w:t>Check‑In (Friday 5–8 p.m.):</w:t>
      </w:r>
    </w:p>
    <w:p w14:paraId="50EF69B7" w14:textId="36009300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1) Proceed to HQ for</w:t>
      </w:r>
      <w:r w:rsidR="00374931" w:rsidRPr="00374931">
        <w:rPr>
          <w:sz w:val="24"/>
          <w:szCs w:val="24"/>
        </w:rPr>
        <w:t xml:space="preserve"> unit check-in </w:t>
      </w:r>
      <w:r w:rsidRPr="00374931">
        <w:rPr>
          <w:sz w:val="24"/>
          <w:szCs w:val="24"/>
        </w:rPr>
        <w:t>and campsite assignment.</w:t>
      </w:r>
    </w:p>
    <w:p w14:paraId="0BB7736A" w14:textId="4575D239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 xml:space="preserve">2) Turn in: medical forms packet, and any </w:t>
      </w:r>
      <w:r w:rsidR="00374931" w:rsidRPr="00374931">
        <w:rPr>
          <w:sz w:val="24"/>
          <w:szCs w:val="24"/>
        </w:rPr>
        <w:t>remaining fees due</w:t>
      </w:r>
      <w:r w:rsidRPr="00374931">
        <w:rPr>
          <w:sz w:val="24"/>
          <w:szCs w:val="24"/>
        </w:rPr>
        <w:t>.</w:t>
      </w:r>
    </w:p>
    <w:p w14:paraId="17D36C7F" w14:textId="461A5450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 xml:space="preserve">3) </w:t>
      </w:r>
      <w:r w:rsidR="00374931" w:rsidRPr="00374931">
        <w:rPr>
          <w:sz w:val="24"/>
          <w:szCs w:val="24"/>
        </w:rPr>
        <w:t>W</w:t>
      </w:r>
      <w:r w:rsidRPr="00374931">
        <w:rPr>
          <w:sz w:val="24"/>
          <w:szCs w:val="24"/>
        </w:rPr>
        <w:t>ristbands issued.</w:t>
      </w:r>
    </w:p>
    <w:p w14:paraId="24F60673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4) One vehicle may haul gear to site; all others to designated parking.</w:t>
      </w:r>
    </w:p>
    <w:p w14:paraId="0D623A1B" w14:textId="77777777" w:rsidR="003063FF" w:rsidRPr="00374931" w:rsidRDefault="00000000">
      <w:pPr>
        <w:rPr>
          <w:b/>
          <w:bCs/>
          <w:sz w:val="24"/>
          <w:szCs w:val="24"/>
        </w:rPr>
      </w:pPr>
      <w:r w:rsidRPr="00374931">
        <w:rPr>
          <w:b/>
          <w:bCs/>
          <w:sz w:val="24"/>
          <w:szCs w:val="24"/>
        </w:rPr>
        <w:t>Check‑Out (by Sunday 10 a.m.):</w:t>
      </w:r>
    </w:p>
    <w:p w14:paraId="0C5BC680" w14:textId="18F96A73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 xml:space="preserve">• </w:t>
      </w:r>
      <w:r w:rsidR="0020606D">
        <w:rPr>
          <w:sz w:val="24"/>
          <w:szCs w:val="24"/>
        </w:rPr>
        <w:t>Make sure campsites are clean.</w:t>
      </w:r>
    </w:p>
    <w:p w14:paraId="37DAC1D1" w14:textId="1330BCC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 xml:space="preserve">• </w:t>
      </w:r>
      <w:r w:rsidR="00374931">
        <w:rPr>
          <w:sz w:val="24"/>
          <w:szCs w:val="24"/>
        </w:rPr>
        <w:t>Check Out and R</w:t>
      </w:r>
      <w:r w:rsidRPr="00374931">
        <w:rPr>
          <w:sz w:val="24"/>
          <w:szCs w:val="24"/>
        </w:rPr>
        <w:t xml:space="preserve">eceive </w:t>
      </w:r>
      <w:r w:rsidR="00374931">
        <w:rPr>
          <w:sz w:val="24"/>
          <w:szCs w:val="24"/>
        </w:rPr>
        <w:t>P</w:t>
      </w:r>
      <w:r w:rsidRPr="00374931">
        <w:rPr>
          <w:sz w:val="24"/>
          <w:szCs w:val="24"/>
        </w:rPr>
        <w:t>atches.</w:t>
      </w:r>
    </w:p>
    <w:p w14:paraId="5E4A33EF" w14:textId="55A14C8A" w:rsidR="003063FF" w:rsidRDefault="0068109D">
      <w:pPr>
        <w:pStyle w:val="Heading1"/>
      </w:pPr>
      <w:r>
        <w:t>7. Safety, Youth Protection &amp; Medical</w:t>
      </w:r>
    </w:p>
    <w:p w14:paraId="5FB73CD3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Two‑deep leadership and all Barriers to Abuse apply at all times. Current Youth Protection Training is required for adults.</w:t>
      </w:r>
    </w:p>
    <w:p w14:paraId="13A5652A" w14:textId="320D8B15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 xml:space="preserve">• Annual Health &amp; Medical Record (AHMR) Parts A &amp; B are required for all participants. </w:t>
      </w:r>
    </w:p>
    <w:p w14:paraId="4B26AF0F" w14:textId="34DCE494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A designated Health Officer, first‑aid station, and emergency communication plan will be posted. Units should carry their own first‑aid kits and water at all times.</w:t>
      </w:r>
    </w:p>
    <w:p w14:paraId="2616B222" w14:textId="774FE06D" w:rsidR="003063FF" w:rsidRDefault="0068109D">
      <w:pPr>
        <w:pStyle w:val="Heading1"/>
      </w:pPr>
      <w:r>
        <w:t>8. Camp Rules &amp; Logistics</w:t>
      </w:r>
    </w:p>
    <w:p w14:paraId="4FBC9A77" w14:textId="1A1AD2DA" w:rsidR="003063FF" w:rsidRPr="00374931" w:rsidRDefault="00000000">
      <w:pPr>
        <w:rPr>
          <w:sz w:val="24"/>
          <w:szCs w:val="24"/>
        </w:rPr>
      </w:pPr>
      <w:r>
        <w:t xml:space="preserve">• </w:t>
      </w:r>
      <w:r w:rsidRPr="00374931">
        <w:rPr>
          <w:sz w:val="24"/>
          <w:szCs w:val="24"/>
        </w:rPr>
        <w:t>Cooking: Unit‑provided meals (</w:t>
      </w:r>
      <w:r w:rsidR="00374931" w:rsidRPr="00374931">
        <w:rPr>
          <w:sz w:val="24"/>
          <w:szCs w:val="24"/>
        </w:rPr>
        <w:t>Fri/</w:t>
      </w:r>
      <w:r w:rsidRPr="00374931">
        <w:rPr>
          <w:sz w:val="24"/>
          <w:szCs w:val="24"/>
        </w:rPr>
        <w:t>Sat/Sun all meals by units). Follow fuel safety; stoves/lanterns per Guide to Safe Scouting.</w:t>
      </w:r>
    </w:p>
    <w:p w14:paraId="117EB873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Water: Potable water points will be identified; units should bring water jugs for stations.</w:t>
      </w:r>
    </w:p>
    <w:p w14:paraId="4576D8DC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Fires: Follow posted fire danger level; use established fire rings or fire pans. Never leave fires unattended; cold‑out before departure.</w:t>
      </w:r>
    </w:p>
    <w:p w14:paraId="7B6A5BE4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Knives/Tools: Totin’ Chip/Tool safety rules enforced. No sheath knives at stations.</w:t>
      </w:r>
    </w:p>
    <w:p w14:paraId="3A543037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Vehicles: Park only in designated areas; no riders in truck beds.</w:t>
      </w:r>
    </w:p>
    <w:p w14:paraId="4ACA8785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Pets, alcohol, tobacco, and fireworks are not permitted.</w:t>
      </w:r>
    </w:p>
    <w:p w14:paraId="56BDD57A" w14:textId="127D4E32" w:rsidR="003063FF" w:rsidRDefault="0068109D">
      <w:pPr>
        <w:pStyle w:val="Heading1"/>
      </w:pPr>
      <w:r>
        <w:lastRenderedPageBreak/>
        <w:t>9. Leave No Trace (LNT)</w:t>
      </w:r>
    </w:p>
    <w:p w14:paraId="4BB39332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All units are expected to model the 7 Principles of Leave No Trace throughout the weekend. Campsites must be clean and restored before checkout. Bring trash bags; pack out what you pack in.</w:t>
      </w:r>
    </w:p>
    <w:p w14:paraId="4322B1E4" w14:textId="29E4594D" w:rsidR="003063FF" w:rsidRDefault="0068109D">
      <w:pPr>
        <w:pStyle w:val="Heading1"/>
      </w:pPr>
      <w:r>
        <w:t>10. Patrol 10 Essentials for Saturday Stations</w:t>
      </w:r>
    </w:p>
    <w:p w14:paraId="250F51AB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Pocketknife (only for Scouts with Totin’ Chip; adults secure otherwise)</w:t>
      </w:r>
    </w:p>
    <w:p w14:paraId="57BCDECB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First‑aid kit (unit or patrol level)</w:t>
      </w:r>
    </w:p>
    <w:p w14:paraId="03BBEB24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Extra clothing (layers appropriate for weather)</w:t>
      </w:r>
    </w:p>
    <w:p w14:paraId="5B386BF0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Rain gear</w:t>
      </w:r>
    </w:p>
    <w:p w14:paraId="1E91C84E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Water (each Scout + patrol water jug)</w:t>
      </w:r>
    </w:p>
    <w:p w14:paraId="59BE2450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Flashlight or headlamp</w:t>
      </w:r>
    </w:p>
    <w:p w14:paraId="6E83F1F1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Trail food/snacks</w:t>
      </w:r>
    </w:p>
    <w:p w14:paraId="56E5A56F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Matches/fire starter (Firem’n Chit; adults supervise)</w:t>
      </w:r>
    </w:p>
    <w:p w14:paraId="430868F8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Sun protection (hat, sunscreen, lip balm)</w:t>
      </w:r>
    </w:p>
    <w:p w14:paraId="34AFBD2C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Map and compass</w:t>
      </w:r>
    </w:p>
    <w:p w14:paraId="54F91AF9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Optional but recommended: whistle, insect repellent, duct tape, small tarp, and notebook/pencil.</w:t>
      </w:r>
    </w:p>
    <w:p w14:paraId="738CA210" w14:textId="0BC858ED" w:rsidR="003063FF" w:rsidRDefault="0068109D">
      <w:pPr>
        <w:pStyle w:val="Heading1"/>
      </w:pPr>
      <w:r>
        <w:t>11. Program Overview &amp; Stations (Lexington &amp; Concord)</w:t>
      </w:r>
    </w:p>
    <w:p w14:paraId="75323752" w14:textId="4DEC3526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Scouts rotate by patrol through themed stations inspired by SAR’s America 250 program. Unless noted, all program materials are provided at stations. Points</w:t>
      </w:r>
      <w:r w:rsidR="00374931" w:rsidRPr="002C57A5">
        <w:rPr>
          <w:sz w:val="24"/>
          <w:szCs w:val="24"/>
        </w:rPr>
        <w:t xml:space="preserve"> or times</w:t>
      </w:r>
      <w:r w:rsidRPr="002C57A5">
        <w:rPr>
          <w:sz w:val="24"/>
          <w:szCs w:val="24"/>
        </w:rPr>
        <w:t xml:space="preserve"> may be used for patrol awards.</w:t>
      </w:r>
    </w:p>
    <w:p w14:paraId="0E9C526C" w14:textId="77777777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1:</w:t>
      </w:r>
    </w:p>
    <w:p w14:paraId="22813A34" w14:textId="44AF27F2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Spies Among Us – Invisible Ink &amp; Coded Messages</w:t>
      </w:r>
    </w:p>
    <w:p w14:paraId="52A2A8A4" w14:textId="77777777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Decrypt and complete a secret mission using invisible ink and simple ciphers.</w:t>
      </w:r>
    </w:p>
    <w:p w14:paraId="101D2AC5" w14:textId="77777777" w:rsidR="0068109D" w:rsidRDefault="0068109D">
      <w:pPr>
        <w:rPr>
          <w:b/>
          <w:sz w:val="24"/>
          <w:szCs w:val="24"/>
        </w:rPr>
      </w:pPr>
    </w:p>
    <w:p w14:paraId="39F5E915" w14:textId="76AE19B5" w:rsidR="002C57A5" w:rsidRPr="002C57A5" w:rsidRDefault="002C57A5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lastRenderedPageBreak/>
        <w:t>Station 2:</w:t>
      </w:r>
    </w:p>
    <w:p w14:paraId="594D5141" w14:textId="38C6B40B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Old North Church – Light the Lantern (flint &amp; steel)</w:t>
      </w:r>
    </w:p>
    <w:p w14:paraId="0632FF23" w14:textId="77777777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Safely spark tinder and light a candle.</w:t>
      </w:r>
    </w:p>
    <w:p w14:paraId="2E8340CB" w14:textId="77777777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3:</w:t>
      </w:r>
    </w:p>
    <w:p w14:paraId="5F3151B7" w14:textId="5511FF7D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The Midnight Ride – Rope &amp; Saddle Paul Revere’s Horse</w:t>
      </w:r>
    </w:p>
    <w:p w14:paraId="0218B3A0" w14:textId="77777777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Properly rig a simple lash/bridle simulation.</w:t>
      </w:r>
    </w:p>
    <w:p w14:paraId="579F7C5D" w14:textId="18C9F9A4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4:</w:t>
      </w:r>
    </w:p>
    <w:p w14:paraId="54E489D2" w14:textId="34F93628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Lexington Green – Blanket &amp; Pole Litter</w:t>
      </w:r>
    </w:p>
    <w:p w14:paraId="5E882401" w14:textId="77777777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Build a makeshift litter and transport a ‘patriot’.</w:t>
      </w:r>
    </w:p>
    <w:p w14:paraId="5EE81A30" w14:textId="77777777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5:</w:t>
      </w:r>
    </w:p>
    <w:p w14:paraId="77E656CA" w14:textId="35357577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Dr. Joseph Fiske Takes Charge – First Aid: Stop the Bleeding</w:t>
      </w:r>
    </w:p>
    <w:p w14:paraId="5D1A473A" w14:textId="77777777" w:rsidR="00374931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Demonstrate bleeding control and patient care.</w:t>
      </w:r>
    </w:p>
    <w:p w14:paraId="6F442C20" w14:textId="77777777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6:</w:t>
      </w:r>
    </w:p>
    <w:p w14:paraId="44EF7556" w14:textId="1B643B50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Minutemen Assemble – Map Making (Lexington to Concord)</w:t>
      </w:r>
      <w:r w:rsidR="00374931" w:rsidRPr="002C57A5">
        <w:rPr>
          <w:b/>
          <w:sz w:val="24"/>
          <w:szCs w:val="24"/>
        </w:rPr>
        <w:t>/Orienteering</w:t>
      </w:r>
    </w:p>
    <w:p w14:paraId="317543ED" w14:textId="77777777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Sketch a usable map and route plan.</w:t>
      </w:r>
    </w:p>
    <w:p w14:paraId="39A5B51D" w14:textId="77777777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7:</w:t>
      </w:r>
    </w:p>
    <w:p w14:paraId="0DD70FD6" w14:textId="03C50D8E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North Bridge – Build a ‘no‑lash’ Pole Bridge</w:t>
      </w:r>
    </w:p>
    <w:p w14:paraId="0E8749E8" w14:textId="77777777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Assemble a bridge for three patriots to cross.</w:t>
      </w:r>
    </w:p>
    <w:p w14:paraId="5C611B24" w14:textId="49FE7E57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8:</w:t>
      </w:r>
    </w:p>
    <w:p w14:paraId="4532A70A" w14:textId="73609C82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Barrett Farm – Build a Ladder (poles &amp; twine)</w:t>
      </w:r>
    </w:p>
    <w:p w14:paraId="7F1D33E9" w14:textId="77777777" w:rsidR="0068109D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Construct a safe ladder to reach a loft line.</w:t>
      </w:r>
    </w:p>
    <w:p w14:paraId="51339751" w14:textId="177503BD" w:rsidR="002C57A5" w:rsidRPr="0068109D" w:rsidRDefault="002C57A5">
      <w:pPr>
        <w:rPr>
          <w:sz w:val="24"/>
          <w:szCs w:val="24"/>
        </w:rPr>
      </w:pPr>
      <w:r w:rsidRPr="002C57A5">
        <w:rPr>
          <w:b/>
          <w:sz w:val="24"/>
          <w:szCs w:val="24"/>
        </w:rPr>
        <w:lastRenderedPageBreak/>
        <w:t>Station 9:</w:t>
      </w:r>
    </w:p>
    <w:p w14:paraId="387038A9" w14:textId="64BA1139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The British Threaten to Burn Concord – Fire Brigade</w:t>
      </w:r>
    </w:p>
    <w:p w14:paraId="25A3485F" w14:textId="3A3C92F3" w:rsidR="003063FF" w:rsidRDefault="00000000" w:rsidP="002C57A5">
      <w:pPr>
        <w:rPr>
          <w:sz w:val="24"/>
          <w:szCs w:val="24"/>
        </w:rPr>
      </w:pPr>
      <w:r w:rsidRPr="002C57A5">
        <w:rPr>
          <w:sz w:val="24"/>
          <w:szCs w:val="24"/>
        </w:rPr>
        <w:t>Purpose: Relay water by bucket brigade; most water wins.</w:t>
      </w:r>
    </w:p>
    <w:p w14:paraId="49F712AB" w14:textId="77777777" w:rsidR="0020606D" w:rsidRDefault="0020606D" w:rsidP="002C57A5">
      <w:pPr>
        <w:rPr>
          <w:sz w:val="24"/>
          <w:szCs w:val="24"/>
        </w:rPr>
      </w:pPr>
    </w:p>
    <w:p w14:paraId="1EAD24D5" w14:textId="77777777" w:rsidR="0020606D" w:rsidRPr="002C57A5" w:rsidRDefault="0020606D" w:rsidP="0020606D">
      <w:pPr>
        <w:rPr>
          <w:b/>
          <w:bCs/>
          <w:sz w:val="24"/>
          <w:szCs w:val="24"/>
        </w:rPr>
      </w:pPr>
      <w:r w:rsidRPr="002C57A5">
        <w:rPr>
          <w:b/>
          <w:bCs/>
          <w:sz w:val="24"/>
          <w:szCs w:val="24"/>
        </w:rPr>
        <w:t>Station 10:</w:t>
      </w:r>
    </w:p>
    <w:p w14:paraId="736ABEC4" w14:textId="1C2B1C7D" w:rsidR="0020606D" w:rsidRPr="002C57A5" w:rsidRDefault="0020606D" w:rsidP="0020606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Letter Writing To Troops</w:t>
      </w:r>
    </w:p>
    <w:p w14:paraId="194310B4" w14:textId="77777777" w:rsidR="0020606D" w:rsidRPr="002C57A5" w:rsidRDefault="0020606D" w:rsidP="002C57A5">
      <w:pPr>
        <w:rPr>
          <w:sz w:val="24"/>
          <w:szCs w:val="24"/>
        </w:rPr>
      </w:pPr>
    </w:p>
    <w:p w14:paraId="51C87D04" w14:textId="70C76E83" w:rsidR="002C57A5" w:rsidRPr="002C57A5" w:rsidRDefault="002C57A5">
      <w:pPr>
        <w:rPr>
          <w:b/>
          <w:bCs/>
          <w:sz w:val="24"/>
          <w:szCs w:val="24"/>
        </w:rPr>
      </w:pPr>
      <w:r w:rsidRPr="002C57A5">
        <w:rPr>
          <w:b/>
          <w:bCs/>
          <w:sz w:val="24"/>
          <w:szCs w:val="24"/>
        </w:rPr>
        <w:t>Station 1</w:t>
      </w:r>
      <w:r w:rsidR="0020606D">
        <w:rPr>
          <w:b/>
          <w:bCs/>
          <w:sz w:val="24"/>
          <w:szCs w:val="24"/>
        </w:rPr>
        <w:t>1</w:t>
      </w:r>
      <w:r w:rsidRPr="002C57A5">
        <w:rPr>
          <w:b/>
          <w:bCs/>
          <w:sz w:val="24"/>
          <w:szCs w:val="24"/>
        </w:rPr>
        <w:t>:</w:t>
      </w:r>
    </w:p>
    <w:p w14:paraId="15C1E8C8" w14:textId="544B0B64" w:rsidR="002C57A5" w:rsidRPr="002C57A5" w:rsidRDefault="0020606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Long Range Shooting Sports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063FF" w14:paraId="4C327E89" w14:textId="77777777">
        <w:tc>
          <w:tcPr>
            <w:tcW w:w="960" w:type="dxa"/>
          </w:tcPr>
          <w:p w14:paraId="70C9183E" w14:textId="0F2F7EB3" w:rsidR="003063FF" w:rsidRDefault="003063FF" w:rsidP="00663A85"/>
        </w:tc>
        <w:tc>
          <w:tcPr>
            <w:tcW w:w="960" w:type="dxa"/>
          </w:tcPr>
          <w:p w14:paraId="6DB3F742" w14:textId="77777777" w:rsidR="003063FF" w:rsidRDefault="003063FF"/>
        </w:tc>
        <w:tc>
          <w:tcPr>
            <w:tcW w:w="960" w:type="dxa"/>
          </w:tcPr>
          <w:p w14:paraId="2C219F2E" w14:textId="77777777" w:rsidR="003063FF" w:rsidRDefault="003063FF"/>
        </w:tc>
        <w:tc>
          <w:tcPr>
            <w:tcW w:w="960" w:type="dxa"/>
          </w:tcPr>
          <w:p w14:paraId="20E47976" w14:textId="77777777" w:rsidR="003063FF" w:rsidRDefault="003063FF"/>
        </w:tc>
        <w:tc>
          <w:tcPr>
            <w:tcW w:w="960" w:type="dxa"/>
          </w:tcPr>
          <w:p w14:paraId="78145DDC" w14:textId="77777777" w:rsidR="003063FF" w:rsidRDefault="003063FF"/>
        </w:tc>
        <w:tc>
          <w:tcPr>
            <w:tcW w:w="960" w:type="dxa"/>
          </w:tcPr>
          <w:p w14:paraId="4061B164" w14:textId="77777777" w:rsidR="003063FF" w:rsidRDefault="003063FF"/>
        </w:tc>
        <w:tc>
          <w:tcPr>
            <w:tcW w:w="960" w:type="dxa"/>
          </w:tcPr>
          <w:p w14:paraId="7EDF1587" w14:textId="77777777" w:rsidR="003063FF" w:rsidRDefault="003063FF"/>
        </w:tc>
        <w:tc>
          <w:tcPr>
            <w:tcW w:w="960" w:type="dxa"/>
          </w:tcPr>
          <w:p w14:paraId="4F49D1D4" w14:textId="77777777" w:rsidR="003063FF" w:rsidRDefault="003063FF"/>
        </w:tc>
        <w:tc>
          <w:tcPr>
            <w:tcW w:w="960" w:type="dxa"/>
          </w:tcPr>
          <w:p w14:paraId="5E03A089" w14:textId="77777777" w:rsidR="003063FF" w:rsidRDefault="003063FF"/>
        </w:tc>
      </w:tr>
      <w:tr w:rsidR="000F043E" w14:paraId="556E5DBD" w14:textId="77777777" w:rsidTr="001B735B">
        <w:tc>
          <w:tcPr>
            <w:tcW w:w="960" w:type="dxa"/>
          </w:tcPr>
          <w:p w14:paraId="6AA03869" w14:textId="77777777" w:rsidR="000F043E" w:rsidRDefault="000F043E" w:rsidP="000F043E"/>
        </w:tc>
        <w:tc>
          <w:tcPr>
            <w:tcW w:w="960" w:type="dxa"/>
          </w:tcPr>
          <w:p w14:paraId="1FA1116D" w14:textId="77777777" w:rsidR="000F043E" w:rsidRDefault="000F043E" w:rsidP="001B735B"/>
        </w:tc>
        <w:tc>
          <w:tcPr>
            <w:tcW w:w="960" w:type="dxa"/>
          </w:tcPr>
          <w:p w14:paraId="0126510D" w14:textId="77777777" w:rsidR="000F043E" w:rsidRDefault="000F043E" w:rsidP="001B735B"/>
        </w:tc>
        <w:tc>
          <w:tcPr>
            <w:tcW w:w="960" w:type="dxa"/>
          </w:tcPr>
          <w:p w14:paraId="36001A05" w14:textId="77777777" w:rsidR="000F043E" w:rsidRDefault="000F043E" w:rsidP="001B735B"/>
        </w:tc>
        <w:tc>
          <w:tcPr>
            <w:tcW w:w="960" w:type="dxa"/>
          </w:tcPr>
          <w:p w14:paraId="3CF2F16F" w14:textId="77777777" w:rsidR="000F043E" w:rsidRDefault="000F043E" w:rsidP="001B735B"/>
        </w:tc>
        <w:tc>
          <w:tcPr>
            <w:tcW w:w="960" w:type="dxa"/>
          </w:tcPr>
          <w:p w14:paraId="4F24F66E" w14:textId="77777777" w:rsidR="000F043E" w:rsidRDefault="000F043E" w:rsidP="001B735B"/>
        </w:tc>
        <w:tc>
          <w:tcPr>
            <w:tcW w:w="960" w:type="dxa"/>
          </w:tcPr>
          <w:p w14:paraId="580EC243" w14:textId="77777777" w:rsidR="000F043E" w:rsidRDefault="000F043E" w:rsidP="001B735B"/>
        </w:tc>
        <w:tc>
          <w:tcPr>
            <w:tcW w:w="960" w:type="dxa"/>
          </w:tcPr>
          <w:p w14:paraId="493F582F" w14:textId="77777777" w:rsidR="000F043E" w:rsidRDefault="000F043E" w:rsidP="001B735B"/>
        </w:tc>
        <w:tc>
          <w:tcPr>
            <w:tcW w:w="960" w:type="dxa"/>
          </w:tcPr>
          <w:p w14:paraId="1E26E6BB" w14:textId="77777777" w:rsidR="000F043E" w:rsidRDefault="000F043E" w:rsidP="001B735B"/>
        </w:tc>
      </w:tr>
    </w:tbl>
    <w:p w14:paraId="060EF248" w14:textId="573EC13B" w:rsidR="000F043E" w:rsidRDefault="0068109D" w:rsidP="000F043E">
      <w:pPr>
        <w:pStyle w:val="Heading1"/>
      </w:pPr>
      <w:r>
        <w:t>12</w:t>
      </w:r>
      <w:r w:rsidR="000F043E">
        <w:t>. Patrol Score Sheet (turn in by 5:30 p.m. Saturday)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2875"/>
        <w:gridCol w:w="2873"/>
        <w:gridCol w:w="2872"/>
      </w:tblGrid>
      <w:tr w:rsidR="000F043E" w14:paraId="6A4D0F54" w14:textId="77777777" w:rsidTr="001B73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067166BD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Station</w:t>
            </w:r>
          </w:p>
        </w:tc>
        <w:tc>
          <w:tcPr>
            <w:tcW w:w="2873" w:type="dxa"/>
          </w:tcPr>
          <w:p w14:paraId="477F0513" w14:textId="77777777" w:rsidR="000F043E" w:rsidRPr="00C600C3" w:rsidRDefault="000F043E" w:rsidP="001B735B">
            <w:pPr>
              <w:tabs>
                <w:tab w:val="center" w:pos="132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 xml:space="preserve">    Patrol Members</w:t>
            </w:r>
          </w:p>
        </w:tc>
        <w:tc>
          <w:tcPr>
            <w:tcW w:w="2872" w:type="dxa"/>
          </w:tcPr>
          <w:p w14:paraId="6EF28E61" w14:textId="77777777" w:rsidR="000F043E" w:rsidRDefault="000F043E" w:rsidP="001B73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Score                   Initials</w:t>
            </w:r>
          </w:p>
        </w:tc>
      </w:tr>
      <w:tr w:rsidR="000F043E" w14:paraId="1E7C909F" w14:textId="77777777" w:rsidTr="001B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2951FF88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Spies Among Us – Invisible Ink &amp; Coded Messages</w:t>
            </w:r>
          </w:p>
        </w:tc>
        <w:tc>
          <w:tcPr>
            <w:tcW w:w="2873" w:type="dxa"/>
          </w:tcPr>
          <w:p w14:paraId="49C4BB1B" w14:textId="77777777" w:rsidR="000F043E" w:rsidRPr="00C600C3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1B4AC537" w14:textId="77777777" w:rsidR="000F043E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043E" w14:paraId="0256E3F6" w14:textId="77777777" w:rsidTr="001B7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2BC4DBBC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Old North Church – Light the Lantern (flint &amp; steel)</w:t>
            </w:r>
          </w:p>
        </w:tc>
        <w:tc>
          <w:tcPr>
            <w:tcW w:w="2873" w:type="dxa"/>
          </w:tcPr>
          <w:p w14:paraId="3A2E8913" w14:textId="77777777" w:rsidR="000F043E" w:rsidRPr="00C600C3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264D6636" w14:textId="77777777" w:rsidR="000F043E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043E" w14:paraId="2E20A818" w14:textId="77777777" w:rsidTr="001B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5A740CA3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The Midnight Ride – Rope &amp; Saddle Paul Revere’s Horse</w:t>
            </w:r>
          </w:p>
        </w:tc>
        <w:tc>
          <w:tcPr>
            <w:tcW w:w="2873" w:type="dxa"/>
          </w:tcPr>
          <w:p w14:paraId="3115B2DE" w14:textId="77777777" w:rsidR="000F043E" w:rsidRPr="00C600C3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287BBD7A" w14:textId="77777777" w:rsidR="000F043E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043E" w14:paraId="2E6DF17B" w14:textId="77777777" w:rsidTr="001B7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35DD7218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Lexington Green – Blanket &amp; Pole Litter</w:t>
            </w:r>
          </w:p>
        </w:tc>
        <w:tc>
          <w:tcPr>
            <w:tcW w:w="2873" w:type="dxa"/>
          </w:tcPr>
          <w:p w14:paraId="0B6EC03D" w14:textId="77777777" w:rsidR="000F043E" w:rsidRPr="00C600C3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32D19C82" w14:textId="77777777" w:rsidR="000F043E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043E" w14:paraId="2A8207D4" w14:textId="77777777" w:rsidTr="001B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4AD5D5BF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Dr. Joseph Fiske Takes Charge – First Aid: Stop the Bleeding</w:t>
            </w:r>
          </w:p>
        </w:tc>
        <w:tc>
          <w:tcPr>
            <w:tcW w:w="2873" w:type="dxa"/>
          </w:tcPr>
          <w:p w14:paraId="0875E6F8" w14:textId="77777777" w:rsidR="000F043E" w:rsidRPr="00C600C3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2E2A5EC2" w14:textId="77777777" w:rsidR="000F043E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043E" w14:paraId="148E122C" w14:textId="77777777" w:rsidTr="001B7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59731134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Minutemen Assemble – Map Making (Lexington to Concord)</w:t>
            </w:r>
          </w:p>
        </w:tc>
        <w:tc>
          <w:tcPr>
            <w:tcW w:w="2873" w:type="dxa"/>
          </w:tcPr>
          <w:p w14:paraId="2E67D2C8" w14:textId="77777777" w:rsidR="000F043E" w:rsidRPr="00C600C3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600E02CB" w14:textId="77777777" w:rsidR="000F043E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043E" w14:paraId="43A7F5AB" w14:textId="77777777" w:rsidTr="001B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295BCF18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North Bridge – Build a ‘no‑lash’ Pole Bridge</w:t>
            </w:r>
          </w:p>
        </w:tc>
        <w:tc>
          <w:tcPr>
            <w:tcW w:w="2873" w:type="dxa"/>
          </w:tcPr>
          <w:p w14:paraId="42248C88" w14:textId="77777777" w:rsidR="000F043E" w:rsidRPr="00C600C3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0F301BD2" w14:textId="77777777" w:rsidR="000F043E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043E" w14:paraId="4A23AF9F" w14:textId="77777777" w:rsidTr="001B7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1D888BAC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lastRenderedPageBreak/>
              <w:t>Barrett Farm – Build a Ladder (poles &amp; twine)</w:t>
            </w:r>
          </w:p>
        </w:tc>
        <w:tc>
          <w:tcPr>
            <w:tcW w:w="2873" w:type="dxa"/>
          </w:tcPr>
          <w:p w14:paraId="1A630434" w14:textId="77777777" w:rsidR="000F043E" w:rsidRPr="00C600C3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63A4F3A3" w14:textId="77777777" w:rsidR="000F043E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043E" w14:paraId="27BBCF70" w14:textId="77777777" w:rsidTr="001B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561546D2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The British Threaten to Burn Concord – Fire Brigade</w:t>
            </w:r>
          </w:p>
        </w:tc>
        <w:tc>
          <w:tcPr>
            <w:tcW w:w="2873" w:type="dxa"/>
          </w:tcPr>
          <w:p w14:paraId="094ABAE3" w14:textId="77777777" w:rsidR="000F043E" w:rsidRPr="00C600C3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12F04CB7" w14:textId="77777777" w:rsidR="000F043E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043E" w14:paraId="45B5F087" w14:textId="77777777" w:rsidTr="001B7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6B11D60C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TOTAL</w:t>
            </w:r>
          </w:p>
        </w:tc>
        <w:tc>
          <w:tcPr>
            <w:tcW w:w="2873" w:type="dxa"/>
          </w:tcPr>
          <w:p w14:paraId="264D8CD0" w14:textId="77777777" w:rsidR="000F043E" w:rsidRPr="00C600C3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081FC42F" w14:textId="77777777" w:rsidR="000F043E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5F8403B" w14:textId="7DDEA6A6" w:rsidR="003063FF" w:rsidRDefault="00000000">
      <w:pPr>
        <w:pStyle w:val="Heading1"/>
      </w:pPr>
      <w:r>
        <w:t>1</w:t>
      </w:r>
      <w:r w:rsidR="0068109D">
        <w:t>3</w:t>
      </w:r>
      <w:r>
        <w:t>. Awards &amp; Recognition</w:t>
      </w:r>
    </w:p>
    <w:p w14:paraId="0FC4D7E0" w14:textId="317D9BB4" w:rsidR="003063FF" w:rsidRPr="00C600C3" w:rsidRDefault="00000000">
      <w:pPr>
        <w:rPr>
          <w:sz w:val="24"/>
          <w:szCs w:val="24"/>
        </w:rPr>
      </w:pPr>
      <w:r w:rsidRPr="00C600C3">
        <w:rPr>
          <w:sz w:val="24"/>
          <w:szCs w:val="24"/>
        </w:rPr>
        <w:t>Liberty in Action Event Patch: Awarded to Scouts who participate in the camporee, attend opening flags and the campfire, and complete</w:t>
      </w:r>
      <w:r w:rsidR="00C600C3" w:rsidRPr="00C600C3">
        <w:rPr>
          <w:sz w:val="24"/>
          <w:szCs w:val="24"/>
        </w:rPr>
        <w:t xml:space="preserve"> </w:t>
      </w:r>
      <w:r w:rsidRPr="00C600C3">
        <w:rPr>
          <w:sz w:val="24"/>
          <w:szCs w:val="24"/>
        </w:rPr>
        <w:t>the program stations.</w:t>
      </w:r>
    </w:p>
    <w:p w14:paraId="0D9A67F2" w14:textId="67D0E16C" w:rsidR="003063FF" w:rsidRPr="00C600C3" w:rsidRDefault="00000000">
      <w:pPr>
        <w:rPr>
          <w:sz w:val="24"/>
          <w:szCs w:val="24"/>
        </w:rPr>
      </w:pPr>
      <w:r w:rsidRPr="00C600C3">
        <w:rPr>
          <w:sz w:val="24"/>
          <w:szCs w:val="24"/>
        </w:rPr>
        <w:t xml:space="preserve">Unit &amp; Patrol Awards : Top </w:t>
      </w:r>
      <w:r w:rsidR="00C600C3" w:rsidRPr="00C600C3">
        <w:rPr>
          <w:sz w:val="24"/>
          <w:szCs w:val="24"/>
        </w:rPr>
        <w:t xml:space="preserve">3 </w:t>
      </w:r>
      <w:r w:rsidRPr="00C600C3">
        <w:rPr>
          <w:sz w:val="24"/>
          <w:szCs w:val="24"/>
        </w:rPr>
        <w:t>Overall Patrol</w:t>
      </w:r>
      <w:r w:rsidR="00C600C3" w:rsidRPr="00C600C3">
        <w:rPr>
          <w:sz w:val="24"/>
          <w:szCs w:val="24"/>
        </w:rPr>
        <w:t>s.</w:t>
      </w:r>
    </w:p>
    <w:p w14:paraId="779271E6" w14:textId="2719309C" w:rsidR="003063FF" w:rsidRDefault="00000000">
      <w:pPr>
        <w:pStyle w:val="Heading1"/>
      </w:pPr>
      <w:r>
        <w:t>1</w:t>
      </w:r>
      <w:r w:rsidR="0068109D">
        <w:t>4</w:t>
      </w:r>
      <w:r>
        <w:t>. What to Bring</w:t>
      </w:r>
    </w:p>
    <w:p w14:paraId="4E39FAB4" w14:textId="77777777" w:rsidR="00C600C3" w:rsidRPr="00C600C3" w:rsidRDefault="00000000">
      <w:pPr>
        <w:rPr>
          <w:b/>
          <w:bCs/>
          <w:sz w:val="24"/>
          <w:szCs w:val="24"/>
        </w:rPr>
      </w:pPr>
      <w:r w:rsidRPr="00C600C3">
        <w:rPr>
          <w:b/>
          <w:bCs/>
          <w:sz w:val="24"/>
          <w:szCs w:val="24"/>
        </w:rPr>
        <w:t xml:space="preserve">Units </w:t>
      </w:r>
    </w:p>
    <w:p w14:paraId="09FE1441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Pr="00C600C3">
        <w:rPr>
          <w:sz w:val="24"/>
          <w:szCs w:val="24"/>
        </w:rPr>
        <w:t>roop/patrol flag</w:t>
      </w:r>
    </w:p>
    <w:p w14:paraId="59FF64CF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Pr="00C600C3">
        <w:rPr>
          <w:sz w:val="24"/>
          <w:szCs w:val="24"/>
        </w:rPr>
        <w:t>irst‑aid ki</w:t>
      </w:r>
      <w:r>
        <w:rPr>
          <w:sz w:val="24"/>
          <w:szCs w:val="24"/>
        </w:rPr>
        <w:t>t</w:t>
      </w:r>
    </w:p>
    <w:p w14:paraId="6F4A5A68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Pr="00C600C3">
        <w:rPr>
          <w:sz w:val="24"/>
          <w:szCs w:val="24"/>
        </w:rPr>
        <w:t>ooking gear</w:t>
      </w:r>
    </w:p>
    <w:p w14:paraId="6C0BB01B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Pr="00C600C3">
        <w:rPr>
          <w:sz w:val="24"/>
          <w:szCs w:val="24"/>
        </w:rPr>
        <w:t>ood</w:t>
      </w:r>
    </w:p>
    <w:p w14:paraId="345454E5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Pr="00C600C3">
        <w:rPr>
          <w:sz w:val="24"/>
          <w:szCs w:val="24"/>
        </w:rPr>
        <w:t>ater coolers</w:t>
      </w:r>
      <w:r>
        <w:rPr>
          <w:sz w:val="24"/>
          <w:szCs w:val="24"/>
        </w:rPr>
        <w:t xml:space="preserve"> and Drinking water for the weekend</w:t>
      </w:r>
    </w:p>
    <w:p w14:paraId="19374A3D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C600C3">
        <w:rPr>
          <w:sz w:val="24"/>
          <w:szCs w:val="24"/>
        </w:rPr>
        <w:t>hade canopy</w:t>
      </w:r>
    </w:p>
    <w:p w14:paraId="10D76859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Pr="00C600C3">
        <w:rPr>
          <w:sz w:val="24"/>
          <w:szCs w:val="24"/>
        </w:rPr>
        <w:t>rash bags</w:t>
      </w:r>
    </w:p>
    <w:p w14:paraId="06357442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Pr="00C600C3">
        <w:rPr>
          <w:sz w:val="24"/>
          <w:szCs w:val="24"/>
        </w:rPr>
        <w:t>ire safety gear</w:t>
      </w:r>
    </w:p>
    <w:p w14:paraId="48286D3B" w14:textId="44402A3F" w:rsidR="003063FF" w:rsidRP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C600C3">
        <w:rPr>
          <w:sz w:val="24"/>
          <w:szCs w:val="24"/>
        </w:rPr>
        <w:t>tandard camping gear</w:t>
      </w:r>
    </w:p>
    <w:p w14:paraId="05DCE83C" w14:textId="77777777" w:rsidR="00C600C3" w:rsidRDefault="00000000">
      <w:pPr>
        <w:rPr>
          <w:sz w:val="24"/>
          <w:szCs w:val="24"/>
        </w:rPr>
      </w:pPr>
      <w:r w:rsidRPr="00C600C3">
        <w:rPr>
          <w:b/>
          <w:bCs/>
          <w:sz w:val="24"/>
          <w:szCs w:val="24"/>
        </w:rPr>
        <w:t>Scouts</w:t>
      </w:r>
      <w:r w:rsidRPr="00C600C3">
        <w:rPr>
          <w:sz w:val="24"/>
          <w:szCs w:val="24"/>
        </w:rPr>
        <w:t xml:space="preserve"> </w:t>
      </w:r>
    </w:p>
    <w:p w14:paraId="4BFBFA92" w14:textId="77777777" w:rsidR="00C600C3" w:rsidRDefault="00C600C3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C600C3">
        <w:rPr>
          <w:sz w:val="24"/>
          <w:szCs w:val="24"/>
        </w:rPr>
        <w:t>ersonal camping gear</w:t>
      </w:r>
    </w:p>
    <w:p w14:paraId="1AE134E9" w14:textId="77777777" w:rsidR="00C600C3" w:rsidRDefault="00C600C3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R</w:t>
      </w:r>
      <w:r w:rsidRPr="00C600C3">
        <w:rPr>
          <w:sz w:val="24"/>
          <w:szCs w:val="24"/>
        </w:rPr>
        <w:t>eusable water bottle</w:t>
      </w:r>
    </w:p>
    <w:p w14:paraId="213D6F88" w14:textId="77777777" w:rsidR="00C600C3" w:rsidRDefault="00C600C3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Pr="00C600C3">
        <w:rPr>
          <w:sz w:val="24"/>
          <w:szCs w:val="24"/>
        </w:rPr>
        <w:t>losed‑toe shoes</w:t>
      </w:r>
    </w:p>
    <w:p w14:paraId="05F982EF" w14:textId="77777777" w:rsidR="00C600C3" w:rsidRDefault="00C600C3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Pr="00C600C3">
        <w:rPr>
          <w:sz w:val="24"/>
          <w:szCs w:val="24"/>
        </w:rPr>
        <w:t>eather‑appropriate clothing</w:t>
      </w:r>
    </w:p>
    <w:p w14:paraId="1E550D60" w14:textId="77777777" w:rsidR="00C600C3" w:rsidRDefault="00000000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600C3">
        <w:rPr>
          <w:sz w:val="24"/>
          <w:szCs w:val="24"/>
        </w:rPr>
        <w:t>Ten Essentials (see Section 8)</w:t>
      </w:r>
    </w:p>
    <w:p w14:paraId="044C1EB0" w14:textId="77777777" w:rsidR="00C600C3" w:rsidRDefault="00000000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600C3">
        <w:rPr>
          <w:sz w:val="24"/>
          <w:szCs w:val="24"/>
        </w:rPr>
        <w:t>Field uniform for flags/campfire</w:t>
      </w:r>
    </w:p>
    <w:p w14:paraId="51F340D5" w14:textId="38523175" w:rsidR="003063FF" w:rsidRDefault="00C600C3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Pr="00C600C3">
        <w:rPr>
          <w:sz w:val="24"/>
          <w:szCs w:val="24"/>
        </w:rPr>
        <w:t>ctivity uniform for stations</w:t>
      </w:r>
    </w:p>
    <w:p w14:paraId="478BA472" w14:textId="15237114" w:rsidR="00A8496C" w:rsidRDefault="00A8496C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Flashlight/Headlamp</w:t>
      </w:r>
    </w:p>
    <w:p w14:paraId="5861187C" w14:textId="222EC26B" w:rsidR="00A8496C" w:rsidRPr="00C600C3" w:rsidRDefault="00A8496C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Mess Kit</w:t>
      </w:r>
    </w:p>
    <w:p w14:paraId="4013A6A0" w14:textId="72A09AD2" w:rsidR="00FA2870" w:rsidRDefault="00000000" w:rsidP="00FA2870">
      <w:pPr>
        <w:pStyle w:val="Heading1"/>
      </w:pPr>
      <w:r>
        <w:lastRenderedPageBreak/>
        <w:t>1</w:t>
      </w:r>
      <w:r w:rsidR="0068109D">
        <w:t>5</w:t>
      </w:r>
      <w:r>
        <w:t>. Contacts</w:t>
      </w:r>
    </w:p>
    <w:p w14:paraId="55BAB2D4" w14:textId="7E9A75E8" w:rsidR="003063FF" w:rsidRPr="00FA2870" w:rsidRDefault="00FA2870" w:rsidP="00FA287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FA2870">
        <w:rPr>
          <w:sz w:val="24"/>
          <w:szCs w:val="24"/>
        </w:rPr>
        <w:t xml:space="preserve">Council Contact: Jamie Fisher     </w:t>
      </w:r>
    </w:p>
    <w:p w14:paraId="4C835FDE" w14:textId="21425506" w:rsidR="00FA2870" w:rsidRPr="00FA2870" w:rsidRDefault="00FA2870" w:rsidP="00FA287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FA2870">
        <w:rPr>
          <w:sz w:val="24"/>
          <w:szCs w:val="24"/>
        </w:rPr>
        <w:t>Council Contact: Michael Widman</w:t>
      </w:r>
    </w:p>
    <w:p w14:paraId="754ED471" w14:textId="4E104900" w:rsidR="00FA2870" w:rsidRPr="00FA2870" w:rsidRDefault="00FA2870" w:rsidP="00FA287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FA2870">
        <w:rPr>
          <w:sz w:val="24"/>
          <w:szCs w:val="24"/>
        </w:rPr>
        <w:t>Volunteer Event Coordinator: Scott Radford</w:t>
      </w:r>
    </w:p>
    <w:p w14:paraId="20BBD8C2" w14:textId="7E6BF035" w:rsidR="00FA2870" w:rsidRPr="00FA2870" w:rsidRDefault="00FA2870" w:rsidP="00FA287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FA2870">
        <w:rPr>
          <w:sz w:val="24"/>
          <w:szCs w:val="24"/>
        </w:rPr>
        <w:t>Volunteer Event Coordinator: Becky Bonner</w:t>
      </w:r>
    </w:p>
    <w:sectPr w:rsidR="00FA2870" w:rsidRPr="00FA287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AC3066"/>
    <w:multiLevelType w:val="hybridMultilevel"/>
    <w:tmpl w:val="D85262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17A2294"/>
    <w:multiLevelType w:val="hybridMultilevel"/>
    <w:tmpl w:val="A3AEF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F5D55"/>
    <w:multiLevelType w:val="hybridMultilevel"/>
    <w:tmpl w:val="C01EF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B736C"/>
    <w:multiLevelType w:val="hybridMultilevel"/>
    <w:tmpl w:val="7E32B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00051"/>
    <w:multiLevelType w:val="hybridMultilevel"/>
    <w:tmpl w:val="99642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06480"/>
    <w:multiLevelType w:val="hybridMultilevel"/>
    <w:tmpl w:val="8E3AD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85672"/>
    <w:multiLevelType w:val="hybridMultilevel"/>
    <w:tmpl w:val="3774E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C35FA"/>
    <w:multiLevelType w:val="hybridMultilevel"/>
    <w:tmpl w:val="DC1EF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3035F"/>
    <w:multiLevelType w:val="hybridMultilevel"/>
    <w:tmpl w:val="06926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82335"/>
    <w:multiLevelType w:val="hybridMultilevel"/>
    <w:tmpl w:val="C6F06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53E76"/>
    <w:multiLevelType w:val="hybridMultilevel"/>
    <w:tmpl w:val="D0FAAE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F158AA"/>
    <w:multiLevelType w:val="hybridMultilevel"/>
    <w:tmpl w:val="527CD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95879"/>
    <w:multiLevelType w:val="hybridMultilevel"/>
    <w:tmpl w:val="E97CE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A66FE"/>
    <w:multiLevelType w:val="hybridMultilevel"/>
    <w:tmpl w:val="EA123C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7193EE5"/>
    <w:multiLevelType w:val="hybridMultilevel"/>
    <w:tmpl w:val="3824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44E22"/>
    <w:multiLevelType w:val="hybridMultilevel"/>
    <w:tmpl w:val="62EC5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E61E6"/>
    <w:multiLevelType w:val="hybridMultilevel"/>
    <w:tmpl w:val="0A0CE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94261">
    <w:abstractNumId w:val="8"/>
  </w:num>
  <w:num w:numId="2" w16cid:durableId="814957581">
    <w:abstractNumId w:val="6"/>
  </w:num>
  <w:num w:numId="3" w16cid:durableId="767581062">
    <w:abstractNumId w:val="5"/>
  </w:num>
  <w:num w:numId="4" w16cid:durableId="1643925711">
    <w:abstractNumId w:val="4"/>
  </w:num>
  <w:num w:numId="5" w16cid:durableId="912010969">
    <w:abstractNumId w:val="7"/>
  </w:num>
  <w:num w:numId="6" w16cid:durableId="300884802">
    <w:abstractNumId w:val="3"/>
  </w:num>
  <w:num w:numId="7" w16cid:durableId="1405564698">
    <w:abstractNumId w:val="2"/>
  </w:num>
  <w:num w:numId="8" w16cid:durableId="2010600347">
    <w:abstractNumId w:val="1"/>
  </w:num>
  <w:num w:numId="9" w16cid:durableId="1632520907">
    <w:abstractNumId w:val="0"/>
  </w:num>
  <w:num w:numId="10" w16cid:durableId="1576284289">
    <w:abstractNumId w:val="25"/>
  </w:num>
  <w:num w:numId="11" w16cid:durableId="251280702">
    <w:abstractNumId w:val="12"/>
  </w:num>
  <w:num w:numId="12" w16cid:durableId="1541698836">
    <w:abstractNumId w:val="18"/>
  </w:num>
  <w:num w:numId="13" w16cid:durableId="804275332">
    <w:abstractNumId w:val="16"/>
  </w:num>
  <w:num w:numId="14" w16cid:durableId="1072779604">
    <w:abstractNumId w:val="15"/>
  </w:num>
  <w:num w:numId="15" w16cid:durableId="930774204">
    <w:abstractNumId w:val="9"/>
  </w:num>
  <w:num w:numId="16" w16cid:durableId="1726678388">
    <w:abstractNumId w:val="19"/>
  </w:num>
  <w:num w:numId="17" w16cid:durableId="1164856244">
    <w:abstractNumId w:val="22"/>
  </w:num>
  <w:num w:numId="18" w16cid:durableId="155070493">
    <w:abstractNumId w:val="24"/>
  </w:num>
  <w:num w:numId="19" w16cid:durableId="1021011026">
    <w:abstractNumId w:val="21"/>
  </w:num>
  <w:num w:numId="20" w16cid:durableId="2089688126">
    <w:abstractNumId w:val="13"/>
  </w:num>
  <w:num w:numId="21" w16cid:durableId="1414620606">
    <w:abstractNumId w:val="20"/>
  </w:num>
  <w:num w:numId="22" w16cid:durableId="1697272158">
    <w:abstractNumId w:val="14"/>
  </w:num>
  <w:num w:numId="23" w16cid:durableId="1510412716">
    <w:abstractNumId w:val="11"/>
  </w:num>
  <w:num w:numId="24" w16cid:durableId="1052001578">
    <w:abstractNumId w:val="10"/>
  </w:num>
  <w:num w:numId="25" w16cid:durableId="409235485">
    <w:abstractNumId w:val="17"/>
  </w:num>
  <w:num w:numId="26" w16cid:durableId="12005079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2AC4"/>
    <w:rsid w:val="000F043E"/>
    <w:rsid w:val="00121BC0"/>
    <w:rsid w:val="001272D2"/>
    <w:rsid w:val="00131C5E"/>
    <w:rsid w:val="0015074B"/>
    <w:rsid w:val="0020606D"/>
    <w:rsid w:val="0029639D"/>
    <w:rsid w:val="002C57A5"/>
    <w:rsid w:val="003063FF"/>
    <w:rsid w:val="00326F90"/>
    <w:rsid w:val="00374931"/>
    <w:rsid w:val="0048063C"/>
    <w:rsid w:val="00663A85"/>
    <w:rsid w:val="0068109D"/>
    <w:rsid w:val="0069205F"/>
    <w:rsid w:val="008B77A0"/>
    <w:rsid w:val="00A8496C"/>
    <w:rsid w:val="00AA1D8D"/>
    <w:rsid w:val="00AC364D"/>
    <w:rsid w:val="00B1719C"/>
    <w:rsid w:val="00B47730"/>
    <w:rsid w:val="00B62BE0"/>
    <w:rsid w:val="00C600C3"/>
    <w:rsid w:val="00C845A6"/>
    <w:rsid w:val="00CB0664"/>
    <w:rsid w:val="00DC7C27"/>
    <w:rsid w:val="00F07A76"/>
    <w:rsid w:val="00FA28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CA15BE"/>
  <w14:defaultImageDpi w14:val="300"/>
  <w15:docId w15:val="{5C063A92-5B72-4506-AAFD-B7BEB9D4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62B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coutingevent.com/306-America250Campor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Jamie Fisher</cp:lastModifiedBy>
  <cp:revision>4</cp:revision>
  <dcterms:created xsi:type="dcterms:W3CDTF">2026-03-09T21:42:00Z</dcterms:created>
  <dcterms:modified xsi:type="dcterms:W3CDTF">2026-08-12T16:50:00Z</dcterms:modified>
  <cp:category/>
</cp:coreProperties>
</file>