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60CD2" w14:textId="77777777" w:rsidR="00367648" w:rsidRDefault="00593530">
      <w:pPr>
        <w:pStyle w:val="Title"/>
        <w:jc w:val="center"/>
      </w:pPr>
      <w:r>
        <w:t>Competitive Gaming</w:t>
      </w:r>
      <w:r>
        <w:br/>
        <w:t>Merit Badge Workbook</w:t>
      </w:r>
    </w:p>
    <w:p w14:paraId="09D50350" w14:textId="4875D0AC" w:rsidR="00116104" w:rsidRPr="00116104" w:rsidRDefault="002B3276" w:rsidP="00116104">
      <w:r>
        <w:t>Grand Canyon Council, 10/1/2026</w:t>
      </w:r>
    </w:p>
    <w:p w14:paraId="016FD7BB" w14:textId="77777777" w:rsidR="00367648" w:rsidRDefault="00367648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7200"/>
      </w:tblGrid>
      <w:tr w:rsidR="00367648" w14:paraId="65FE5010" w14:textId="77777777">
        <w:trPr>
          <w:tblHeader/>
          <w:jc w:val="center"/>
        </w:trPr>
        <w:tc>
          <w:tcPr>
            <w:tcW w:w="288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B3BFA8" w14:textId="77777777" w:rsidR="00367648" w:rsidRDefault="00593530">
            <w:r>
              <w:rPr>
                <w:b/>
                <w:sz w:val="18"/>
              </w:rPr>
              <w:t>Scout Information</w:t>
            </w:r>
          </w:p>
        </w:tc>
        <w:tc>
          <w:tcPr>
            <w:tcW w:w="720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CC55A5" w14:textId="77777777" w:rsidR="00367648" w:rsidRDefault="00367648"/>
        </w:tc>
      </w:tr>
      <w:tr w:rsidR="00367648" w14:paraId="70284026" w14:textId="77777777">
        <w:trPr>
          <w:jc w:val="center"/>
        </w:trPr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526DB2" w14:textId="77777777" w:rsidR="00367648" w:rsidRDefault="00593530">
            <w:r>
              <w:rPr>
                <w:b/>
              </w:rPr>
              <w:t>Scout name</w:t>
            </w:r>
          </w:p>
        </w:tc>
        <w:tc>
          <w:tcPr>
            <w:tcW w:w="72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47377B" w14:textId="77777777" w:rsidR="00367648" w:rsidRDefault="00593530">
            <w:r>
              <w:br/>
            </w:r>
          </w:p>
        </w:tc>
      </w:tr>
      <w:tr w:rsidR="00367648" w14:paraId="56C203F6" w14:textId="77777777">
        <w:trPr>
          <w:jc w:val="center"/>
        </w:trPr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31E32C" w14:textId="77777777" w:rsidR="00367648" w:rsidRDefault="00593530">
            <w:r>
              <w:rPr>
                <w:b/>
              </w:rPr>
              <w:t>Troop</w:t>
            </w:r>
          </w:p>
        </w:tc>
        <w:tc>
          <w:tcPr>
            <w:tcW w:w="72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E4E215" w14:textId="77777777" w:rsidR="00367648" w:rsidRDefault="00593530">
            <w:r>
              <w:br/>
            </w:r>
          </w:p>
        </w:tc>
      </w:tr>
      <w:tr w:rsidR="00367648" w14:paraId="173790E7" w14:textId="77777777">
        <w:trPr>
          <w:jc w:val="center"/>
        </w:trPr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1EE761" w14:textId="77777777" w:rsidR="00367648" w:rsidRDefault="00593530">
            <w:r>
              <w:rPr>
                <w:b/>
              </w:rPr>
              <w:t>Counselor</w:t>
            </w:r>
          </w:p>
        </w:tc>
        <w:tc>
          <w:tcPr>
            <w:tcW w:w="72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9F6D78" w14:textId="77777777" w:rsidR="00367648" w:rsidRDefault="00593530">
            <w:r>
              <w:br/>
            </w:r>
          </w:p>
        </w:tc>
      </w:tr>
      <w:tr w:rsidR="00367648" w14:paraId="2D6CA2EF" w14:textId="77777777">
        <w:trPr>
          <w:jc w:val="center"/>
        </w:trPr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BEAE95" w14:textId="77777777" w:rsidR="00367648" w:rsidRDefault="00593530">
            <w:r>
              <w:rPr>
                <w:b/>
              </w:rPr>
              <w:t>Date started</w:t>
            </w:r>
          </w:p>
        </w:tc>
        <w:tc>
          <w:tcPr>
            <w:tcW w:w="72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3C5A9A" w14:textId="77777777" w:rsidR="00367648" w:rsidRDefault="00593530">
            <w:r>
              <w:br/>
            </w:r>
          </w:p>
        </w:tc>
      </w:tr>
      <w:tr w:rsidR="00367648" w14:paraId="3F518B0B" w14:textId="77777777">
        <w:trPr>
          <w:jc w:val="center"/>
        </w:trPr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B36E43" w14:textId="77777777" w:rsidR="00367648" w:rsidRDefault="00593530">
            <w:r>
              <w:rPr>
                <w:b/>
              </w:rPr>
              <w:t>Date completed</w:t>
            </w:r>
          </w:p>
        </w:tc>
        <w:tc>
          <w:tcPr>
            <w:tcW w:w="72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99C618" w14:textId="77777777" w:rsidR="00367648" w:rsidRDefault="00593530">
            <w:r>
              <w:br/>
            </w:r>
          </w:p>
        </w:tc>
      </w:tr>
    </w:tbl>
    <w:p w14:paraId="364FF672" w14:textId="77777777" w:rsidR="00367648" w:rsidRDefault="00367648"/>
    <w:p w14:paraId="34AE37E6" w14:textId="77777777" w:rsidR="00367648" w:rsidRDefault="00593530">
      <w:r>
        <w:rPr>
          <w:b/>
          <w:sz w:val="24"/>
        </w:rPr>
        <w:t>How to use this workbook</w:t>
      </w:r>
    </w:p>
    <w:p w14:paraId="1AA34D25" w14:textId="2928B030" w:rsidR="00367648" w:rsidRDefault="00593530">
      <w:r>
        <w:t xml:space="preserve">Write or </w:t>
      </w:r>
      <w:r w:rsidRPr="00BB1D2D">
        <w:rPr>
          <w:b/>
          <w:bCs/>
        </w:rPr>
        <w:t>type your answers in your own words</w:t>
      </w:r>
      <w:r>
        <w:t xml:space="preserve">. </w:t>
      </w:r>
      <w:r w:rsidRPr="00BB1D2D">
        <w:rPr>
          <w:b/>
          <w:bCs/>
        </w:rPr>
        <w:t>Use complete sentences</w:t>
      </w:r>
      <w:r>
        <w:t xml:space="preserve"> unless a requirement asks for a list. </w:t>
      </w:r>
      <w:r w:rsidR="00BB1D2D">
        <w:t>Send</w:t>
      </w:r>
      <w:r>
        <w:t xml:space="preserve"> this workbook and any separate evidence, screenshots, notes, or activity diaries to your counselor.</w:t>
      </w:r>
    </w:p>
    <w:p w14:paraId="03FC5C03" w14:textId="238A7220" w:rsidR="00BB1D2D" w:rsidRDefault="00593530">
      <w:r>
        <w:rPr>
          <w:b/>
        </w:rPr>
        <w:t xml:space="preserve">Important: </w:t>
      </w:r>
      <w:r>
        <w:t>The class handout supplied with these requirements specifically says not to use a workbook and instead to submit a Word or Google document. Use this workbook only if your merit badge counselor approves it. The Scout must complete all work individually.</w:t>
      </w:r>
    </w:p>
    <w:p w14:paraId="5DEA4687" w14:textId="77692280" w:rsidR="00BB1D2D" w:rsidRDefault="00BB1D2D">
      <w:r w:rsidRPr="00BB1D2D">
        <w:rPr>
          <w:b/>
          <w:bCs/>
          <w:color w:val="EE0000"/>
        </w:rPr>
        <w:t>Generative artificial intelligence</w:t>
      </w:r>
      <w:r w:rsidRPr="00BB1D2D">
        <w:rPr>
          <w:color w:val="EE0000"/>
        </w:rPr>
        <w:t xml:space="preserve"> </w:t>
      </w:r>
      <w:r w:rsidRPr="00BB1D2D">
        <w:t>and other tools (spell checkers, grammar checkers, autofill, etc.) may be used by a Scout to assist with written requirements, but their use must be fully disclosed to the person reviewing the work, and the final output must be the Scout’s own original work.</w:t>
      </w:r>
      <w:r>
        <w:t xml:space="preserve">  Read what you get back from the Internet and answer all requirements in your own words.</w:t>
      </w:r>
    </w:p>
    <w:p w14:paraId="134A6F1F" w14:textId="77777777" w:rsidR="00C76305" w:rsidRDefault="00C76305"/>
    <w:p w14:paraId="6D7D083E" w14:textId="6B7130B5" w:rsidR="00C76305" w:rsidRDefault="00C76305">
      <w:r>
        <w:t xml:space="preserve">You can find the </w:t>
      </w:r>
      <w:r w:rsidR="00E35B02">
        <w:t xml:space="preserve">answers to many of the questions in the </w:t>
      </w:r>
      <w:hyperlink r:id="rId8" w:history="1">
        <w:r w:rsidR="00E35B02" w:rsidRPr="00116104">
          <w:rPr>
            <w:rStyle w:val="Hyperlink"/>
          </w:rPr>
          <w:t xml:space="preserve">Digital </w:t>
        </w:r>
        <w:r w:rsidR="00D13FAF" w:rsidRPr="00116104">
          <w:rPr>
            <w:rStyle w:val="Hyperlink"/>
          </w:rPr>
          <w:t>Resource Guide, located here.</w:t>
        </w:r>
      </w:hyperlink>
      <w:r w:rsidR="008C6601">
        <w:t xml:space="preserve">  Remember to answer all requirements in your own words.</w:t>
      </w:r>
    </w:p>
    <w:p w14:paraId="168D3C16" w14:textId="77777777" w:rsidR="00367648" w:rsidRDefault="00593530">
      <w:r>
        <w:br w:type="page"/>
      </w:r>
    </w:p>
    <w:p w14:paraId="0B14BE58" w14:textId="77777777" w:rsidR="00C76305" w:rsidRDefault="00C76305">
      <w:pPr>
        <w:pStyle w:val="Heading1"/>
      </w:pPr>
    </w:p>
    <w:p w14:paraId="4346C39A" w14:textId="76B4A46C" w:rsidR="00367648" w:rsidRDefault="00593530">
      <w:pPr>
        <w:pStyle w:val="Heading1"/>
      </w:pPr>
      <w:r>
        <w:t>1. History of Gaming</w:t>
      </w:r>
    </w:p>
    <w:p w14:paraId="0CCAB9D9" w14:textId="77777777" w:rsidR="00367648" w:rsidRDefault="00593530">
      <w:pPr>
        <w:pStyle w:val="Heading2"/>
      </w:pPr>
      <w:r>
        <w:t>1(a) Video Gaming Timeline</w:t>
      </w:r>
    </w:p>
    <w:p w14:paraId="58487792" w14:textId="77777777" w:rsidR="00367648" w:rsidRDefault="00593530">
      <w:r>
        <w:t>Create a timeline showing how video gaming has evolved since 1958. Include at least one significant event from each decade.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4464"/>
        <w:gridCol w:w="4464"/>
      </w:tblGrid>
      <w:tr w:rsidR="00367648" w14:paraId="1CE9567D" w14:textId="77777777">
        <w:trPr>
          <w:tblHeader/>
          <w:jc w:val="center"/>
        </w:trPr>
        <w:tc>
          <w:tcPr>
            <w:tcW w:w="172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200FA7" w14:textId="77777777" w:rsidR="00367648" w:rsidRDefault="00593530">
            <w:r>
              <w:rPr>
                <w:b/>
                <w:sz w:val="18"/>
              </w:rPr>
              <w:t>Year / Decade</w:t>
            </w:r>
          </w:p>
        </w:tc>
        <w:tc>
          <w:tcPr>
            <w:tcW w:w="446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055DEC" w14:textId="77777777" w:rsidR="00367648" w:rsidRDefault="00593530">
            <w:r>
              <w:rPr>
                <w:b/>
                <w:sz w:val="18"/>
              </w:rPr>
              <w:t>Significant event</w:t>
            </w:r>
          </w:p>
        </w:tc>
        <w:tc>
          <w:tcPr>
            <w:tcW w:w="446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F10213" w14:textId="77777777" w:rsidR="00367648" w:rsidRDefault="00593530">
            <w:r>
              <w:rPr>
                <w:b/>
                <w:sz w:val="18"/>
              </w:rPr>
              <w:t>Why it mattered</w:t>
            </w:r>
          </w:p>
        </w:tc>
      </w:tr>
      <w:tr w:rsidR="00367648" w14:paraId="3BCCAB39" w14:textId="77777777">
        <w:trPr>
          <w:jc w:val="center"/>
        </w:trPr>
        <w:tc>
          <w:tcPr>
            <w:tcW w:w="17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A7CD1B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745A87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C1BF16" w14:textId="77777777" w:rsidR="00367648" w:rsidRDefault="00593530">
            <w:r>
              <w:br/>
            </w:r>
          </w:p>
        </w:tc>
      </w:tr>
      <w:tr w:rsidR="00367648" w14:paraId="23787E5E" w14:textId="77777777">
        <w:trPr>
          <w:jc w:val="center"/>
        </w:trPr>
        <w:tc>
          <w:tcPr>
            <w:tcW w:w="17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D189D7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A1D8AB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01F09C" w14:textId="77777777" w:rsidR="00367648" w:rsidRDefault="00593530">
            <w:r>
              <w:br/>
            </w:r>
          </w:p>
        </w:tc>
      </w:tr>
      <w:tr w:rsidR="00367648" w14:paraId="3EDCE96E" w14:textId="77777777">
        <w:trPr>
          <w:jc w:val="center"/>
        </w:trPr>
        <w:tc>
          <w:tcPr>
            <w:tcW w:w="17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94B2FD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A381C1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B5ADE4" w14:textId="77777777" w:rsidR="00367648" w:rsidRDefault="00593530">
            <w:r>
              <w:br/>
            </w:r>
          </w:p>
        </w:tc>
      </w:tr>
      <w:tr w:rsidR="00367648" w14:paraId="7359293C" w14:textId="77777777">
        <w:trPr>
          <w:jc w:val="center"/>
        </w:trPr>
        <w:tc>
          <w:tcPr>
            <w:tcW w:w="17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F4067D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A9C7F9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6957C6" w14:textId="77777777" w:rsidR="00367648" w:rsidRDefault="00593530">
            <w:r>
              <w:br/>
            </w:r>
          </w:p>
        </w:tc>
      </w:tr>
      <w:tr w:rsidR="00367648" w14:paraId="76ACCD1D" w14:textId="77777777">
        <w:trPr>
          <w:jc w:val="center"/>
        </w:trPr>
        <w:tc>
          <w:tcPr>
            <w:tcW w:w="17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8FC8A0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107645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960E3B" w14:textId="77777777" w:rsidR="00367648" w:rsidRDefault="00593530">
            <w:r>
              <w:br/>
            </w:r>
          </w:p>
        </w:tc>
      </w:tr>
      <w:tr w:rsidR="00367648" w14:paraId="19E481B9" w14:textId="77777777">
        <w:trPr>
          <w:jc w:val="center"/>
        </w:trPr>
        <w:tc>
          <w:tcPr>
            <w:tcW w:w="17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45D016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4CD441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77898C" w14:textId="77777777" w:rsidR="00367648" w:rsidRDefault="00593530">
            <w:r>
              <w:br/>
            </w:r>
          </w:p>
        </w:tc>
      </w:tr>
      <w:tr w:rsidR="00367648" w14:paraId="4CA278A0" w14:textId="77777777">
        <w:trPr>
          <w:jc w:val="center"/>
        </w:trPr>
        <w:tc>
          <w:tcPr>
            <w:tcW w:w="17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516315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530468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DCD349" w14:textId="77777777" w:rsidR="00367648" w:rsidRDefault="00593530">
            <w:r>
              <w:br/>
            </w:r>
          </w:p>
        </w:tc>
      </w:tr>
      <w:tr w:rsidR="00367648" w14:paraId="0900799A" w14:textId="77777777">
        <w:trPr>
          <w:jc w:val="center"/>
        </w:trPr>
        <w:tc>
          <w:tcPr>
            <w:tcW w:w="17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FA7B8D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629981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A7B611" w14:textId="77777777" w:rsidR="00367648" w:rsidRDefault="00593530">
            <w:r>
              <w:br/>
            </w:r>
          </w:p>
        </w:tc>
      </w:tr>
    </w:tbl>
    <w:p w14:paraId="7245D119" w14:textId="77777777" w:rsidR="00367648" w:rsidRDefault="00367648"/>
    <w:p w14:paraId="7B73A936" w14:textId="77777777" w:rsidR="00367648" w:rsidRDefault="00593530">
      <w:pPr>
        <w:pStyle w:val="Heading2"/>
      </w:pPr>
      <w:r>
        <w:t>1(b) Major Video Game Genres</w:t>
      </w:r>
    </w:p>
    <w:p w14:paraId="1F2F63A5" w14:textId="77777777" w:rsidR="00367648" w:rsidRDefault="00593530">
      <w:r>
        <w:t>Identify and define five major video game genres. Give an example of each.</w:t>
      </w:r>
    </w:p>
    <w:tbl>
      <w:tblPr>
        <w:tblStyle w:val="TableGrid"/>
        <w:tblW w:w="11439" w:type="dxa"/>
        <w:jc w:val="center"/>
        <w:tblLook w:val="04A0" w:firstRow="1" w:lastRow="0" w:firstColumn="1" w:lastColumn="0" w:noHBand="0" w:noVBand="1"/>
      </w:tblPr>
      <w:tblGrid>
        <w:gridCol w:w="2736"/>
        <w:gridCol w:w="6003"/>
        <w:gridCol w:w="2700"/>
      </w:tblGrid>
      <w:tr w:rsidR="00367648" w14:paraId="34C9181B" w14:textId="77777777" w:rsidTr="000E650E">
        <w:trPr>
          <w:trHeight w:val="17"/>
          <w:tblHeader/>
          <w:jc w:val="center"/>
        </w:trPr>
        <w:tc>
          <w:tcPr>
            <w:tcW w:w="2736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0E817C" w14:textId="77777777" w:rsidR="00367648" w:rsidRDefault="00593530">
            <w:r>
              <w:rPr>
                <w:b/>
                <w:sz w:val="18"/>
              </w:rPr>
              <w:t>Genre</w:t>
            </w:r>
          </w:p>
        </w:tc>
        <w:tc>
          <w:tcPr>
            <w:tcW w:w="6003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8A7C5D" w14:textId="77777777" w:rsidR="00367648" w:rsidRDefault="00593530">
            <w:r>
              <w:rPr>
                <w:b/>
                <w:sz w:val="18"/>
              </w:rPr>
              <w:t>Definition</w:t>
            </w:r>
          </w:p>
        </w:tc>
        <w:tc>
          <w:tcPr>
            <w:tcW w:w="270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D1E19C" w14:textId="77777777" w:rsidR="00367648" w:rsidRDefault="00593530">
            <w:r>
              <w:rPr>
                <w:b/>
                <w:sz w:val="18"/>
              </w:rPr>
              <w:t>Example</w:t>
            </w:r>
          </w:p>
        </w:tc>
      </w:tr>
      <w:tr w:rsidR="00367648" w14:paraId="512A0B29" w14:textId="77777777" w:rsidTr="000E650E">
        <w:trPr>
          <w:trHeight w:val="407"/>
          <w:jc w:val="center"/>
        </w:trPr>
        <w:tc>
          <w:tcPr>
            <w:tcW w:w="273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AE9602" w14:textId="77777777" w:rsidR="00367648" w:rsidRPr="000E650E" w:rsidRDefault="00593530">
            <w:pPr>
              <w:rPr>
                <w:sz w:val="14"/>
                <w:szCs w:val="16"/>
              </w:rPr>
            </w:pPr>
            <w:r w:rsidRPr="000E650E">
              <w:rPr>
                <w:sz w:val="14"/>
                <w:szCs w:val="16"/>
              </w:rPr>
              <w:br/>
            </w:r>
          </w:p>
        </w:tc>
        <w:tc>
          <w:tcPr>
            <w:tcW w:w="6003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BD882B" w14:textId="77777777" w:rsidR="00367648" w:rsidRPr="000E650E" w:rsidRDefault="00593530">
            <w:pPr>
              <w:rPr>
                <w:sz w:val="14"/>
                <w:szCs w:val="16"/>
              </w:rPr>
            </w:pPr>
            <w:r w:rsidRPr="000E650E">
              <w:rPr>
                <w:sz w:val="14"/>
                <w:szCs w:val="16"/>
              </w:rPr>
              <w:br/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1DB15D" w14:textId="77777777" w:rsidR="00367648" w:rsidRPr="000E650E" w:rsidRDefault="00593530">
            <w:pPr>
              <w:rPr>
                <w:sz w:val="14"/>
                <w:szCs w:val="16"/>
              </w:rPr>
            </w:pPr>
            <w:r w:rsidRPr="000E650E">
              <w:rPr>
                <w:sz w:val="14"/>
                <w:szCs w:val="16"/>
              </w:rPr>
              <w:br/>
            </w:r>
          </w:p>
        </w:tc>
      </w:tr>
      <w:tr w:rsidR="00367648" w14:paraId="00AA6FDF" w14:textId="77777777" w:rsidTr="000E650E">
        <w:trPr>
          <w:trHeight w:val="380"/>
          <w:jc w:val="center"/>
        </w:trPr>
        <w:tc>
          <w:tcPr>
            <w:tcW w:w="273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FAFD95" w14:textId="77777777" w:rsidR="00367648" w:rsidRPr="000E650E" w:rsidRDefault="00593530">
            <w:pPr>
              <w:rPr>
                <w:sz w:val="14"/>
                <w:szCs w:val="16"/>
              </w:rPr>
            </w:pPr>
            <w:r w:rsidRPr="000E650E">
              <w:rPr>
                <w:sz w:val="14"/>
                <w:szCs w:val="16"/>
              </w:rPr>
              <w:br/>
            </w:r>
          </w:p>
        </w:tc>
        <w:tc>
          <w:tcPr>
            <w:tcW w:w="6003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DF273A" w14:textId="77777777" w:rsidR="00367648" w:rsidRPr="000E650E" w:rsidRDefault="00593530">
            <w:pPr>
              <w:rPr>
                <w:sz w:val="14"/>
                <w:szCs w:val="16"/>
              </w:rPr>
            </w:pPr>
            <w:r w:rsidRPr="000E650E">
              <w:rPr>
                <w:sz w:val="14"/>
                <w:szCs w:val="16"/>
              </w:rPr>
              <w:br/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F0BDB3" w14:textId="77777777" w:rsidR="00367648" w:rsidRPr="000E650E" w:rsidRDefault="00593530">
            <w:pPr>
              <w:rPr>
                <w:sz w:val="14"/>
                <w:szCs w:val="16"/>
              </w:rPr>
            </w:pPr>
            <w:r w:rsidRPr="000E650E">
              <w:rPr>
                <w:sz w:val="14"/>
                <w:szCs w:val="16"/>
              </w:rPr>
              <w:br/>
            </w:r>
          </w:p>
        </w:tc>
      </w:tr>
      <w:tr w:rsidR="00367648" w14:paraId="330684A6" w14:textId="77777777" w:rsidTr="000E650E">
        <w:trPr>
          <w:trHeight w:val="17"/>
          <w:jc w:val="center"/>
        </w:trPr>
        <w:tc>
          <w:tcPr>
            <w:tcW w:w="273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926A99" w14:textId="77777777" w:rsidR="00367648" w:rsidRPr="000E650E" w:rsidRDefault="00593530">
            <w:pPr>
              <w:rPr>
                <w:sz w:val="14"/>
                <w:szCs w:val="16"/>
              </w:rPr>
            </w:pPr>
            <w:r w:rsidRPr="000E650E">
              <w:rPr>
                <w:sz w:val="14"/>
                <w:szCs w:val="16"/>
              </w:rPr>
              <w:br/>
            </w:r>
          </w:p>
        </w:tc>
        <w:tc>
          <w:tcPr>
            <w:tcW w:w="6003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1025FA" w14:textId="77777777" w:rsidR="00367648" w:rsidRPr="000E650E" w:rsidRDefault="00593530">
            <w:pPr>
              <w:rPr>
                <w:sz w:val="14"/>
                <w:szCs w:val="16"/>
              </w:rPr>
            </w:pPr>
            <w:r w:rsidRPr="000E650E">
              <w:rPr>
                <w:sz w:val="14"/>
                <w:szCs w:val="16"/>
              </w:rPr>
              <w:br/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8DEE94" w14:textId="77777777" w:rsidR="00367648" w:rsidRPr="000E650E" w:rsidRDefault="00593530">
            <w:pPr>
              <w:rPr>
                <w:sz w:val="14"/>
                <w:szCs w:val="16"/>
              </w:rPr>
            </w:pPr>
            <w:r w:rsidRPr="000E650E">
              <w:rPr>
                <w:sz w:val="14"/>
                <w:szCs w:val="16"/>
              </w:rPr>
              <w:br/>
            </w:r>
          </w:p>
        </w:tc>
      </w:tr>
      <w:tr w:rsidR="00367648" w14:paraId="60659C34" w14:textId="77777777" w:rsidTr="000E650E">
        <w:trPr>
          <w:trHeight w:val="17"/>
          <w:jc w:val="center"/>
        </w:trPr>
        <w:tc>
          <w:tcPr>
            <w:tcW w:w="273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1BA8E7" w14:textId="77777777" w:rsidR="00367648" w:rsidRPr="000E650E" w:rsidRDefault="00593530">
            <w:pPr>
              <w:rPr>
                <w:sz w:val="14"/>
                <w:szCs w:val="16"/>
              </w:rPr>
            </w:pPr>
            <w:r w:rsidRPr="000E650E">
              <w:rPr>
                <w:sz w:val="14"/>
                <w:szCs w:val="16"/>
              </w:rPr>
              <w:br/>
            </w:r>
          </w:p>
        </w:tc>
        <w:tc>
          <w:tcPr>
            <w:tcW w:w="6003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2B5C2A" w14:textId="77777777" w:rsidR="00367648" w:rsidRPr="000E650E" w:rsidRDefault="00593530">
            <w:pPr>
              <w:rPr>
                <w:sz w:val="14"/>
                <w:szCs w:val="16"/>
              </w:rPr>
            </w:pPr>
            <w:r w:rsidRPr="000E650E">
              <w:rPr>
                <w:sz w:val="14"/>
                <w:szCs w:val="16"/>
              </w:rPr>
              <w:br/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7BA494" w14:textId="77777777" w:rsidR="00367648" w:rsidRPr="000E650E" w:rsidRDefault="00593530">
            <w:pPr>
              <w:rPr>
                <w:sz w:val="14"/>
                <w:szCs w:val="16"/>
              </w:rPr>
            </w:pPr>
            <w:r w:rsidRPr="000E650E">
              <w:rPr>
                <w:sz w:val="14"/>
                <w:szCs w:val="16"/>
              </w:rPr>
              <w:br/>
            </w:r>
          </w:p>
        </w:tc>
      </w:tr>
      <w:tr w:rsidR="00367648" w14:paraId="32CA7032" w14:textId="77777777" w:rsidTr="000E650E">
        <w:trPr>
          <w:trHeight w:val="17"/>
          <w:jc w:val="center"/>
        </w:trPr>
        <w:tc>
          <w:tcPr>
            <w:tcW w:w="273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2659F2" w14:textId="77777777" w:rsidR="00367648" w:rsidRPr="000E650E" w:rsidRDefault="00593530">
            <w:pPr>
              <w:rPr>
                <w:sz w:val="14"/>
                <w:szCs w:val="16"/>
              </w:rPr>
            </w:pPr>
            <w:r w:rsidRPr="000E650E">
              <w:rPr>
                <w:sz w:val="14"/>
                <w:szCs w:val="16"/>
              </w:rPr>
              <w:br/>
            </w:r>
          </w:p>
        </w:tc>
        <w:tc>
          <w:tcPr>
            <w:tcW w:w="6003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5577B3" w14:textId="77777777" w:rsidR="00367648" w:rsidRPr="000E650E" w:rsidRDefault="00593530">
            <w:pPr>
              <w:rPr>
                <w:sz w:val="14"/>
                <w:szCs w:val="16"/>
              </w:rPr>
            </w:pPr>
            <w:r w:rsidRPr="000E650E">
              <w:rPr>
                <w:sz w:val="14"/>
                <w:szCs w:val="16"/>
              </w:rPr>
              <w:br/>
            </w:r>
          </w:p>
        </w:tc>
        <w:tc>
          <w:tcPr>
            <w:tcW w:w="27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DDDF40" w14:textId="77777777" w:rsidR="00367648" w:rsidRPr="000E650E" w:rsidRDefault="00593530">
            <w:pPr>
              <w:rPr>
                <w:sz w:val="14"/>
                <w:szCs w:val="16"/>
              </w:rPr>
            </w:pPr>
            <w:r w:rsidRPr="000E650E">
              <w:rPr>
                <w:sz w:val="14"/>
                <w:szCs w:val="16"/>
              </w:rPr>
              <w:br/>
            </w:r>
          </w:p>
        </w:tc>
      </w:tr>
    </w:tbl>
    <w:p w14:paraId="1B3EEEC1" w14:textId="77777777" w:rsidR="00367648" w:rsidRDefault="00367648"/>
    <w:p w14:paraId="585A2B9E" w14:textId="77777777" w:rsidR="00367648" w:rsidRDefault="00593530">
      <w:pPr>
        <w:pStyle w:val="Heading2"/>
      </w:pPr>
      <w:r>
        <w:t>1(c) Video Gaming vs. Esports</w:t>
      </w:r>
    </w:p>
    <w:p w14:paraId="16482D82" w14:textId="77777777" w:rsidR="00367648" w:rsidRDefault="00593530">
      <w:pPr>
        <w:keepNext/>
      </w:pPr>
      <w:r>
        <w:rPr>
          <w:b/>
        </w:rPr>
        <w:t>Explain the difference between video gaming and esports.</w:t>
      </w:r>
    </w:p>
    <w:p w14:paraId="6A069749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19E6BB2A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43A70676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79AFAC4A" w14:textId="77777777" w:rsidR="00367648" w:rsidRDefault="00593530">
      <w:pPr>
        <w:keepLines/>
        <w:spacing w:after="40"/>
      </w:pPr>
      <w:r>
        <w:rPr>
          <w:sz w:val="18"/>
        </w:rPr>
        <w:lastRenderedPageBreak/>
        <w:t>________________________________________________________________________________</w:t>
      </w:r>
    </w:p>
    <w:p w14:paraId="63718166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147E2343" w14:textId="77777777" w:rsidR="00367648" w:rsidRDefault="00593530">
      <w:pPr>
        <w:keepNext/>
      </w:pPr>
      <w:r>
        <w:rPr>
          <w:b/>
        </w:rPr>
        <w:t>How does esports use organized competition such as teams, tournaments, rules, coaching, and spectators?</w:t>
      </w:r>
    </w:p>
    <w:p w14:paraId="461B88D2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95CC512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670102C7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CD471D3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6D1F63D9" w14:textId="77777777" w:rsidR="00367648" w:rsidRDefault="00593530">
      <w:pPr>
        <w:keepLines/>
        <w:spacing w:after="40"/>
        <w:rPr>
          <w:sz w:val="18"/>
        </w:rPr>
      </w:pPr>
      <w:r>
        <w:rPr>
          <w:sz w:val="18"/>
        </w:rPr>
        <w:t>________________________________________________________________________________</w:t>
      </w:r>
    </w:p>
    <w:p w14:paraId="7662A6B0" w14:textId="77777777" w:rsidR="000E650E" w:rsidRDefault="000E650E">
      <w:pPr>
        <w:keepLines/>
        <w:spacing w:after="4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6336"/>
      </w:tblGrid>
      <w:tr w:rsidR="00367648" w:rsidRPr="000E650E" w14:paraId="3E197BE4" w14:textId="77777777">
        <w:trPr>
          <w:tblHeader/>
          <w:jc w:val="center"/>
        </w:trPr>
        <w:tc>
          <w:tcPr>
            <w:tcW w:w="432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465E83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Game played casually</w:t>
            </w:r>
          </w:p>
        </w:tc>
        <w:tc>
          <w:tcPr>
            <w:tcW w:w="6336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A4A9F8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How it is also used in esports</w:t>
            </w:r>
          </w:p>
        </w:tc>
      </w:tr>
      <w:tr w:rsidR="00367648" w:rsidRPr="000E650E" w14:paraId="5A0F43B7" w14:textId="77777777">
        <w:trPr>
          <w:jc w:val="center"/>
        </w:trPr>
        <w:tc>
          <w:tcPr>
            <w:tcW w:w="43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B2A9C6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633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2809DD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03D5FF13" w14:textId="77777777">
        <w:trPr>
          <w:jc w:val="center"/>
        </w:trPr>
        <w:tc>
          <w:tcPr>
            <w:tcW w:w="43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A5BAEB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633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009160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</w:tbl>
    <w:p w14:paraId="43A71E4B" w14:textId="77777777" w:rsidR="00367648" w:rsidRDefault="00367648"/>
    <w:p w14:paraId="7D420B65" w14:textId="77777777" w:rsidR="00367648" w:rsidRDefault="00593530">
      <w:pPr>
        <w:pStyle w:val="Heading2"/>
      </w:pPr>
      <w:r>
        <w:t>1(d) Development of Esports</w:t>
      </w:r>
    </w:p>
    <w:p w14:paraId="69BC0DF6" w14:textId="77777777" w:rsidR="00367648" w:rsidRDefault="00593530">
      <w:r>
        <w:t>Identify and define five major moments in esports since 1990. Include key tournaments, technological advances, and organizations that helped shape competitive gaming globally.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3312"/>
        <w:gridCol w:w="2160"/>
        <w:gridCol w:w="4032"/>
      </w:tblGrid>
      <w:tr w:rsidR="00367648" w:rsidRPr="000E650E" w14:paraId="6473B422" w14:textId="77777777">
        <w:trPr>
          <w:tblHeader/>
          <w:jc w:val="center"/>
        </w:trPr>
        <w:tc>
          <w:tcPr>
            <w:tcW w:w="115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708256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b/>
                <w:sz w:val="14"/>
                <w:szCs w:val="18"/>
              </w:rPr>
              <w:t>Year</w:t>
            </w:r>
          </w:p>
        </w:tc>
        <w:tc>
          <w:tcPr>
            <w:tcW w:w="331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4513A0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b/>
                <w:sz w:val="14"/>
                <w:szCs w:val="18"/>
              </w:rPr>
              <w:t>Major moment</w:t>
            </w:r>
          </w:p>
        </w:tc>
        <w:tc>
          <w:tcPr>
            <w:tcW w:w="216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0EE108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b/>
                <w:sz w:val="14"/>
                <w:szCs w:val="18"/>
              </w:rPr>
              <w:t>Type</w:t>
            </w:r>
          </w:p>
        </w:tc>
        <w:tc>
          <w:tcPr>
            <w:tcW w:w="403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DBA5C7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b/>
                <w:sz w:val="14"/>
                <w:szCs w:val="18"/>
              </w:rPr>
              <w:t>Why it mattered</w:t>
            </w:r>
          </w:p>
        </w:tc>
      </w:tr>
      <w:tr w:rsidR="00367648" w:rsidRPr="000E650E" w14:paraId="12C95080" w14:textId="77777777">
        <w:trPr>
          <w:jc w:val="center"/>
        </w:trPr>
        <w:tc>
          <w:tcPr>
            <w:tcW w:w="115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D26B78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71C2BF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48DF4C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  <w:tc>
          <w:tcPr>
            <w:tcW w:w="40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AB2C26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</w:tr>
      <w:tr w:rsidR="00367648" w:rsidRPr="000E650E" w14:paraId="32B1599F" w14:textId="77777777">
        <w:trPr>
          <w:jc w:val="center"/>
        </w:trPr>
        <w:tc>
          <w:tcPr>
            <w:tcW w:w="115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21F5CC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DF6EE6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AE3496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  <w:tc>
          <w:tcPr>
            <w:tcW w:w="40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243FD3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</w:tr>
      <w:tr w:rsidR="00367648" w:rsidRPr="000E650E" w14:paraId="2665A7FE" w14:textId="77777777">
        <w:trPr>
          <w:jc w:val="center"/>
        </w:trPr>
        <w:tc>
          <w:tcPr>
            <w:tcW w:w="115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C7E5AD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C3118A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849FFD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  <w:tc>
          <w:tcPr>
            <w:tcW w:w="40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FAAA57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</w:tr>
      <w:tr w:rsidR="00367648" w:rsidRPr="000E650E" w14:paraId="1206BA5E" w14:textId="77777777">
        <w:trPr>
          <w:jc w:val="center"/>
        </w:trPr>
        <w:tc>
          <w:tcPr>
            <w:tcW w:w="115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EA93B1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30ADAA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832DB9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  <w:tc>
          <w:tcPr>
            <w:tcW w:w="40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7DD950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</w:tr>
      <w:tr w:rsidR="00367648" w:rsidRPr="000E650E" w14:paraId="06E12ECF" w14:textId="77777777">
        <w:trPr>
          <w:jc w:val="center"/>
        </w:trPr>
        <w:tc>
          <w:tcPr>
            <w:tcW w:w="115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2855A2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69E524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88863E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  <w:tc>
          <w:tcPr>
            <w:tcW w:w="40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92F582" w14:textId="77777777" w:rsidR="00367648" w:rsidRPr="000E650E" w:rsidRDefault="00593530">
            <w:pPr>
              <w:rPr>
                <w:sz w:val="14"/>
                <w:szCs w:val="18"/>
              </w:rPr>
            </w:pPr>
            <w:r w:rsidRPr="000E650E">
              <w:rPr>
                <w:sz w:val="14"/>
                <w:szCs w:val="18"/>
              </w:rPr>
              <w:br/>
            </w:r>
          </w:p>
        </w:tc>
      </w:tr>
    </w:tbl>
    <w:p w14:paraId="07CD5F9E" w14:textId="77777777" w:rsidR="00367648" w:rsidRDefault="00367648"/>
    <w:p w14:paraId="6CD9EE83" w14:textId="77777777" w:rsidR="00367648" w:rsidRDefault="00593530">
      <w:pPr>
        <w:keepNext/>
      </w:pPr>
      <w:r>
        <w:rPr>
          <w:b/>
        </w:rPr>
        <w:t>Notes for discussion with your counselor:</w:t>
      </w:r>
    </w:p>
    <w:p w14:paraId="7FA007AE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39539439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566A2BD8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4220CED7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7FABF1FB" w14:textId="77777777" w:rsidR="00367648" w:rsidRDefault="00593530">
      <w:pPr>
        <w:pStyle w:val="Heading1"/>
      </w:pPr>
      <w:r>
        <w:t>2. Living the Scout Oath and Law Online</w:t>
      </w:r>
    </w:p>
    <w:p w14:paraId="7E74C13A" w14:textId="69410029" w:rsidR="00BB1D2D" w:rsidRDefault="00593530" w:rsidP="00BB1D2D">
      <w:r>
        <w:rPr>
          <w:b/>
        </w:rPr>
        <w:t xml:space="preserve">Before beginning: </w:t>
      </w:r>
      <w:r>
        <w:t>With parent/guardian permission, view the Personal Safety Awareness “Digital Safety” video. The class handout asks for a screenshot of one scene.</w:t>
      </w:r>
      <w:r w:rsidR="00BB1D2D">
        <w:t xml:space="preserve"> </w:t>
      </w:r>
    </w:p>
    <w:p w14:paraId="6472FC77" w14:textId="77777777" w:rsidR="00BB1D2D" w:rsidRDefault="00BB1D2D" w:rsidP="00BB1D2D"/>
    <w:p w14:paraId="4DDE4108" w14:textId="7346217B" w:rsidR="00BB1D2D" w:rsidRPr="00BB1D2D" w:rsidRDefault="00BB1D2D" w:rsidP="00BB1D2D">
      <w:pPr>
        <w:rPr>
          <w:b/>
          <w:bCs/>
          <w:color w:val="EE0000"/>
        </w:rPr>
      </w:pPr>
      <w:r w:rsidRPr="00BB1D2D">
        <w:rPr>
          <w:b/>
          <w:bCs/>
          <w:color w:val="EE0000"/>
        </w:rPr>
        <w:t>Submit the screenshot separately</w:t>
      </w:r>
      <w:r>
        <w:rPr>
          <w:b/>
          <w:bCs/>
          <w:color w:val="EE0000"/>
        </w:rPr>
        <w:t xml:space="preserve"> or copy and paste it into this document</w:t>
      </w:r>
    </w:p>
    <w:p w14:paraId="3F5001A0" w14:textId="77777777" w:rsidR="00BB1D2D" w:rsidRDefault="00BB1D2D" w:rsidP="00BB1D2D">
      <w:pPr>
        <w:rPr>
          <w:sz w:val="18"/>
        </w:rPr>
      </w:pPr>
    </w:p>
    <w:p w14:paraId="4F4FC5AC" w14:textId="77777777" w:rsidR="00367648" w:rsidRDefault="00593530">
      <w:pPr>
        <w:pStyle w:val="Heading2"/>
      </w:pPr>
      <w:r>
        <w:t>2(a) Toxicity in Gaming</w:t>
      </w:r>
    </w:p>
    <w:p w14:paraId="425F49E6" w14:textId="77777777" w:rsidR="00367648" w:rsidRDefault="00593530">
      <w:pPr>
        <w:keepNext/>
      </w:pPr>
      <w:r>
        <w:rPr>
          <w:b/>
        </w:rPr>
        <w:t>Define "toxicity in gaming."</w:t>
      </w:r>
    </w:p>
    <w:p w14:paraId="5CA2E467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70213A2D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45C1CCBB" w14:textId="77777777" w:rsidR="00367648" w:rsidRDefault="00593530">
      <w:pPr>
        <w:keepLines/>
        <w:spacing w:after="40"/>
        <w:rPr>
          <w:sz w:val="18"/>
        </w:rPr>
      </w:pPr>
      <w:r>
        <w:rPr>
          <w:sz w:val="18"/>
        </w:rPr>
        <w:t>________________________________________________________________________________</w:t>
      </w:r>
    </w:p>
    <w:p w14:paraId="69E23604" w14:textId="77777777" w:rsidR="000E650E" w:rsidRDefault="000E650E">
      <w:pPr>
        <w:keepLines/>
        <w:spacing w:after="40"/>
      </w:pPr>
    </w:p>
    <w:p w14:paraId="36D7E97E" w14:textId="77777777" w:rsidR="00367648" w:rsidRDefault="00593530">
      <w:pPr>
        <w:keepNext/>
      </w:pPr>
      <w:r>
        <w:rPr>
          <w:b/>
        </w:rPr>
        <w:t>Describe a real or hypothetical example of toxic behavior in online play.</w:t>
      </w:r>
    </w:p>
    <w:p w14:paraId="14254C29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75E77C03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4C8D64FE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67683F4F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551AE24" w14:textId="77777777" w:rsidR="00367648" w:rsidRDefault="00593530">
      <w:pPr>
        <w:keepNext/>
      </w:pPr>
      <w:r>
        <w:rPr>
          <w:b/>
        </w:rPr>
        <w:t>How could the situation be prevented or resolved by applying the Scout Oath and Law?</w:t>
      </w:r>
    </w:p>
    <w:p w14:paraId="499258E5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0E691D6A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719A2546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4194F05B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09D5ABB4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6528C74B" w14:textId="77777777" w:rsidR="00367648" w:rsidRDefault="00593530">
      <w:pPr>
        <w:pStyle w:val="Heading2"/>
      </w:pPr>
      <w:r>
        <w:t>2(b) Handling Negative Online Gaming Experiences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24"/>
        <w:gridCol w:w="4032"/>
        <w:gridCol w:w="3600"/>
      </w:tblGrid>
      <w:tr w:rsidR="00367648" w:rsidRPr="000E650E" w14:paraId="4715BF6E" w14:textId="77777777">
        <w:trPr>
          <w:tblHeader/>
          <w:jc w:val="center"/>
        </w:trPr>
        <w:tc>
          <w:tcPr>
            <w:tcW w:w="302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727D3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Strategy</w:t>
            </w:r>
          </w:p>
        </w:tc>
        <w:tc>
          <w:tcPr>
            <w:tcW w:w="403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3A48DA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How it helps</w:t>
            </w:r>
          </w:p>
        </w:tc>
        <w:tc>
          <w:tcPr>
            <w:tcW w:w="360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098A91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Scout Oath/Law connection</w:t>
            </w:r>
          </w:p>
        </w:tc>
      </w:tr>
      <w:tr w:rsidR="00367648" w:rsidRPr="000E650E" w14:paraId="6CC1895F" w14:textId="77777777">
        <w:trPr>
          <w:jc w:val="center"/>
        </w:trPr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5DC83D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40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D78781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6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76344E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260B2946" w14:textId="77777777">
        <w:trPr>
          <w:jc w:val="center"/>
        </w:trPr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BFF713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40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766D97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6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5723F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501A9F7E" w14:textId="77777777">
        <w:trPr>
          <w:jc w:val="center"/>
        </w:trPr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3B2FE9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40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A9AA14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6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EE9016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311745F5" w14:textId="77777777">
        <w:trPr>
          <w:jc w:val="center"/>
        </w:trPr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657639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40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752D31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6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538B64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18FA5BE6" w14:textId="77777777">
        <w:trPr>
          <w:jc w:val="center"/>
        </w:trPr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E39E8B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40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4632D6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60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18E448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</w:tbl>
    <w:p w14:paraId="57A453CE" w14:textId="77777777" w:rsidR="00367648" w:rsidRDefault="00367648"/>
    <w:p w14:paraId="562FEA17" w14:textId="77777777" w:rsidR="00367648" w:rsidRDefault="00593530">
      <w:pPr>
        <w:pStyle w:val="Heading2"/>
      </w:pPr>
      <w:r>
        <w:t>2(c) ESRB Ratings</w:t>
      </w:r>
    </w:p>
    <w:p w14:paraId="07344F8C" w14:textId="77777777" w:rsidR="00367648" w:rsidRDefault="00593530">
      <w:r>
        <w:t>Research the ESRB rating system. Record ratings of video games you own and compare them with your age group.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46"/>
        <w:gridCol w:w="1726"/>
        <w:gridCol w:w="3309"/>
        <w:gridCol w:w="3309"/>
      </w:tblGrid>
      <w:tr w:rsidR="00367648" w:rsidRPr="000E650E" w14:paraId="4FA82F80" w14:textId="77777777">
        <w:trPr>
          <w:tblHeader/>
          <w:jc w:val="center"/>
        </w:trPr>
        <w:tc>
          <w:tcPr>
            <w:tcW w:w="244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CDC6381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Game</w:t>
            </w:r>
          </w:p>
        </w:tc>
        <w:tc>
          <w:tcPr>
            <w:tcW w:w="172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E24E2A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ESRB rating</w:t>
            </w:r>
          </w:p>
        </w:tc>
        <w:tc>
          <w:tcPr>
            <w:tcW w:w="331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DD764D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Content descriptors / notes</w:t>
            </w:r>
          </w:p>
        </w:tc>
        <w:tc>
          <w:tcPr>
            <w:tcW w:w="331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104809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Appropriate for my age? Why?</w:t>
            </w:r>
          </w:p>
        </w:tc>
      </w:tr>
      <w:tr w:rsidR="00367648" w:rsidRPr="000E650E" w14:paraId="33221A8C" w14:textId="77777777">
        <w:trPr>
          <w:jc w:val="center"/>
        </w:trPr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331E1E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7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17057D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3A8D23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456AE1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6A071351" w14:textId="77777777">
        <w:trPr>
          <w:jc w:val="center"/>
        </w:trPr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613A69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7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0AA7E9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D86059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F513D8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57BA242F" w14:textId="77777777">
        <w:trPr>
          <w:jc w:val="center"/>
        </w:trPr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7D0011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7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78466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316FB3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970C27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747DC129" w14:textId="77777777">
        <w:trPr>
          <w:jc w:val="center"/>
        </w:trPr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0B0E1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7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29761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A3CDA8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15918E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091A29AE" w14:textId="77777777">
        <w:trPr>
          <w:jc w:val="center"/>
        </w:trPr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68342A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7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A5E2E3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FDD7B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493243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160476FF" w14:textId="77777777">
        <w:trPr>
          <w:jc w:val="center"/>
        </w:trPr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BDBD12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7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0B329B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A140B2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3BC514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</w:tbl>
    <w:p w14:paraId="4455C93D" w14:textId="77777777" w:rsidR="00367648" w:rsidRDefault="00367648"/>
    <w:p w14:paraId="2A15F045" w14:textId="77777777" w:rsidR="00367648" w:rsidRDefault="00593530">
      <w:pPr>
        <w:keepNext/>
      </w:pPr>
      <w:r>
        <w:rPr>
          <w:b/>
        </w:rPr>
        <w:t>Do you agree with the ESRB descriptions? Explain.</w:t>
      </w:r>
    </w:p>
    <w:p w14:paraId="26AF4901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D907F36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1B6CF7E9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3E6F6F73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54136565" w14:textId="77777777" w:rsidR="00367648" w:rsidRDefault="00593530">
      <w:pPr>
        <w:pStyle w:val="Heading2"/>
      </w:pPr>
      <w:r>
        <w:lastRenderedPageBreak/>
        <w:t>2(d) Positive Online Gaming Environment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67"/>
        <w:gridCol w:w="5323"/>
      </w:tblGrid>
      <w:tr w:rsidR="00367648" w14:paraId="38B23DF8" w14:textId="77777777">
        <w:trPr>
          <w:tblHeader/>
          <w:jc w:val="center"/>
        </w:trPr>
        <w:tc>
          <w:tcPr>
            <w:tcW w:w="547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25ACA3" w14:textId="77777777" w:rsidR="00367648" w:rsidRDefault="00593530">
            <w:r>
              <w:rPr>
                <w:b/>
                <w:sz w:val="18"/>
              </w:rPr>
              <w:t>Five ways to create a positive gaming environment</w:t>
            </w:r>
          </w:p>
        </w:tc>
        <w:tc>
          <w:tcPr>
            <w:tcW w:w="532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5C8DA1" w14:textId="77777777" w:rsidR="00367648" w:rsidRDefault="00593530">
            <w:r>
              <w:rPr>
                <w:b/>
                <w:sz w:val="18"/>
              </w:rPr>
              <w:t>How I can use it</w:t>
            </w:r>
          </w:p>
        </w:tc>
      </w:tr>
      <w:tr w:rsidR="00367648" w14:paraId="3C525909" w14:textId="77777777">
        <w:trPr>
          <w:jc w:val="center"/>
        </w:trPr>
        <w:tc>
          <w:tcPr>
            <w:tcW w:w="54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001CD3" w14:textId="77777777" w:rsidR="00367648" w:rsidRDefault="00593530">
            <w:r>
              <w:br/>
            </w:r>
          </w:p>
        </w:tc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5E9A4E" w14:textId="77777777" w:rsidR="00367648" w:rsidRDefault="00593530">
            <w:r>
              <w:br/>
            </w:r>
          </w:p>
        </w:tc>
      </w:tr>
      <w:tr w:rsidR="00367648" w14:paraId="5F14E161" w14:textId="77777777">
        <w:trPr>
          <w:jc w:val="center"/>
        </w:trPr>
        <w:tc>
          <w:tcPr>
            <w:tcW w:w="54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2E78AC" w14:textId="77777777" w:rsidR="00367648" w:rsidRDefault="00593530">
            <w:r>
              <w:br/>
            </w:r>
          </w:p>
        </w:tc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D8467D" w14:textId="77777777" w:rsidR="00367648" w:rsidRDefault="00593530">
            <w:r>
              <w:br/>
            </w:r>
          </w:p>
        </w:tc>
      </w:tr>
      <w:tr w:rsidR="00367648" w14:paraId="7722B032" w14:textId="77777777">
        <w:trPr>
          <w:jc w:val="center"/>
        </w:trPr>
        <w:tc>
          <w:tcPr>
            <w:tcW w:w="54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173A61" w14:textId="77777777" w:rsidR="00367648" w:rsidRDefault="00593530">
            <w:r>
              <w:br/>
            </w:r>
          </w:p>
        </w:tc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27638A" w14:textId="77777777" w:rsidR="00367648" w:rsidRDefault="00593530">
            <w:r>
              <w:br/>
            </w:r>
          </w:p>
        </w:tc>
      </w:tr>
      <w:tr w:rsidR="00367648" w14:paraId="6723F38D" w14:textId="77777777">
        <w:trPr>
          <w:jc w:val="center"/>
        </w:trPr>
        <w:tc>
          <w:tcPr>
            <w:tcW w:w="54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CE732A" w14:textId="77777777" w:rsidR="00367648" w:rsidRDefault="00593530">
            <w:r>
              <w:br/>
            </w:r>
          </w:p>
        </w:tc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24D59E" w14:textId="77777777" w:rsidR="00367648" w:rsidRDefault="00593530">
            <w:r>
              <w:br/>
            </w:r>
          </w:p>
        </w:tc>
      </w:tr>
      <w:tr w:rsidR="00367648" w14:paraId="7C278F30" w14:textId="77777777">
        <w:trPr>
          <w:jc w:val="center"/>
        </w:trPr>
        <w:tc>
          <w:tcPr>
            <w:tcW w:w="54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434A74" w14:textId="77777777" w:rsidR="00367648" w:rsidRDefault="00593530">
            <w:r>
              <w:br/>
            </w:r>
          </w:p>
        </w:tc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8C2300" w14:textId="77777777" w:rsidR="00367648" w:rsidRDefault="00593530">
            <w:r>
              <w:br/>
            </w:r>
          </w:p>
        </w:tc>
      </w:tr>
    </w:tbl>
    <w:p w14:paraId="14AD1CA0" w14:textId="77777777" w:rsidR="00367648" w:rsidRDefault="00367648"/>
    <w:p w14:paraId="502FE716" w14:textId="77777777" w:rsidR="00367648" w:rsidRDefault="00593530">
      <w:pPr>
        <w:keepNext/>
      </w:pPr>
      <w:r>
        <w:rPr>
          <w:b/>
        </w:rPr>
        <w:t>Which method did you demonstrate with your troop, patrol, or family?</w:t>
      </w:r>
    </w:p>
    <w:p w14:paraId="58C12356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04758D1C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CB3301B" w14:textId="77777777" w:rsidR="00367648" w:rsidRDefault="00593530">
      <w:pPr>
        <w:keepNext/>
      </w:pPr>
      <w:r>
        <w:rPr>
          <w:b/>
        </w:rPr>
        <w:t>Describe what happened and what you learned from the experience.</w:t>
      </w:r>
    </w:p>
    <w:p w14:paraId="714959D7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6088BBC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30E5843D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700EE2F0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0624F5AC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52F16AED" w14:textId="77777777" w:rsidR="00367648" w:rsidRDefault="00593530">
      <w:pPr>
        <w:pStyle w:val="Heading1"/>
      </w:pPr>
      <w:r>
        <w:t>3. Gamer Health and Balance</w:t>
      </w:r>
    </w:p>
    <w:p w14:paraId="129FDCB8" w14:textId="77777777" w:rsidR="00367648" w:rsidRDefault="00593530">
      <w:r>
        <w:rPr>
          <w:b/>
        </w:rPr>
        <w:t>This requirement takes three weeks to complete.</w:t>
      </w:r>
    </w:p>
    <w:p w14:paraId="19E3316C" w14:textId="77777777" w:rsidR="00367648" w:rsidRDefault="00593530">
      <w:pPr>
        <w:pStyle w:val="Heading2"/>
      </w:pPr>
      <w:r>
        <w:t>3(a) Gaming: Positive and Negative Aspects</w:t>
      </w:r>
    </w:p>
    <w:p w14:paraId="3BEBC703" w14:textId="77777777" w:rsidR="00367648" w:rsidRDefault="00593530">
      <w:r>
        <w:t>Read two credible articles describing positive aspects of gaming and two describing negative aspects. Record all four sources, then compare where the articles agree or disagree.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2"/>
        <w:gridCol w:w="3824"/>
        <w:gridCol w:w="3970"/>
        <w:gridCol w:w="1994"/>
      </w:tblGrid>
      <w:tr w:rsidR="00367648" w14:paraId="03869BF1" w14:textId="77777777">
        <w:trPr>
          <w:tblHeader/>
          <w:jc w:val="center"/>
        </w:trPr>
        <w:tc>
          <w:tcPr>
            <w:tcW w:w="100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3EA291" w14:textId="77777777" w:rsidR="00367648" w:rsidRDefault="00593530">
            <w:r>
              <w:rPr>
                <w:b/>
                <w:sz w:val="18"/>
              </w:rPr>
              <w:t>Article</w:t>
            </w:r>
          </w:p>
        </w:tc>
        <w:tc>
          <w:tcPr>
            <w:tcW w:w="388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EF84C6" w14:textId="77777777" w:rsidR="00367648" w:rsidRDefault="00593530">
            <w:r>
              <w:rPr>
                <w:b/>
                <w:sz w:val="18"/>
              </w:rPr>
              <w:t>Title</w:t>
            </w:r>
          </w:p>
        </w:tc>
        <w:tc>
          <w:tcPr>
            <w:tcW w:w="403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C54936" w14:textId="77777777" w:rsidR="00367648" w:rsidRDefault="00593530">
            <w:r>
              <w:rPr>
                <w:b/>
                <w:sz w:val="18"/>
              </w:rPr>
              <w:t>Source / where found</w:t>
            </w:r>
          </w:p>
        </w:tc>
        <w:tc>
          <w:tcPr>
            <w:tcW w:w="2016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96A00B" w14:textId="77777777" w:rsidR="00367648" w:rsidRDefault="00593530">
            <w:r>
              <w:rPr>
                <w:b/>
                <w:sz w:val="18"/>
              </w:rPr>
              <w:t>Positive or negative focus</w:t>
            </w:r>
          </w:p>
        </w:tc>
      </w:tr>
      <w:tr w:rsidR="00367648" w14:paraId="430D7EFD" w14:textId="77777777">
        <w:trPr>
          <w:jc w:val="center"/>
        </w:trPr>
        <w:tc>
          <w:tcPr>
            <w:tcW w:w="100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192D23" w14:textId="77777777" w:rsidR="00367648" w:rsidRDefault="00593530">
            <w:r>
              <w:br/>
            </w:r>
          </w:p>
        </w:tc>
        <w:tc>
          <w:tcPr>
            <w:tcW w:w="388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E58796" w14:textId="77777777" w:rsidR="00367648" w:rsidRDefault="00593530">
            <w:r>
              <w:br/>
            </w:r>
          </w:p>
        </w:tc>
        <w:tc>
          <w:tcPr>
            <w:tcW w:w="40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8F403D" w14:textId="77777777" w:rsidR="00367648" w:rsidRDefault="00593530">
            <w:r>
              <w:br/>
            </w:r>
          </w:p>
        </w:tc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A02739" w14:textId="77777777" w:rsidR="00367648" w:rsidRDefault="00593530">
            <w:r>
              <w:br/>
            </w:r>
          </w:p>
        </w:tc>
      </w:tr>
      <w:tr w:rsidR="00367648" w14:paraId="0334E74B" w14:textId="77777777">
        <w:trPr>
          <w:jc w:val="center"/>
        </w:trPr>
        <w:tc>
          <w:tcPr>
            <w:tcW w:w="100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CD7C1C" w14:textId="77777777" w:rsidR="00367648" w:rsidRDefault="00593530">
            <w:r>
              <w:br/>
            </w:r>
          </w:p>
        </w:tc>
        <w:tc>
          <w:tcPr>
            <w:tcW w:w="388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1F33F6" w14:textId="77777777" w:rsidR="00367648" w:rsidRDefault="00593530">
            <w:r>
              <w:br/>
            </w:r>
          </w:p>
        </w:tc>
        <w:tc>
          <w:tcPr>
            <w:tcW w:w="40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192C86" w14:textId="77777777" w:rsidR="00367648" w:rsidRDefault="00593530">
            <w:r>
              <w:br/>
            </w:r>
          </w:p>
        </w:tc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CDE772" w14:textId="77777777" w:rsidR="00367648" w:rsidRDefault="00593530">
            <w:r>
              <w:br/>
            </w:r>
          </w:p>
        </w:tc>
      </w:tr>
      <w:tr w:rsidR="00367648" w14:paraId="7958CC71" w14:textId="77777777">
        <w:trPr>
          <w:jc w:val="center"/>
        </w:trPr>
        <w:tc>
          <w:tcPr>
            <w:tcW w:w="100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99EADC" w14:textId="77777777" w:rsidR="00367648" w:rsidRDefault="00593530">
            <w:r>
              <w:br/>
            </w:r>
          </w:p>
        </w:tc>
        <w:tc>
          <w:tcPr>
            <w:tcW w:w="388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D3BFC1" w14:textId="77777777" w:rsidR="00367648" w:rsidRDefault="00593530">
            <w:r>
              <w:br/>
            </w:r>
          </w:p>
        </w:tc>
        <w:tc>
          <w:tcPr>
            <w:tcW w:w="40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704B0B" w14:textId="77777777" w:rsidR="00367648" w:rsidRDefault="00593530">
            <w:r>
              <w:br/>
            </w:r>
          </w:p>
        </w:tc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FBCF9F" w14:textId="77777777" w:rsidR="00367648" w:rsidRDefault="00593530">
            <w:r>
              <w:br/>
            </w:r>
          </w:p>
        </w:tc>
      </w:tr>
      <w:tr w:rsidR="00367648" w14:paraId="2C18FDF2" w14:textId="77777777">
        <w:trPr>
          <w:jc w:val="center"/>
        </w:trPr>
        <w:tc>
          <w:tcPr>
            <w:tcW w:w="100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A80867" w14:textId="77777777" w:rsidR="00367648" w:rsidRDefault="00593530">
            <w:r>
              <w:br/>
            </w:r>
          </w:p>
        </w:tc>
        <w:tc>
          <w:tcPr>
            <w:tcW w:w="388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575346" w14:textId="77777777" w:rsidR="00367648" w:rsidRDefault="00593530">
            <w:r>
              <w:br/>
            </w:r>
          </w:p>
        </w:tc>
        <w:tc>
          <w:tcPr>
            <w:tcW w:w="40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2287F0" w14:textId="77777777" w:rsidR="00367648" w:rsidRDefault="00593530">
            <w:r>
              <w:br/>
            </w:r>
          </w:p>
        </w:tc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C5BE0E" w14:textId="77777777" w:rsidR="00367648" w:rsidRDefault="00593530">
            <w:r>
              <w:br/>
            </w:r>
          </w:p>
        </w:tc>
      </w:tr>
    </w:tbl>
    <w:p w14:paraId="55D3051B" w14:textId="77777777" w:rsidR="00367648" w:rsidRDefault="00367648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83"/>
        <w:gridCol w:w="3407"/>
        <w:gridCol w:w="4400"/>
      </w:tblGrid>
      <w:tr w:rsidR="00367648" w14:paraId="5821F725" w14:textId="77777777">
        <w:trPr>
          <w:tblHeader/>
          <w:jc w:val="center"/>
        </w:trPr>
        <w:tc>
          <w:tcPr>
            <w:tcW w:w="302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77AEA2" w14:textId="77777777" w:rsidR="00367648" w:rsidRDefault="00593530">
            <w:r>
              <w:rPr>
                <w:b/>
                <w:sz w:val="18"/>
              </w:rPr>
              <w:t>Gaming aspect</w:t>
            </w:r>
          </w:p>
        </w:tc>
        <w:tc>
          <w:tcPr>
            <w:tcW w:w="3456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733DD0" w14:textId="77777777" w:rsidR="00367648" w:rsidRDefault="00593530">
            <w:r>
              <w:rPr>
                <w:b/>
                <w:sz w:val="18"/>
              </w:rPr>
              <w:t>Which articles address it?</w:t>
            </w:r>
          </w:p>
        </w:tc>
        <w:tc>
          <w:tcPr>
            <w:tcW w:w="446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1740E9" w14:textId="77777777" w:rsidR="00367648" w:rsidRDefault="00593530">
            <w:r>
              <w:rPr>
                <w:b/>
                <w:sz w:val="18"/>
              </w:rPr>
              <w:t>Do they agree or disagree? Explain.</w:t>
            </w:r>
          </w:p>
        </w:tc>
      </w:tr>
      <w:tr w:rsidR="00367648" w14:paraId="15921C41" w14:textId="77777777">
        <w:trPr>
          <w:jc w:val="center"/>
        </w:trPr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A1331BE" w14:textId="77777777" w:rsidR="00367648" w:rsidRDefault="00593530">
            <w:r>
              <w:br/>
            </w:r>
          </w:p>
        </w:tc>
        <w:tc>
          <w:tcPr>
            <w:tcW w:w="345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67FDB2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7C6DEE" w14:textId="77777777" w:rsidR="00367648" w:rsidRDefault="00593530">
            <w:r>
              <w:br/>
            </w:r>
          </w:p>
        </w:tc>
      </w:tr>
      <w:tr w:rsidR="00367648" w14:paraId="31BC6E8C" w14:textId="77777777">
        <w:trPr>
          <w:jc w:val="center"/>
        </w:trPr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52A675" w14:textId="77777777" w:rsidR="00367648" w:rsidRDefault="00593530">
            <w:r>
              <w:lastRenderedPageBreak/>
              <w:br/>
            </w:r>
          </w:p>
        </w:tc>
        <w:tc>
          <w:tcPr>
            <w:tcW w:w="345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C89CDC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369343" w14:textId="77777777" w:rsidR="00367648" w:rsidRDefault="00593530">
            <w:r>
              <w:br/>
            </w:r>
          </w:p>
        </w:tc>
      </w:tr>
      <w:tr w:rsidR="00367648" w14:paraId="05E697A0" w14:textId="77777777">
        <w:trPr>
          <w:jc w:val="center"/>
        </w:trPr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E9B86B" w14:textId="77777777" w:rsidR="00367648" w:rsidRDefault="00593530">
            <w:r>
              <w:br/>
            </w:r>
          </w:p>
        </w:tc>
        <w:tc>
          <w:tcPr>
            <w:tcW w:w="345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54A641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7AED19" w14:textId="77777777" w:rsidR="00367648" w:rsidRDefault="00593530">
            <w:r>
              <w:br/>
            </w:r>
          </w:p>
        </w:tc>
      </w:tr>
      <w:tr w:rsidR="00367648" w14:paraId="003FF9AC" w14:textId="77777777">
        <w:trPr>
          <w:jc w:val="center"/>
        </w:trPr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5389CC" w14:textId="77777777" w:rsidR="00367648" w:rsidRDefault="00593530">
            <w:r>
              <w:br/>
            </w:r>
          </w:p>
        </w:tc>
        <w:tc>
          <w:tcPr>
            <w:tcW w:w="345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DA4B8C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911E30" w14:textId="77777777" w:rsidR="00367648" w:rsidRDefault="00593530">
            <w:r>
              <w:br/>
            </w:r>
          </w:p>
        </w:tc>
      </w:tr>
      <w:tr w:rsidR="00367648" w14:paraId="6B81FB28" w14:textId="77777777">
        <w:trPr>
          <w:jc w:val="center"/>
        </w:trPr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59F3FB" w14:textId="77777777" w:rsidR="00367648" w:rsidRDefault="00593530">
            <w:r>
              <w:br/>
            </w:r>
          </w:p>
        </w:tc>
        <w:tc>
          <w:tcPr>
            <w:tcW w:w="345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F1BC60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D48F15" w14:textId="77777777" w:rsidR="00367648" w:rsidRDefault="00593530">
            <w:r>
              <w:br/>
            </w:r>
          </w:p>
        </w:tc>
      </w:tr>
      <w:tr w:rsidR="00367648" w14:paraId="6B70BB6F" w14:textId="77777777">
        <w:trPr>
          <w:jc w:val="center"/>
        </w:trPr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8D2856" w14:textId="77777777" w:rsidR="00367648" w:rsidRDefault="00593530">
            <w:r>
              <w:br/>
            </w:r>
          </w:p>
        </w:tc>
        <w:tc>
          <w:tcPr>
            <w:tcW w:w="345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51605A" w14:textId="77777777" w:rsidR="00367648" w:rsidRDefault="00593530">
            <w:r>
              <w:br/>
            </w:r>
          </w:p>
        </w:tc>
        <w:tc>
          <w:tcPr>
            <w:tcW w:w="446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EA594D" w14:textId="77777777" w:rsidR="00367648" w:rsidRDefault="00593530">
            <w:r>
              <w:br/>
            </w:r>
          </w:p>
        </w:tc>
      </w:tr>
    </w:tbl>
    <w:p w14:paraId="5ED370B5" w14:textId="77777777" w:rsidR="00367648" w:rsidRDefault="00367648"/>
    <w:p w14:paraId="7097B26F" w14:textId="77777777" w:rsidR="00367648" w:rsidRDefault="00593530">
      <w:pPr>
        <w:pStyle w:val="Heading2"/>
      </w:pPr>
      <w:r>
        <w:t>3(b)-3(d) Two-Week Tracking Log</w:t>
      </w:r>
    </w:p>
    <w:p w14:paraId="06A52EA2" w14:textId="77777777" w:rsidR="00367648" w:rsidRDefault="00593530">
      <w:r>
        <w:t>For the same two weeks, track daily gaming, physical activity, and sleep. For physical activity, compare with the handout's CDC benchmark of 60 minutes/day for ages 6-17. For sleep, compare with 9-12 hours for ages 6-12 or 8-10 hours for ages 13-18.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3"/>
        <w:gridCol w:w="1870"/>
        <w:gridCol w:w="2446"/>
        <w:gridCol w:w="1870"/>
        <w:gridCol w:w="3021"/>
      </w:tblGrid>
      <w:tr w:rsidR="00367648" w:rsidRPr="000E650E" w14:paraId="0F371DB2" w14:textId="77777777">
        <w:trPr>
          <w:tblHeader/>
          <w:jc w:val="center"/>
        </w:trPr>
        <w:tc>
          <w:tcPr>
            <w:tcW w:w="158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FABC52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Day / Date</w:t>
            </w:r>
          </w:p>
        </w:tc>
        <w:tc>
          <w:tcPr>
            <w:tcW w:w="187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17437E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Gaming time</w:t>
            </w:r>
          </w:p>
        </w:tc>
        <w:tc>
          <w:tcPr>
            <w:tcW w:w="244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E85315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Physical activity (min)</w:t>
            </w:r>
          </w:p>
        </w:tc>
        <w:tc>
          <w:tcPr>
            <w:tcW w:w="187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C26DC2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Sleep (hours)</w:t>
            </w:r>
          </w:p>
        </w:tc>
        <w:tc>
          <w:tcPr>
            <w:tcW w:w="302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F98A2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Notes</w:t>
            </w:r>
          </w:p>
        </w:tc>
      </w:tr>
      <w:tr w:rsidR="00367648" w:rsidRPr="000E650E" w14:paraId="1607040E" w14:textId="77777777">
        <w:trPr>
          <w:jc w:val="center"/>
        </w:trPr>
        <w:tc>
          <w:tcPr>
            <w:tcW w:w="15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7AE95D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577B5D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246BD0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48D9E9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DCA731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6400E869" w14:textId="77777777">
        <w:trPr>
          <w:jc w:val="center"/>
        </w:trPr>
        <w:tc>
          <w:tcPr>
            <w:tcW w:w="15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334D4D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295000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EEDF59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FB40E2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F4F8FE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7C2DC1FC" w14:textId="77777777">
        <w:trPr>
          <w:jc w:val="center"/>
        </w:trPr>
        <w:tc>
          <w:tcPr>
            <w:tcW w:w="15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E0F092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79BE24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80789E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A023E2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8D70C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15469FF7" w14:textId="77777777">
        <w:trPr>
          <w:jc w:val="center"/>
        </w:trPr>
        <w:tc>
          <w:tcPr>
            <w:tcW w:w="15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77EC71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B66352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0D2A70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21FFE0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621182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7D95C946" w14:textId="77777777">
        <w:trPr>
          <w:jc w:val="center"/>
        </w:trPr>
        <w:tc>
          <w:tcPr>
            <w:tcW w:w="15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73843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A54398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1F0ED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8901C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172290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727AAE04" w14:textId="77777777">
        <w:trPr>
          <w:jc w:val="center"/>
        </w:trPr>
        <w:tc>
          <w:tcPr>
            <w:tcW w:w="15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576FE6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6CB2E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192F59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3A4FD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158ACD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245245D3" w14:textId="77777777">
        <w:trPr>
          <w:jc w:val="center"/>
        </w:trPr>
        <w:tc>
          <w:tcPr>
            <w:tcW w:w="15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72BD98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E0710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5CAFD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D3DCCC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CA4F56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3E93AF9E" w14:textId="77777777">
        <w:trPr>
          <w:jc w:val="center"/>
        </w:trPr>
        <w:tc>
          <w:tcPr>
            <w:tcW w:w="15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4D703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D7C407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8821A8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7FDDBB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6A3584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27A37494" w14:textId="77777777">
        <w:trPr>
          <w:jc w:val="center"/>
        </w:trPr>
        <w:tc>
          <w:tcPr>
            <w:tcW w:w="15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C50FB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F9F9F1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F64713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118A67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F77DD6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3797CC74" w14:textId="77777777">
        <w:trPr>
          <w:jc w:val="center"/>
        </w:trPr>
        <w:tc>
          <w:tcPr>
            <w:tcW w:w="15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4BC12BA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2755EA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17E4D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B42A63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CAD69B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5FFA6237" w14:textId="77777777">
        <w:trPr>
          <w:jc w:val="center"/>
        </w:trPr>
        <w:tc>
          <w:tcPr>
            <w:tcW w:w="15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8B574E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A12B0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FC36F0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D439AE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B58D4B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45F2136D" w14:textId="77777777">
        <w:trPr>
          <w:jc w:val="center"/>
        </w:trPr>
        <w:tc>
          <w:tcPr>
            <w:tcW w:w="15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96CE5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77C5A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E7CD19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B4221C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8D408D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6353C2C2" w14:textId="77777777">
        <w:trPr>
          <w:jc w:val="center"/>
        </w:trPr>
        <w:tc>
          <w:tcPr>
            <w:tcW w:w="15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E00AE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0EF7BE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42F3F1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9515B4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6E7A3A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1B263B61" w14:textId="77777777">
        <w:trPr>
          <w:jc w:val="center"/>
        </w:trPr>
        <w:tc>
          <w:tcPr>
            <w:tcW w:w="158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63757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9DBFFA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DAB5A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78C894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B38C9C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</w:tbl>
    <w:p w14:paraId="24C0B1B6" w14:textId="77777777" w:rsidR="00367648" w:rsidRDefault="00367648"/>
    <w:p w14:paraId="0F6E52CF" w14:textId="77777777" w:rsidR="00367648" w:rsidRDefault="00593530">
      <w:pPr>
        <w:keepNext/>
      </w:pPr>
      <w:r>
        <w:rPr>
          <w:b/>
        </w:rPr>
        <w:lastRenderedPageBreak/>
        <w:t>3(b) Summarize your gaming results over the two weeks:</w:t>
      </w:r>
    </w:p>
    <w:p w14:paraId="166B91D0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37C59E66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335A6D9F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F2C39F0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4EB78979" w14:textId="77777777" w:rsidR="00367648" w:rsidRDefault="00593530">
      <w:pPr>
        <w:keepNext/>
      </w:pPr>
      <w:r>
        <w:rPr>
          <w:b/>
        </w:rPr>
        <w:t>3(c) Compare your physical activity with the 60-minute daily recommendation:</w:t>
      </w:r>
    </w:p>
    <w:p w14:paraId="7221C643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14BFFA58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3F3BB24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585F1E42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54189D12" w14:textId="77777777" w:rsidR="00367648" w:rsidRDefault="00593530">
      <w:pPr>
        <w:keepNext/>
      </w:pPr>
      <w:r>
        <w:rPr>
          <w:b/>
        </w:rPr>
        <w:t>3(d) Compare your sleep with the recommendation for your age:</w:t>
      </w:r>
    </w:p>
    <w:p w14:paraId="4F4EA63D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174C3ED1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6312846E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586F6C1E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54DED043" w14:textId="77777777" w:rsidR="000E650E" w:rsidRDefault="000E650E">
      <w:pPr>
        <w:pStyle w:val="Heading2"/>
      </w:pPr>
    </w:p>
    <w:p w14:paraId="459393EA" w14:textId="600C59D3" w:rsidR="00367648" w:rsidRDefault="00593530">
      <w:pPr>
        <w:pStyle w:val="Heading2"/>
      </w:pPr>
      <w:r>
        <w:t>3(e) One-Week Balanced Schedule</w:t>
      </w:r>
    </w:p>
    <w:p w14:paraId="499E49C1" w14:textId="77777777" w:rsidR="00367648" w:rsidRDefault="00593530">
      <w:r>
        <w:t>After completing 3(b), 3(c), and 3(d), create and follow a one-week balanced schedule including healthy sleep, physical activity, and agreed-upon gaming time.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96"/>
        <w:gridCol w:w="1870"/>
        <w:gridCol w:w="2589"/>
        <w:gridCol w:w="2158"/>
        <w:gridCol w:w="2877"/>
      </w:tblGrid>
      <w:tr w:rsidR="00367648" w14:paraId="03C545C2" w14:textId="77777777">
        <w:trPr>
          <w:tblHeader/>
          <w:jc w:val="center"/>
        </w:trPr>
        <w:tc>
          <w:tcPr>
            <w:tcW w:w="1296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805178" w14:textId="77777777" w:rsidR="00367648" w:rsidRDefault="00593530">
            <w:r>
              <w:rPr>
                <w:b/>
                <w:sz w:val="18"/>
              </w:rPr>
              <w:t>Day</w:t>
            </w:r>
          </w:p>
        </w:tc>
        <w:tc>
          <w:tcPr>
            <w:tcW w:w="187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C25910" w14:textId="77777777" w:rsidR="00367648" w:rsidRDefault="00593530">
            <w:r>
              <w:rPr>
                <w:b/>
                <w:sz w:val="18"/>
              </w:rPr>
              <w:t>Planned sleep</w:t>
            </w:r>
          </w:p>
        </w:tc>
        <w:tc>
          <w:tcPr>
            <w:tcW w:w="259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DF86F1" w14:textId="77777777" w:rsidR="00367648" w:rsidRDefault="00593530">
            <w:r>
              <w:rPr>
                <w:b/>
                <w:sz w:val="18"/>
              </w:rPr>
              <w:t>Planned physical activity</w:t>
            </w:r>
          </w:p>
        </w:tc>
        <w:tc>
          <w:tcPr>
            <w:tcW w:w="216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489402" w14:textId="77777777" w:rsidR="00367648" w:rsidRDefault="00593530">
            <w:r>
              <w:rPr>
                <w:b/>
                <w:sz w:val="18"/>
              </w:rPr>
              <w:t>Agreed gaming time</w:t>
            </w:r>
          </w:p>
        </w:tc>
        <w:tc>
          <w:tcPr>
            <w:tcW w:w="288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62DD00" w14:textId="77777777" w:rsidR="00367648" w:rsidRDefault="00593530">
            <w:r>
              <w:rPr>
                <w:b/>
                <w:sz w:val="18"/>
              </w:rPr>
              <w:t>What actually happened</w:t>
            </w:r>
          </w:p>
        </w:tc>
      </w:tr>
      <w:tr w:rsidR="00367648" w14:paraId="78412A1F" w14:textId="77777777">
        <w:trPr>
          <w:jc w:val="center"/>
        </w:trPr>
        <w:tc>
          <w:tcPr>
            <w:tcW w:w="129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11E796" w14:textId="77777777" w:rsidR="00367648" w:rsidRDefault="00593530">
            <w: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EE439A" w14:textId="77777777" w:rsidR="00367648" w:rsidRDefault="00593530">
            <w:r>
              <w:br/>
            </w:r>
          </w:p>
        </w:tc>
        <w:tc>
          <w:tcPr>
            <w:tcW w:w="259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A44A2E" w14:textId="77777777" w:rsidR="00367648" w:rsidRDefault="00593530">
            <w: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BE9B62" w14:textId="77777777" w:rsidR="00367648" w:rsidRDefault="00593530">
            <w:r>
              <w:br/>
            </w:r>
          </w:p>
        </w:tc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5BBBD2" w14:textId="77777777" w:rsidR="00367648" w:rsidRDefault="00593530">
            <w:r>
              <w:br/>
            </w:r>
          </w:p>
        </w:tc>
      </w:tr>
      <w:tr w:rsidR="00367648" w14:paraId="6F963661" w14:textId="77777777">
        <w:trPr>
          <w:jc w:val="center"/>
        </w:trPr>
        <w:tc>
          <w:tcPr>
            <w:tcW w:w="129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F9E85C" w14:textId="77777777" w:rsidR="00367648" w:rsidRDefault="00593530">
            <w: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54106C" w14:textId="77777777" w:rsidR="00367648" w:rsidRDefault="00593530">
            <w:r>
              <w:br/>
            </w:r>
          </w:p>
        </w:tc>
        <w:tc>
          <w:tcPr>
            <w:tcW w:w="259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06FAF0" w14:textId="77777777" w:rsidR="00367648" w:rsidRDefault="00593530">
            <w: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D5C531" w14:textId="77777777" w:rsidR="00367648" w:rsidRDefault="00593530">
            <w:r>
              <w:br/>
            </w:r>
          </w:p>
        </w:tc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FADA51" w14:textId="77777777" w:rsidR="00367648" w:rsidRDefault="00593530">
            <w:r>
              <w:br/>
            </w:r>
          </w:p>
        </w:tc>
      </w:tr>
      <w:tr w:rsidR="00367648" w14:paraId="0CD95C36" w14:textId="77777777">
        <w:trPr>
          <w:jc w:val="center"/>
        </w:trPr>
        <w:tc>
          <w:tcPr>
            <w:tcW w:w="129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B12916" w14:textId="77777777" w:rsidR="00367648" w:rsidRDefault="00593530">
            <w: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8228F4" w14:textId="77777777" w:rsidR="00367648" w:rsidRDefault="00593530">
            <w:r>
              <w:br/>
            </w:r>
          </w:p>
        </w:tc>
        <w:tc>
          <w:tcPr>
            <w:tcW w:w="259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69EB23" w14:textId="77777777" w:rsidR="00367648" w:rsidRDefault="00593530">
            <w: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6E7707" w14:textId="77777777" w:rsidR="00367648" w:rsidRDefault="00593530">
            <w:r>
              <w:br/>
            </w:r>
          </w:p>
        </w:tc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D9352A" w14:textId="77777777" w:rsidR="00367648" w:rsidRDefault="00593530">
            <w:r>
              <w:br/>
            </w:r>
          </w:p>
        </w:tc>
      </w:tr>
      <w:tr w:rsidR="00367648" w14:paraId="104C3C4D" w14:textId="77777777">
        <w:trPr>
          <w:jc w:val="center"/>
        </w:trPr>
        <w:tc>
          <w:tcPr>
            <w:tcW w:w="129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B32FD4" w14:textId="77777777" w:rsidR="00367648" w:rsidRDefault="00593530">
            <w: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3E91F0" w14:textId="77777777" w:rsidR="00367648" w:rsidRDefault="00593530">
            <w:r>
              <w:br/>
            </w:r>
          </w:p>
        </w:tc>
        <w:tc>
          <w:tcPr>
            <w:tcW w:w="259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716754" w14:textId="77777777" w:rsidR="00367648" w:rsidRDefault="00593530">
            <w: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95AB66" w14:textId="77777777" w:rsidR="00367648" w:rsidRDefault="00593530">
            <w:r>
              <w:br/>
            </w:r>
          </w:p>
        </w:tc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2DD5680" w14:textId="77777777" w:rsidR="00367648" w:rsidRDefault="00593530">
            <w:r>
              <w:br/>
            </w:r>
          </w:p>
        </w:tc>
      </w:tr>
      <w:tr w:rsidR="00367648" w14:paraId="2EC3020C" w14:textId="77777777">
        <w:trPr>
          <w:jc w:val="center"/>
        </w:trPr>
        <w:tc>
          <w:tcPr>
            <w:tcW w:w="129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B21A9B" w14:textId="77777777" w:rsidR="00367648" w:rsidRDefault="00593530">
            <w: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B394D5" w14:textId="77777777" w:rsidR="00367648" w:rsidRDefault="00593530">
            <w:r>
              <w:br/>
            </w:r>
          </w:p>
        </w:tc>
        <w:tc>
          <w:tcPr>
            <w:tcW w:w="259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619822" w14:textId="77777777" w:rsidR="00367648" w:rsidRDefault="00593530">
            <w: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160148" w14:textId="77777777" w:rsidR="00367648" w:rsidRDefault="00593530">
            <w:r>
              <w:br/>
            </w:r>
          </w:p>
        </w:tc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3BF215" w14:textId="77777777" w:rsidR="00367648" w:rsidRDefault="00593530">
            <w:r>
              <w:br/>
            </w:r>
          </w:p>
        </w:tc>
      </w:tr>
      <w:tr w:rsidR="00367648" w14:paraId="00E1CA89" w14:textId="77777777">
        <w:trPr>
          <w:jc w:val="center"/>
        </w:trPr>
        <w:tc>
          <w:tcPr>
            <w:tcW w:w="129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3247ED" w14:textId="77777777" w:rsidR="00367648" w:rsidRDefault="00593530">
            <w: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FE001A" w14:textId="77777777" w:rsidR="00367648" w:rsidRDefault="00593530">
            <w:r>
              <w:br/>
            </w:r>
          </w:p>
        </w:tc>
        <w:tc>
          <w:tcPr>
            <w:tcW w:w="259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56B758" w14:textId="77777777" w:rsidR="00367648" w:rsidRDefault="00593530">
            <w: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C472E6" w14:textId="77777777" w:rsidR="00367648" w:rsidRDefault="00593530">
            <w:r>
              <w:br/>
            </w:r>
          </w:p>
        </w:tc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78C9C8" w14:textId="77777777" w:rsidR="00367648" w:rsidRDefault="00593530">
            <w:r>
              <w:br/>
            </w:r>
          </w:p>
        </w:tc>
      </w:tr>
      <w:tr w:rsidR="00367648" w14:paraId="3A8EE457" w14:textId="77777777">
        <w:trPr>
          <w:jc w:val="center"/>
        </w:trPr>
        <w:tc>
          <w:tcPr>
            <w:tcW w:w="129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23AB2E" w14:textId="77777777" w:rsidR="00367648" w:rsidRDefault="00593530">
            <w: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6AF382" w14:textId="77777777" w:rsidR="00367648" w:rsidRDefault="00593530">
            <w:r>
              <w:br/>
            </w:r>
          </w:p>
        </w:tc>
        <w:tc>
          <w:tcPr>
            <w:tcW w:w="259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0C818B" w14:textId="77777777" w:rsidR="00367648" w:rsidRDefault="00593530">
            <w: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D277A1" w14:textId="77777777" w:rsidR="00367648" w:rsidRDefault="00593530">
            <w:r>
              <w:br/>
            </w:r>
          </w:p>
        </w:tc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44416E" w14:textId="77777777" w:rsidR="00367648" w:rsidRDefault="00593530">
            <w:r>
              <w:br/>
            </w:r>
          </w:p>
        </w:tc>
      </w:tr>
    </w:tbl>
    <w:p w14:paraId="16DAAD1B" w14:textId="77777777" w:rsidR="00367648" w:rsidRDefault="00367648"/>
    <w:p w14:paraId="5E2FB3EE" w14:textId="77777777" w:rsidR="00367648" w:rsidRDefault="00593530">
      <w:pPr>
        <w:keepNext/>
      </w:pPr>
      <w:r>
        <w:rPr>
          <w:b/>
        </w:rPr>
        <w:t>Summarize how well the schedule worked. What would you keep or change?</w:t>
      </w:r>
    </w:p>
    <w:p w14:paraId="6716AA78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6B96A4D8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0D3ED7DA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3EEB7088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6948DCEF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B509A43" w14:textId="77777777" w:rsidR="00367648" w:rsidRDefault="00593530">
      <w:pPr>
        <w:pStyle w:val="Heading1"/>
      </w:pPr>
      <w:r>
        <w:lastRenderedPageBreak/>
        <w:t>4. Gamer Safety and Community Connection</w:t>
      </w:r>
    </w:p>
    <w:p w14:paraId="4E3AC339" w14:textId="77777777" w:rsidR="00367648" w:rsidRDefault="00593530">
      <w:pPr>
        <w:pStyle w:val="Heading2"/>
      </w:pPr>
      <w:r>
        <w:t>4(a) Benefits and Risks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5328"/>
      </w:tblGrid>
      <w:tr w:rsidR="00367648" w14:paraId="42261733" w14:textId="77777777">
        <w:trPr>
          <w:tblHeader/>
          <w:jc w:val="center"/>
        </w:trPr>
        <w:tc>
          <w:tcPr>
            <w:tcW w:w="532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60351A" w14:textId="77777777" w:rsidR="00367648" w:rsidRDefault="00593530">
            <w:r>
              <w:rPr>
                <w:b/>
                <w:sz w:val="18"/>
              </w:rPr>
              <w:t>Benefits of gaming online</w:t>
            </w:r>
          </w:p>
        </w:tc>
        <w:tc>
          <w:tcPr>
            <w:tcW w:w="532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E206A7" w14:textId="77777777" w:rsidR="00367648" w:rsidRDefault="00593530">
            <w:r>
              <w:rPr>
                <w:b/>
                <w:sz w:val="18"/>
              </w:rPr>
              <w:t>Risks of gaming online</w:t>
            </w:r>
          </w:p>
        </w:tc>
      </w:tr>
      <w:tr w:rsidR="00367648" w14:paraId="67FB6BA8" w14:textId="77777777">
        <w:trPr>
          <w:jc w:val="center"/>
        </w:trPr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A54D3E5" w14:textId="77777777" w:rsidR="00367648" w:rsidRDefault="00593530">
            <w:r>
              <w:br/>
            </w:r>
          </w:p>
        </w:tc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51E643" w14:textId="77777777" w:rsidR="00367648" w:rsidRDefault="00593530">
            <w:r>
              <w:br/>
            </w:r>
          </w:p>
        </w:tc>
      </w:tr>
      <w:tr w:rsidR="00367648" w14:paraId="744524DB" w14:textId="77777777">
        <w:trPr>
          <w:jc w:val="center"/>
        </w:trPr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5E0BA3" w14:textId="77777777" w:rsidR="00367648" w:rsidRDefault="00593530">
            <w:r>
              <w:br/>
            </w:r>
          </w:p>
        </w:tc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F12C81" w14:textId="77777777" w:rsidR="00367648" w:rsidRDefault="00593530">
            <w:r>
              <w:br/>
            </w:r>
          </w:p>
        </w:tc>
      </w:tr>
      <w:tr w:rsidR="00367648" w14:paraId="45FF414D" w14:textId="77777777">
        <w:trPr>
          <w:jc w:val="center"/>
        </w:trPr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A3D727" w14:textId="77777777" w:rsidR="00367648" w:rsidRDefault="00593530">
            <w:r>
              <w:br/>
            </w:r>
          </w:p>
        </w:tc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81B4BA" w14:textId="77777777" w:rsidR="00367648" w:rsidRDefault="00593530">
            <w:r>
              <w:br/>
            </w:r>
          </w:p>
        </w:tc>
      </w:tr>
      <w:tr w:rsidR="00367648" w14:paraId="3504BBB5" w14:textId="77777777">
        <w:trPr>
          <w:jc w:val="center"/>
        </w:trPr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78F904" w14:textId="77777777" w:rsidR="00367648" w:rsidRDefault="00593530">
            <w:r>
              <w:br/>
            </w:r>
          </w:p>
        </w:tc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F60AAE" w14:textId="77777777" w:rsidR="00367648" w:rsidRDefault="00593530">
            <w:r>
              <w:br/>
            </w:r>
          </w:p>
        </w:tc>
      </w:tr>
      <w:tr w:rsidR="00367648" w14:paraId="0EAE5199" w14:textId="77777777">
        <w:trPr>
          <w:jc w:val="center"/>
        </w:trPr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A1EA65" w14:textId="77777777" w:rsidR="00367648" w:rsidRDefault="00593530">
            <w:r>
              <w:br/>
            </w:r>
          </w:p>
        </w:tc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A9DDCA" w14:textId="77777777" w:rsidR="00367648" w:rsidRDefault="00593530">
            <w:r>
              <w:br/>
            </w:r>
          </w:p>
        </w:tc>
      </w:tr>
      <w:tr w:rsidR="00367648" w14:paraId="0FF62F7B" w14:textId="77777777">
        <w:trPr>
          <w:jc w:val="center"/>
        </w:trPr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7D0B6F" w14:textId="77777777" w:rsidR="00367648" w:rsidRDefault="00593530">
            <w:r>
              <w:br/>
            </w:r>
          </w:p>
        </w:tc>
        <w:tc>
          <w:tcPr>
            <w:tcW w:w="532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2C8BA5" w14:textId="77777777" w:rsidR="00367648" w:rsidRDefault="00593530">
            <w:r>
              <w:br/>
            </w:r>
          </w:p>
        </w:tc>
      </w:tr>
    </w:tbl>
    <w:p w14:paraId="728842CB" w14:textId="77777777" w:rsidR="00367648" w:rsidRDefault="00367648"/>
    <w:p w14:paraId="70776007" w14:textId="77777777" w:rsidR="00367648" w:rsidRDefault="00593530">
      <w:pPr>
        <w:pStyle w:val="Heading2"/>
      </w:pPr>
      <w:r>
        <w:t>4(b) Ten Ways to Stay Safe Online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19"/>
        <w:gridCol w:w="4604"/>
        <w:gridCol w:w="5467"/>
      </w:tblGrid>
      <w:tr w:rsidR="00367648" w14:paraId="5E5742D3" w14:textId="77777777">
        <w:trPr>
          <w:tblHeader/>
          <w:jc w:val="center"/>
        </w:trPr>
        <w:tc>
          <w:tcPr>
            <w:tcW w:w="72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ABD72B" w14:textId="77777777" w:rsidR="00367648" w:rsidRDefault="00593530">
            <w:r>
              <w:rPr>
                <w:b/>
                <w:sz w:val="18"/>
              </w:rPr>
              <w:t>#</w:t>
            </w:r>
          </w:p>
        </w:tc>
        <w:tc>
          <w:tcPr>
            <w:tcW w:w="460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6A5262" w14:textId="77777777" w:rsidR="00367648" w:rsidRDefault="00593530">
            <w:r>
              <w:rPr>
                <w:b/>
                <w:sz w:val="18"/>
              </w:rPr>
              <w:t>Online gaming safety practice</w:t>
            </w:r>
          </w:p>
        </w:tc>
        <w:tc>
          <w:tcPr>
            <w:tcW w:w="547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E73133" w14:textId="77777777" w:rsidR="00367648" w:rsidRDefault="00593530">
            <w:r>
              <w:rPr>
                <w:b/>
                <w:sz w:val="18"/>
              </w:rPr>
              <w:t>Why it is important</w:t>
            </w:r>
          </w:p>
        </w:tc>
      </w:tr>
      <w:tr w:rsidR="00367648" w14:paraId="3C0BC060" w14:textId="77777777">
        <w:trPr>
          <w:jc w:val="center"/>
        </w:trPr>
        <w:tc>
          <w:tcPr>
            <w:tcW w:w="7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AB7590" w14:textId="77777777" w:rsidR="00367648" w:rsidRDefault="00593530">
            <w:r>
              <w:br/>
            </w:r>
          </w:p>
        </w:tc>
        <w:tc>
          <w:tcPr>
            <w:tcW w:w="460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C9F824" w14:textId="77777777" w:rsidR="00367648" w:rsidRDefault="00593530">
            <w:r>
              <w:br/>
            </w:r>
          </w:p>
        </w:tc>
        <w:tc>
          <w:tcPr>
            <w:tcW w:w="54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416D51" w14:textId="77777777" w:rsidR="00367648" w:rsidRDefault="00593530">
            <w:r>
              <w:br/>
            </w:r>
          </w:p>
        </w:tc>
      </w:tr>
      <w:tr w:rsidR="00367648" w14:paraId="2A2475CB" w14:textId="77777777">
        <w:trPr>
          <w:jc w:val="center"/>
        </w:trPr>
        <w:tc>
          <w:tcPr>
            <w:tcW w:w="7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DFF7C5" w14:textId="77777777" w:rsidR="00367648" w:rsidRDefault="00593530">
            <w:r>
              <w:br/>
            </w:r>
          </w:p>
        </w:tc>
        <w:tc>
          <w:tcPr>
            <w:tcW w:w="460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3112B1" w14:textId="77777777" w:rsidR="00367648" w:rsidRDefault="00593530">
            <w:r>
              <w:br/>
            </w:r>
          </w:p>
        </w:tc>
        <w:tc>
          <w:tcPr>
            <w:tcW w:w="54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A6C6C6" w14:textId="77777777" w:rsidR="00367648" w:rsidRDefault="00593530">
            <w:r>
              <w:br/>
            </w:r>
          </w:p>
        </w:tc>
      </w:tr>
      <w:tr w:rsidR="00367648" w14:paraId="38C1CC7E" w14:textId="77777777">
        <w:trPr>
          <w:jc w:val="center"/>
        </w:trPr>
        <w:tc>
          <w:tcPr>
            <w:tcW w:w="7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C7BABF" w14:textId="77777777" w:rsidR="00367648" w:rsidRDefault="00593530">
            <w:r>
              <w:br/>
            </w:r>
          </w:p>
        </w:tc>
        <w:tc>
          <w:tcPr>
            <w:tcW w:w="460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540E99" w14:textId="77777777" w:rsidR="00367648" w:rsidRDefault="00593530">
            <w:r>
              <w:br/>
            </w:r>
          </w:p>
        </w:tc>
        <w:tc>
          <w:tcPr>
            <w:tcW w:w="54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C0DBED" w14:textId="77777777" w:rsidR="00367648" w:rsidRDefault="00593530">
            <w:r>
              <w:br/>
            </w:r>
          </w:p>
        </w:tc>
      </w:tr>
      <w:tr w:rsidR="00367648" w14:paraId="5CEF07DC" w14:textId="77777777">
        <w:trPr>
          <w:jc w:val="center"/>
        </w:trPr>
        <w:tc>
          <w:tcPr>
            <w:tcW w:w="7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CEDCDB" w14:textId="77777777" w:rsidR="00367648" w:rsidRDefault="00593530">
            <w:r>
              <w:br/>
            </w:r>
          </w:p>
        </w:tc>
        <w:tc>
          <w:tcPr>
            <w:tcW w:w="460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FBAAA8" w14:textId="77777777" w:rsidR="00367648" w:rsidRDefault="00593530">
            <w:r>
              <w:br/>
            </w:r>
          </w:p>
        </w:tc>
        <w:tc>
          <w:tcPr>
            <w:tcW w:w="54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CEB47D" w14:textId="77777777" w:rsidR="00367648" w:rsidRDefault="00593530">
            <w:r>
              <w:br/>
            </w:r>
          </w:p>
        </w:tc>
      </w:tr>
      <w:tr w:rsidR="00367648" w14:paraId="7A3A98F9" w14:textId="77777777">
        <w:trPr>
          <w:jc w:val="center"/>
        </w:trPr>
        <w:tc>
          <w:tcPr>
            <w:tcW w:w="7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0D64B4" w14:textId="77777777" w:rsidR="00367648" w:rsidRDefault="00593530">
            <w:r>
              <w:br/>
            </w:r>
          </w:p>
        </w:tc>
        <w:tc>
          <w:tcPr>
            <w:tcW w:w="460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DD28CD" w14:textId="77777777" w:rsidR="00367648" w:rsidRDefault="00593530">
            <w:r>
              <w:br/>
            </w:r>
          </w:p>
        </w:tc>
        <w:tc>
          <w:tcPr>
            <w:tcW w:w="54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733164" w14:textId="77777777" w:rsidR="00367648" w:rsidRDefault="00593530">
            <w:r>
              <w:br/>
            </w:r>
          </w:p>
        </w:tc>
      </w:tr>
      <w:tr w:rsidR="00367648" w14:paraId="5BD43B66" w14:textId="77777777">
        <w:trPr>
          <w:jc w:val="center"/>
        </w:trPr>
        <w:tc>
          <w:tcPr>
            <w:tcW w:w="7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0B8BE2" w14:textId="77777777" w:rsidR="00367648" w:rsidRDefault="00593530">
            <w:r>
              <w:br/>
            </w:r>
          </w:p>
        </w:tc>
        <w:tc>
          <w:tcPr>
            <w:tcW w:w="460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0227A8" w14:textId="77777777" w:rsidR="00367648" w:rsidRDefault="00593530">
            <w:r>
              <w:br/>
            </w:r>
          </w:p>
        </w:tc>
        <w:tc>
          <w:tcPr>
            <w:tcW w:w="54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B8279B" w14:textId="77777777" w:rsidR="00367648" w:rsidRDefault="00593530">
            <w:r>
              <w:br/>
            </w:r>
          </w:p>
        </w:tc>
      </w:tr>
      <w:tr w:rsidR="00367648" w14:paraId="3A5CF638" w14:textId="77777777">
        <w:trPr>
          <w:jc w:val="center"/>
        </w:trPr>
        <w:tc>
          <w:tcPr>
            <w:tcW w:w="7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F7ACF1" w14:textId="77777777" w:rsidR="00367648" w:rsidRDefault="00593530">
            <w:r>
              <w:br/>
            </w:r>
          </w:p>
        </w:tc>
        <w:tc>
          <w:tcPr>
            <w:tcW w:w="460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B2812C" w14:textId="77777777" w:rsidR="00367648" w:rsidRDefault="00593530">
            <w:r>
              <w:br/>
            </w:r>
          </w:p>
        </w:tc>
        <w:tc>
          <w:tcPr>
            <w:tcW w:w="54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127D48" w14:textId="77777777" w:rsidR="00367648" w:rsidRDefault="00593530">
            <w:r>
              <w:br/>
            </w:r>
          </w:p>
        </w:tc>
      </w:tr>
      <w:tr w:rsidR="00367648" w14:paraId="5EE6C3B5" w14:textId="77777777">
        <w:trPr>
          <w:jc w:val="center"/>
        </w:trPr>
        <w:tc>
          <w:tcPr>
            <w:tcW w:w="7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5E8BA0" w14:textId="77777777" w:rsidR="00367648" w:rsidRDefault="00593530">
            <w:r>
              <w:br/>
            </w:r>
          </w:p>
        </w:tc>
        <w:tc>
          <w:tcPr>
            <w:tcW w:w="460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1F4554" w14:textId="77777777" w:rsidR="00367648" w:rsidRDefault="00593530">
            <w:r>
              <w:br/>
            </w:r>
          </w:p>
        </w:tc>
        <w:tc>
          <w:tcPr>
            <w:tcW w:w="54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B376F0" w14:textId="77777777" w:rsidR="00367648" w:rsidRDefault="00593530">
            <w:r>
              <w:br/>
            </w:r>
          </w:p>
        </w:tc>
      </w:tr>
      <w:tr w:rsidR="00367648" w14:paraId="20298676" w14:textId="77777777">
        <w:trPr>
          <w:jc w:val="center"/>
        </w:trPr>
        <w:tc>
          <w:tcPr>
            <w:tcW w:w="7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EECD98" w14:textId="77777777" w:rsidR="00367648" w:rsidRDefault="00593530">
            <w:r>
              <w:br/>
            </w:r>
          </w:p>
        </w:tc>
        <w:tc>
          <w:tcPr>
            <w:tcW w:w="460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522E10" w14:textId="77777777" w:rsidR="00367648" w:rsidRDefault="00593530">
            <w:r>
              <w:br/>
            </w:r>
          </w:p>
        </w:tc>
        <w:tc>
          <w:tcPr>
            <w:tcW w:w="54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CBE0096" w14:textId="77777777" w:rsidR="00367648" w:rsidRDefault="00593530">
            <w:r>
              <w:br/>
            </w:r>
          </w:p>
        </w:tc>
      </w:tr>
      <w:tr w:rsidR="00367648" w14:paraId="0278ECB2" w14:textId="77777777">
        <w:trPr>
          <w:jc w:val="center"/>
        </w:trPr>
        <w:tc>
          <w:tcPr>
            <w:tcW w:w="7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181C07" w14:textId="77777777" w:rsidR="00367648" w:rsidRDefault="00593530">
            <w:r>
              <w:br/>
            </w:r>
          </w:p>
        </w:tc>
        <w:tc>
          <w:tcPr>
            <w:tcW w:w="460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F83D77" w14:textId="77777777" w:rsidR="00367648" w:rsidRDefault="00593530">
            <w:r>
              <w:br/>
            </w:r>
          </w:p>
        </w:tc>
        <w:tc>
          <w:tcPr>
            <w:tcW w:w="54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5AE10F" w14:textId="77777777" w:rsidR="00367648" w:rsidRDefault="00593530">
            <w:r>
              <w:br/>
            </w:r>
          </w:p>
        </w:tc>
      </w:tr>
    </w:tbl>
    <w:p w14:paraId="741D1FE2" w14:textId="77777777" w:rsidR="00367648" w:rsidRDefault="00367648"/>
    <w:p w14:paraId="1C5D1C4A" w14:textId="77777777" w:rsidR="00367648" w:rsidRDefault="00593530">
      <w:pPr>
        <w:pStyle w:val="Heading2"/>
      </w:pPr>
      <w:r>
        <w:lastRenderedPageBreak/>
        <w:t>4(c) Play With a Parent or Guardian</w:t>
      </w:r>
    </w:p>
    <w:p w14:paraId="3B12FEC0" w14:textId="77777777" w:rsidR="00367648" w:rsidRDefault="00593530">
      <w:r>
        <w:t>Play a favorite game with a parent/guardian for at least 30 minutes. Demonstrate privacy and safety settings, explain what you enjoy, and let them play for part of the session.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64"/>
        <w:gridCol w:w="2158"/>
        <w:gridCol w:w="2158"/>
        <w:gridCol w:w="3310"/>
      </w:tblGrid>
      <w:tr w:rsidR="00367648" w14:paraId="761ADDB2" w14:textId="77777777">
        <w:trPr>
          <w:tblHeader/>
          <w:jc w:val="center"/>
        </w:trPr>
        <w:tc>
          <w:tcPr>
            <w:tcW w:w="316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C3EA9B" w14:textId="77777777" w:rsidR="00367648" w:rsidRDefault="00593530">
            <w:r>
              <w:rPr>
                <w:b/>
                <w:sz w:val="18"/>
              </w:rPr>
              <w:t>Game played</w:t>
            </w:r>
          </w:p>
        </w:tc>
        <w:tc>
          <w:tcPr>
            <w:tcW w:w="216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0C3ADE" w14:textId="77777777" w:rsidR="00367648" w:rsidRDefault="00593530">
            <w:r>
              <w:rPr>
                <w:b/>
                <w:sz w:val="18"/>
              </w:rPr>
              <w:t>Date</w:t>
            </w:r>
          </w:p>
        </w:tc>
        <w:tc>
          <w:tcPr>
            <w:tcW w:w="216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3B021C" w14:textId="77777777" w:rsidR="00367648" w:rsidRDefault="00593530">
            <w:r>
              <w:rPr>
                <w:b/>
                <w:sz w:val="18"/>
              </w:rPr>
              <w:t>Approx. time</w:t>
            </w:r>
          </w:p>
        </w:tc>
        <w:tc>
          <w:tcPr>
            <w:tcW w:w="331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CCAD22" w14:textId="77777777" w:rsidR="00367648" w:rsidRDefault="00593530">
            <w:r>
              <w:rPr>
                <w:b/>
                <w:sz w:val="18"/>
              </w:rPr>
              <w:t>Parent/guardian</w:t>
            </w:r>
          </w:p>
        </w:tc>
      </w:tr>
      <w:tr w:rsidR="00367648" w14:paraId="472F0417" w14:textId="77777777">
        <w:trPr>
          <w:jc w:val="center"/>
        </w:trPr>
        <w:tc>
          <w:tcPr>
            <w:tcW w:w="316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B7E8AD" w14:textId="77777777" w:rsidR="00367648" w:rsidRDefault="00593530">
            <w: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662E28" w14:textId="77777777" w:rsidR="00367648" w:rsidRDefault="00593530">
            <w: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05915E" w14:textId="77777777" w:rsidR="00367648" w:rsidRDefault="00593530">
            <w:r>
              <w:br/>
            </w:r>
          </w:p>
        </w:tc>
        <w:tc>
          <w:tcPr>
            <w:tcW w:w="331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4A69F03" w14:textId="77777777" w:rsidR="00367648" w:rsidRDefault="00593530">
            <w:r>
              <w:br/>
            </w:r>
          </w:p>
        </w:tc>
      </w:tr>
    </w:tbl>
    <w:p w14:paraId="71BCC390" w14:textId="77777777" w:rsidR="00367648" w:rsidRDefault="00367648"/>
    <w:p w14:paraId="71A76A03" w14:textId="77777777" w:rsidR="00367648" w:rsidRDefault="00593530">
      <w:pPr>
        <w:keepNext/>
      </w:pPr>
      <w:r>
        <w:rPr>
          <w:b/>
        </w:rPr>
        <w:t>Privacy and safety settings I demonstrated:</w:t>
      </w:r>
    </w:p>
    <w:p w14:paraId="3E9AFB49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5AA705A5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54907AE2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45C7182D" w14:textId="77777777" w:rsidR="00367648" w:rsidRDefault="00593530">
      <w:pPr>
        <w:keepNext/>
      </w:pPr>
      <w:r>
        <w:rPr>
          <w:b/>
        </w:rPr>
        <w:t>What I explained about why I enjoy the game:</w:t>
      </w:r>
    </w:p>
    <w:p w14:paraId="01F75BA8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0983DF53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31B3BD6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66D3528D" w14:textId="77777777" w:rsidR="00367648" w:rsidRDefault="00593530">
      <w:pPr>
        <w:keepNext/>
      </w:pPr>
      <w:r>
        <w:rPr>
          <w:b/>
        </w:rPr>
        <w:t>What the parent/guardian played or tried:</w:t>
      </w:r>
    </w:p>
    <w:p w14:paraId="5412E9AA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749AF945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7859B616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4AB6B18" w14:textId="77777777" w:rsidR="00367648" w:rsidRDefault="00593530">
      <w:r>
        <w:t>Parent/Guardian verification: I confirm the Scout completed the activities described above.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32"/>
        <w:gridCol w:w="4320"/>
        <w:gridCol w:w="2304"/>
      </w:tblGrid>
      <w:tr w:rsidR="00367648" w14:paraId="6A168826" w14:textId="77777777">
        <w:trPr>
          <w:tblHeader/>
          <w:jc w:val="center"/>
        </w:trPr>
        <w:tc>
          <w:tcPr>
            <w:tcW w:w="403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38505B" w14:textId="77777777" w:rsidR="00367648" w:rsidRDefault="00593530">
            <w:r>
              <w:rPr>
                <w:b/>
                <w:sz w:val="18"/>
              </w:rPr>
              <w:t>Name</w:t>
            </w:r>
          </w:p>
        </w:tc>
        <w:tc>
          <w:tcPr>
            <w:tcW w:w="432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6FAEB2" w14:textId="77777777" w:rsidR="00367648" w:rsidRDefault="00593530">
            <w:r>
              <w:rPr>
                <w:b/>
                <w:sz w:val="18"/>
              </w:rPr>
              <w:t>Signature</w:t>
            </w:r>
          </w:p>
        </w:tc>
        <w:tc>
          <w:tcPr>
            <w:tcW w:w="230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8D8AE6" w14:textId="77777777" w:rsidR="00367648" w:rsidRDefault="00593530">
            <w:r>
              <w:rPr>
                <w:b/>
                <w:sz w:val="18"/>
              </w:rPr>
              <w:t>Date</w:t>
            </w:r>
          </w:p>
        </w:tc>
      </w:tr>
      <w:tr w:rsidR="00367648" w14:paraId="0844F01D" w14:textId="77777777">
        <w:trPr>
          <w:jc w:val="center"/>
        </w:trPr>
        <w:tc>
          <w:tcPr>
            <w:tcW w:w="403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71F789" w14:textId="77777777" w:rsidR="00367648" w:rsidRDefault="00593530">
            <w:r>
              <w:br/>
            </w:r>
          </w:p>
        </w:tc>
        <w:tc>
          <w:tcPr>
            <w:tcW w:w="43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324BE4" w14:textId="77777777" w:rsidR="00367648" w:rsidRDefault="00593530">
            <w:r>
              <w:br/>
            </w:r>
          </w:p>
        </w:tc>
        <w:tc>
          <w:tcPr>
            <w:tcW w:w="230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962CE3" w14:textId="77777777" w:rsidR="00367648" w:rsidRDefault="00593530">
            <w:r>
              <w:br/>
            </w:r>
          </w:p>
        </w:tc>
      </w:tr>
    </w:tbl>
    <w:p w14:paraId="57BC2E5F" w14:textId="77777777" w:rsidR="00367648" w:rsidRDefault="00367648"/>
    <w:p w14:paraId="694BE84C" w14:textId="77777777" w:rsidR="00367648" w:rsidRDefault="00593530">
      <w:pPr>
        <w:pStyle w:val="Heading2"/>
      </w:pPr>
      <w:r>
        <w:t>4(d) Cooperative or Team-Based Multiplayer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65"/>
        <w:gridCol w:w="3021"/>
        <w:gridCol w:w="2158"/>
        <w:gridCol w:w="2446"/>
      </w:tblGrid>
      <w:tr w:rsidR="00367648" w:rsidRPr="000E650E" w14:paraId="3EC5B86E" w14:textId="77777777">
        <w:trPr>
          <w:tblHeader/>
          <w:jc w:val="center"/>
        </w:trPr>
        <w:tc>
          <w:tcPr>
            <w:tcW w:w="316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1B9A22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Game</w:t>
            </w:r>
          </w:p>
        </w:tc>
        <w:tc>
          <w:tcPr>
            <w:tcW w:w="302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F4BAC1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Who I played with</w:t>
            </w:r>
          </w:p>
        </w:tc>
        <w:tc>
          <w:tcPr>
            <w:tcW w:w="216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AD64FE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Online or local?</w:t>
            </w:r>
          </w:p>
        </w:tc>
        <w:tc>
          <w:tcPr>
            <w:tcW w:w="244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0826C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Casual or competitive?</w:t>
            </w:r>
          </w:p>
        </w:tc>
      </w:tr>
      <w:tr w:rsidR="00367648" w:rsidRPr="000E650E" w14:paraId="48F4390B" w14:textId="77777777">
        <w:trPr>
          <w:jc w:val="center"/>
        </w:trPr>
        <w:tc>
          <w:tcPr>
            <w:tcW w:w="316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4116A6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0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0EAB1B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C70B9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1579F2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</w:tbl>
    <w:p w14:paraId="5C3D25D9" w14:textId="77777777" w:rsidR="00367648" w:rsidRDefault="00367648"/>
    <w:p w14:paraId="30E1E148" w14:textId="77777777" w:rsidR="00367648" w:rsidRDefault="00593530">
      <w:pPr>
        <w:keepNext/>
      </w:pPr>
      <w:r>
        <w:rPr>
          <w:b/>
        </w:rPr>
        <w:t>Describe how you demonstrated positive communication, teamwork, and sportsmanship.</w:t>
      </w:r>
    </w:p>
    <w:p w14:paraId="648C4CC3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7569CB39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76A6499B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6462C1E8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3BB5D233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494DBE1A" w14:textId="77777777" w:rsidR="00367648" w:rsidRDefault="00593530">
      <w:pPr>
        <w:keepNext/>
      </w:pPr>
      <w:r>
        <w:rPr>
          <w:b/>
        </w:rPr>
        <w:t>How did cooperation and communication affect your team's performance?</w:t>
      </w:r>
    </w:p>
    <w:p w14:paraId="4682C18A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14799A9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52DEA9A8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431F73E3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8ADADD9" w14:textId="77777777" w:rsidR="00367648" w:rsidRDefault="00593530">
      <w:pPr>
        <w:keepNext/>
      </w:pPr>
      <w:r>
        <w:rPr>
          <w:b/>
        </w:rPr>
        <w:t>How did they affect everyone's enjoyment of the game?</w:t>
      </w:r>
    </w:p>
    <w:p w14:paraId="29F32444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6FC314A6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9FC1D3E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47FA8D98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7216D14A" w14:textId="77777777" w:rsidR="00367648" w:rsidRDefault="00593530">
      <w:pPr>
        <w:keepNext/>
      </w:pPr>
      <w:r>
        <w:rPr>
          <w:b/>
        </w:rPr>
        <w:lastRenderedPageBreak/>
        <w:t>Notes for counselor discussion:</w:t>
      </w:r>
    </w:p>
    <w:p w14:paraId="7067F240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5EC57084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577A6E1D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0EDF3989" w14:textId="77777777" w:rsidR="00367648" w:rsidRDefault="00593530">
      <w:pPr>
        <w:pStyle w:val="Heading1"/>
      </w:pPr>
      <w:r>
        <w:t>5. Technology in Competitive Gaming</w:t>
      </w:r>
    </w:p>
    <w:p w14:paraId="24AEFEEF" w14:textId="77777777" w:rsidR="00367648" w:rsidRDefault="00593530">
      <w:pPr>
        <w:pStyle w:val="Heading2"/>
      </w:pPr>
      <w:r>
        <w:t>5(a) Console Gaming vs. PC Gaming</w:t>
      </w:r>
    </w:p>
    <w:p w14:paraId="6876D935" w14:textId="77777777" w:rsidR="00367648" w:rsidRDefault="00593530">
      <w:pPr>
        <w:keepNext/>
      </w:pPr>
      <w:r>
        <w:rPr>
          <w:b/>
        </w:rPr>
        <w:t>Explain the difference between console gaming and PC gaming.</w:t>
      </w:r>
    </w:p>
    <w:p w14:paraId="3277C3E9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37A38C93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1854AF75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03DBDCFF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16"/>
        <w:gridCol w:w="4320"/>
        <w:gridCol w:w="4320"/>
      </w:tblGrid>
      <w:tr w:rsidR="00367648" w14:paraId="736C989D" w14:textId="77777777">
        <w:trPr>
          <w:tblHeader/>
          <w:jc w:val="center"/>
        </w:trPr>
        <w:tc>
          <w:tcPr>
            <w:tcW w:w="2016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B9CCAC" w14:textId="77777777" w:rsidR="00367648" w:rsidRDefault="00593530">
            <w:r>
              <w:rPr>
                <w:b/>
                <w:sz w:val="18"/>
              </w:rPr>
              <w:t>Platform</w:t>
            </w:r>
          </w:p>
        </w:tc>
        <w:tc>
          <w:tcPr>
            <w:tcW w:w="432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EDB882" w14:textId="77777777" w:rsidR="00367648" w:rsidRDefault="00593530">
            <w:r>
              <w:rPr>
                <w:b/>
                <w:sz w:val="18"/>
              </w:rPr>
              <w:t>Advantages</w:t>
            </w:r>
          </w:p>
        </w:tc>
        <w:tc>
          <w:tcPr>
            <w:tcW w:w="432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CBF46B" w14:textId="77777777" w:rsidR="00367648" w:rsidRDefault="00593530">
            <w:r>
              <w:rPr>
                <w:b/>
                <w:sz w:val="18"/>
              </w:rPr>
              <w:t>Disadvantages</w:t>
            </w:r>
          </w:p>
        </w:tc>
      </w:tr>
      <w:tr w:rsidR="00367648" w14:paraId="6650FE5D" w14:textId="77777777">
        <w:trPr>
          <w:jc w:val="center"/>
        </w:trPr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27C6E2" w14:textId="77777777" w:rsidR="00367648" w:rsidRDefault="00593530">
            <w:r>
              <w:t>Console</w:t>
            </w:r>
          </w:p>
        </w:tc>
        <w:tc>
          <w:tcPr>
            <w:tcW w:w="43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058BB8" w14:textId="77777777" w:rsidR="00367648" w:rsidRDefault="00593530">
            <w:r>
              <w:br/>
            </w:r>
          </w:p>
        </w:tc>
        <w:tc>
          <w:tcPr>
            <w:tcW w:w="43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CDCD7E" w14:textId="77777777" w:rsidR="00367648" w:rsidRDefault="00593530">
            <w:r>
              <w:br/>
            </w:r>
          </w:p>
        </w:tc>
      </w:tr>
      <w:tr w:rsidR="00367648" w14:paraId="300A56B9" w14:textId="77777777">
        <w:trPr>
          <w:jc w:val="center"/>
        </w:trPr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3B1A57" w14:textId="77777777" w:rsidR="00367648" w:rsidRDefault="00593530">
            <w:r>
              <w:t>PC</w:t>
            </w:r>
          </w:p>
        </w:tc>
        <w:tc>
          <w:tcPr>
            <w:tcW w:w="43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6E4C4E" w14:textId="77777777" w:rsidR="00367648" w:rsidRDefault="00593530">
            <w:r>
              <w:br/>
            </w:r>
          </w:p>
        </w:tc>
        <w:tc>
          <w:tcPr>
            <w:tcW w:w="43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7217DD" w14:textId="77777777" w:rsidR="00367648" w:rsidRDefault="00593530">
            <w:r>
              <w:br/>
            </w:r>
          </w:p>
        </w:tc>
      </w:tr>
    </w:tbl>
    <w:p w14:paraId="17ADBE18" w14:textId="77777777" w:rsidR="00367648" w:rsidRDefault="00367648"/>
    <w:p w14:paraId="7F624BBF" w14:textId="77777777" w:rsidR="00367648" w:rsidRDefault="00593530">
      <w:pPr>
        <w:pStyle w:val="Heading2"/>
      </w:pPr>
      <w:r>
        <w:t>5(b) Same Game on Two Platforms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3168"/>
        <w:gridCol w:w="3168"/>
      </w:tblGrid>
      <w:tr w:rsidR="00367648" w14:paraId="03E60DA9" w14:textId="77777777">
        <w:trPr>
          <w:tblHeader/>
          <w:jc w:val="center"/>
        </w:trPr>
        <w:tc>
          <w:tcPr>
            <w:tcW w:w="432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00E4F4" w14:textId="77777777" w:rsidR="00367648" w:rsidRDefault="00593530">
            <w:r>
              <w:rPr>
                <w:b/>
                <w:sz w:val="18"/>
              </w:rPr>
              <w:t>Game</w:t>
            </w:r>
          </w:p>
        </w:tc>
        <w:tc>
          <w:tcPr>
            <w:tcW w:w="316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5C6D89" w14:textId="77777777" w:rsidR="00367648" w:rsidRDefault="00593530">
            <w:r>
              <w:rPr>
                <w:b/>
                <w:sz w:val="18"/>
              </w:rPr>
              <w:t>Platform 1</w:t>
            </w:r>
          </w:p>
        </w:tc>
        <w:tc>
          <w:tcPr>
            <w:tcW w:w="316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E2F537" w14:textId="77777777" w:rsidR="00367648" w:rsidRDefault="00593530">
            <w:r>
              <w:rPr>
                <w:b/>
                <w:sz w:val="18"/>
              </w:rPr>
              <w:t>Platform 2</w:t>
            </w:r>
          </w:p>
        </w:tc>
      </w:tr>
      <w:tr w:rsidR="00367648" w14:paraId="3ACDB62A" w14:textId="77777777">
        <w:trPr>
          <w:jc w:val="center"/>
        </w:trPr>
        <w:tc>
          <w:tcPr>
            <w:tcW w:w="432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BA6B53B" w14:textId="77777777" w:rsidR="00367648" w:rsidRDefault="00593530">
            <w:r>
              <w:br/>
            </w:r>
          </w:p>
        </w:tc>
        <w:tc>
          <w:tcPr>
            <w:tcW w:w="316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83720C" w14:textId="77777777" w:rsidR="00367648" w:rsidRDefault="00593530">
            <w:r>
              <w:br/>
            </w:r>
          </w:p>
        </w:tc>
        <w:tc>
          <w:tcPr>
            <w:tcW w:w="316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BB197E" w14:textId="77777777" w:rsidR="00367648" w:rsidRDefault="00593530">
            <w:r>
              <w:br/>
            </w:r>
          </w:p>
        </w:tc>
      </w:tr>
    </w:tbl>
    <w:p w14:paraId="00D2365D" w14:textId="77777777" w:rsidR="00367648" w:rsidRDefault="00367648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3888"/>
        <w:gridCol w:w="3888"/>
      </w:tblGrid>
      <w:tr w:rsidR="00367648" w14:paraId="47865C87" w14:textId="77777777">
        <w:trPr>
          <w:tblHeader/>
          <w:jc w:val="center"/>
        </w:trPr>
        <w:tc>
          <w:tcPr>
            <w:tcW w:w="288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7C3DBE" w14:textId="77777777" w:rsidR="00367648" w:rsidRDefault="00593530">
            <w:r>
              <w:rPr>
                <w:b/>
                <w:sz w:val="18"/>
              </w:rPr>
              <w:t>Comparison area</w:t>
            </w:r>
          </w:p>
        </w:tc>
        <w:tc>
          <w:tcPr>
            <w:tcW w:w="388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595F18" w14:textId="77777777" w:rsidR="00367648" w:rsidRDefault="00593530">
            <w:r>
              <w:rPr>
                <w:b/>
                <w:sz w:val="18"/>
              </w:rPr>
              <w:t>Similarities</w:t>
            </w:r>
          </w:p>
        </w:tc>
        <w:tc>
          <w:tcPr>
            <w:tcW w:w="388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A1DC1E" w14:textId="77777777" w:rsidR="00367648" w:rsidRDefault="00593530">
            <w:r>
              <w:rPr>
                <w:b/>
                <w:sz w:val="18"/>
              </w:rPr>
              <w:t>Differences</w:t>
            </w:r>
          </w:p>
        </w:tc>
      </w:tr>
      <w:tr w:rsidR="00367648" w14:paraId="32DBBBC2" w14:textId="77777777">
        <w:trPr>
          <w:jc w:val="center"/>
        </w:trPr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987F50" w14:textId="77777777" w:rsidR="00367648" w:rsidRDefault="00593530">
            <w:r>
              <w:br/>
            </w:r>
          </w:p>
        </w:tc>
        <w:tc>
          <w:tcPr>
            <w:tcW w:w="388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58D27D" w14:textId="77777777" w:rsidR="00367648" w:rsidRDefault="00593530">
            <w:r>
              <w:br/>
            </w:r>
          </w:p>
        </w:tc>
        <w:tc>
          <w:tcPr>
            <w:tcW w:w="388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8FE89E" w14:textId="77777777" w:rsidR="00367648" w:rsidRDefault="00593530">
            <w:r>
              <w:br/>
            </w:r>
          </w:p>
        </w:tc>
      </w:tr>
      <w:tr w:rsidR="00367648" w14:paraId="18EF4E90" w14:textId="77777777">
        <w:trPr>
          <w:jc w:val="center"/>
        </w:trPr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BECA75" w14:textId="77777777" w:rsidR="00367648" w:rsidRDefault="00593530">
            <w:r>
              <w:br/>
            </w:r>
          </w:p>
        </w:tc>
        <w:tc>
          <w:tcPr>
            <w:tcW w:w="388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69C132" w14:textId="77777777" w:rsidR="00367648" w:rsidRDefault="00593530">
            <w:r>
              <w:br/>
            </w:r>
          </w:p>
        </w:tc>
        <w:tc>
          <w:tcPr>
            <w:tcW w:w="388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257B12" w14:textId="77777777" w:rsidR="00367648" w:rsidRDefault="00593530">
            <w:r>
              <w:br/>
            </w:r>
          </w:p>
        </w:tc>
      </w:tr>
      <w:tr w:rsidR="00367648" w14:paraId="11FF2E5B" w14:textId="77777777">
        <w:trPr>
          <w:jc w:val="center"/>
        </w:trPr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A5A8CE" w14:textId="77777777" w:rsidR="00367648" w:rsidRDefault="00593530">
            <w:r>
              <w:br/>
            </w:r>
          </w:p>
        </w:tc>
        <w:tc>
          <w:tcPr>
            <w:tcW w:w="388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149AD0C" w14:textId="77777777" w:rsidR="00367648" w:rsidRDefault="00593530">
            <w:r>
              <w:br/>
            </w:r>
          </w:p>
        </w:tc>
        <w:tc>
          <w:tcPr>
            <w:tcW w:w="388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806068" w14:textId="77777777" w:rsidR="00367648" w:rsidRDefault="00593530">
            <w:r>
              <w:br/>
            </w:r>
          </w:p>
        </w:tc>
      </w:tr>
      <w:tr w:rsidR="00367648" w14:paraId="3308DB67" w14:textId="77777777">
        <w:trPr>
          <w:jc w:val="center"/>
        </w:trPr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A21D5B" w14:textId="77777777" w:rsidR="00367648" w:rsidRDefault="00593530">
            <w:r>
              <w:br/>
            </w:r>
          </w:p>
        </w:tc>
        <w:tc>
          <w:tcPr>
            <w:tcW w:w="388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4CF168" w14:textId="77777777" w:rsidR="00367648" w:rsidRDefault="00593530">
            <w:r>
              <w:br/>
            </w:r>
          </w:p>
        </w:tc>
        <w:tc>
          <w:tcPr>
            <w:tcW w:w="388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D5ED99" w14:textId="77777777" w:rsidR="00367648" w:rsidRDefault="00593530">
            <w:r>
              <w:br/>
            </w:r>
          </w:p>
        </w:tc>
      </w:tr>
      <w:tr w:rsidR="00367648" w14:paraId="044C5CE4" w14:textId="77777777">
        <w:trPr>
          <w:jc w:val="center"/>
        </w:trPr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D5C991" w14:textId="77777777" w:rsidR="00367648" w:rsidRDefault="00593530">
            <w:r>
              <w:br/>
            </w:r>
          </w:p>
        </w:tc>
        <w:tc>
          <w:tcPr>
            <w:tcW w:w="388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A2C700" w14:textId="77777777" w:rsidR="00367648" w:rsidRDefault="00593530">
            <w:r>
              <w:br/>
            </w:r>
          </w:p>
        </w:tc>
        <w:tc>
          <w:tcPr>
            <w:tcW w:w="388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B90045" w14:textId="77777777" w:rsidR="00367648" w:rsidRDefault="00593530">
            <w:r>
              <w:br/>
            </w:r>
          </w:p>
        </w:tc>
      </w:tr>
    </w:tbl>
    <w:p w14:paraId="00945A31" w14:textId="77777777" w:rsidR="00367648" w:rsidRDefault="00367648"/>
    <w:p w14:paraId="5654C897" w14:textId="77777777" w:rsidR="00367648" w:rsidRDefault="00593530">
      <w:pPr>
        <w:keepNext/>
      </w:pPr>
      <w:r>
        <w:rPr>
          <w:b/>
        </w:rPr>
        <w:t>Overall, which platform performed better for this game, and why?</w:t>
      </w:r>
    </w:p>
    <w:p w14:paraId="0DA02AF1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549C1593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02F480D2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78FEB8A6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DA938C2" w14:textId="77777777" w:rsidR="000E650E" w:rsidRDefault="000E650E">
      <w:pPr>
        <w:pStyle w:val="Heading2"/>
      </w:pPr>
    </w:p>
    <w:p w14:paraId="5EFEB9A2" w14:textId="02E887AA" w:rsidR="00367648" w:rsidRDefault="00593530">
      <w:pPr>
        <w:pStyle w:val="Heading2"/>
      </w:pPr>
      <w:r>
        <w:t>5(c) Design Your Ideal Gaming PC</w:t>
      </w:r>
    </w:p>
    <w:p w14:paraId="6D245A09" w14:textId="338E9CD3" w:rsidR="00367648" w:rsidRDefault="00593530">
      <w:r>
        <w:t xml:space="preserve">Use a PC builder website </w:t>
      </w:r>
      <w:hyperlink r:id="rId9" w:history="1">
        <w:proofErr w:type="spellStart"/>
        <w:r w:rsidRPr="00DC254E">
          <w:rPr>
            <w:rStyle w:val="Hyperlink"/>
          </w:rPr>
          <w:t>PCPartPicker</w:t>
        </w:r>
        <w:proofErr w:type="spellEnd"/>
      </w:hyperlink>
      <w:r w:rsidR="007C3AAB">
        <w:t xml:space="preserve">.  </w:t>
      </w:r>
      <w:r>
        <w:t>Include each required component below.</w:t>
      </w:r>
    </w:p>
    <w:p w14:paraId="6040059A" w14:textId="3F07E1B3" w:rsidR="00367648" w:rsidRDefault="007C3AAB">
      <w:r>
        <w:t xml:space="preserve">Copy an image of your parts list from </w:t>
      </w:r>
      <w:proofErr w:type="spellStart"/>
      <w:r>
        <w:t>PCPartPicker</w:t>
      </w:r>
      <w:proofErr w:type="spellEnd"/>
    </w:p>
    <w:p w14:paraId="0B7E2CFD" w14:textId="77777777" w:rsidR="007C3AAB" w:rsidRDefault="007C3AAB"/>
    <w:p w14:paraId="1323D6C4" w14:textId="77777777" w:rsidR="00367648" w:rsidRDefault="00593530">
      <w:pPr>
        <w:keepNext/>
      </w:pPr>
      <w:r>
        <w:rPr>
          <w:b/>
        </w:rPr>
        <w:t>Total estimated cost (optional):</w:t>
      </w:r>
    </w:p>
    <w:p w14:paraId="60F2CD4E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5DBB1AB3" w14:textId="77777777" w:rsidR="00367648" w:rsidRDefault="00593530">
      <w:pPr>
        <w:keepNext/>
      </w:pPr>
      <w:r>
        <w:rPr>
          <w:b/>
        </w:rPr>
        <w:t>Notes for discussion with your counselor:</w:t>
      </w:r>
    </w:p>
    <w:p w14:paraId="6DFC3E69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00F325E1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0B00D33A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4B1D77AE" w14:textId="77777777" w:rsidR="00367648" w:rsidRDefault="00593530">
      <w:pPr>
        <w:pStyle w:val="Heading1"/>
      </w:pPr>
      <w:r>
        <w:t>6. Leadership and Service in Competitive Gaming</w:t>
      </w:r>
    </w:p>
    <w:p w14:paraId="44852487" w14:textId="77777777" w:rsidR="00367648" w:rsidRDefault="00593530">
      <w:r>
        <w:t>Complete ONE option: 6(a), 6(b), or 6(c). Check the option you completed.</w:t>
      </w:r>
    </w:p>
    <w:p w14:paraId="42D73279" w14:textId="77777777" w:rsidR="00367648" w:rsidRDefault="00593530">
      <w:r>
        <w:t>☐</w:t>
      </w:r>
      <w:r>
        <w:t xml:space="preserve"> 6(a) Teach a troop, patrol, younger Scouts, or family members about online gaming safety or digital citizenship.</w:t>
      </w:r>
    </w:p>
    <w:p w14:paraId="54B82738" w14:textId="77777777" w:rsidR="00367648" w:rsidRDefault="00593530">
      <w:r>
        <w:t>☐</w:t>
      </w:r>
      <w:r>
        <w:t xml:space="preserve"> 6(b) Attend or view a live-streamed esports event and take notes on presentation, player communication, and digital audience interaction.</w:t>
      </w:r>
    </w:p>
    <w:p w14:paraId="37C57253" w14:textId="77777777" w:rsidR="00367648" w:rsidRDefault="00593530">
      <w:r>
        <w:t>☐</w:t>
      </w:r>
      <w:r>
        <w:t xml:space="preserve"> 6(c) Attend an esports tournament, convention, or community event with another Scout, troop member, or family member.</w:t>
      </w:r>
    </w:p>
    <w:p w14:paraId="2CBFB1F8" w14:textId="77777777" w:rsidR="00367648" w:rsidRDefault="00593530">
      <w:pPr>
        <w:keepNext/>
      </w:pPr>
      <w:r>
        <w:rPr>
          <w:b/>
        </w:rPr>
        <w:t>Option completed and date:</w:t>
      </w:r>
    </w:p>
    <w:p w14:paraId="511B4C70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1F503A42" w14:textId="77777777" w:rsidR="00367648" w:rsidRDefault="00593530">
      <w:pPr>
        <w:keepNext/>
      </w:pPr>
      <w:r>
        <w:rPr>
          <w:b/>
        </w:rPr>
        <w:t>What did you do? Include the group/event/game and who participated.</w:t>
      </w:r>
    </w:p>
    <w:p w14:paraId="63D7BA16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660ABC1A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44DF10AE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3C8FB7E1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708E1651" w14:textId="77777777" w:rsidR="00367648" w:rsidRDefault="00593530">
      <w:pPr>
        <w:keepNext/>
      </w:pPr>
      <w:r>
        <w:rPr>
          <w:b/>
        </w:rPr>
        <w:t>What did you learn?</w:t>
      </w:r>
    </w:p>
    <w:p w14:paraId="15FB0AA1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7D83D4D9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45897D7F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46A043EF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0D5AF6A7" w14:textId="77777777" w:rsidR="00367648" w:rsidRDefault="00593530">
      <w:pPr>
        <w:keepNext/>
      </w:pPr>
      <w:r>
        <w:rPr>
          <w:b/>
        </w:rPr>
        <w:t>How did this experience affect your understanding of competitive gaming, digital citizenship, or esports?</w:t>
      </w:r>
    </w:p>
    <w:p w14:paraId="75B51B70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3FEA8F6C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48D0644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513624FC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2535BFED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p w14:paraId="1A109B8D" w14:textId="77777777" w:rsidR="00367648" w:rsidRDefault="00593530">
      <w:pPr>
        <w:pStyle w:val="Heading1"/>
      </w:pPr>
      <w:r>
        <w:t>7. Exploring Professions in the Competitive Gaming Industry</w:t>
      </w:r>
    </w:p>
    <w:p w14:paraId="0A2C2966" w14:textId="77777777" w:rsidR="00367648" w:rsidRDefault="00593530">
      <w:r>
        <w:t>Complete all parts.</w:t>
      </w:r>
    </w:p>
    <w:p w14:paraId="5B3CD1DE" w14:textId="77777777" w:rsidR="00367648" w:rsidRDefault="00593530">
      <w:pPr>
        <w:pStyle w:val="Heading2"/>
      </w:pPr>
      <w:r>
        <w:t>7(a) Colleges With Varsity Esports</w:t>
      </w:r>
    </w:p>
    <w:p w14:paraId="474C2B1B" w14:textId="77777777" w:rsidR="00367648" w:rsidRDefault="00593530">
      <w:r>
        <w:rPr>
          <w:b/>
        </w:rPr>
        <w:t>College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2416"/>
        <w:gridCol w:w="2407"/>
        <w:gridCol w:w="1984"/>
        <w:gridCol w:w="1853"/>
      </w:tblGrid>
      <w:tr w:rsidR="00367648" w14:paraId="63BB78A2" w14:textId="77777777">
        <w:trPr>
          <w:tblHeader/>
          <w:jc w:val="center"/>
        </w:trPr>
        <w:tc>
          <w:tcPr>
            <w:tcW w:w="216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1E9581" w14:textId="77777777" w:rsidR="00367648" w:rsidRDefault="00593530">
            <w:r>
              <w:rPr>
                <w:b/>
                <w:sz w:val="18"/>
              </w:rPr>
              <w:lastRenderedPageBreak/>
              <w:t>College / university</w:t>
            </w:r>
          </w:p>
        </w:tc>
        <w:tc>
          <w:tcPr>
            <w:tcW w:w="244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5A68E1" w14:textId="77777777" w:rsidR="00367648" w:rsidRDefault="00593530">
            <w:r>
              <w:rPr>
                <w:b/>
                <w:sz w:val="18"/>
              </w:rPr>
              <w:t>Scholarship availability &amp; amount</w:t>
            </w:r>
          </w:p>
        </w:tc>
        <w:tc>
          <w:tcPr>
            <w:tcW w:w="244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76529B" w14:textId="77777777" w:rsidR="00367648" w:rsidRDefault="00593530">
            <w:r>
              <w:rPr>
                <w:b/>
                <w:sz w:val="18"/>
              </w:rPr>
              <w:t>Gaming or IT-related degrees</w:t>
            </w:r>
          </w:p>
        </w:tc>
        <w:tc>
          <w:tcPr>
            <w:tcW w:w="2016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4C0077" w14:textId="77777777" w:rsidR="00367648" w:rsidRDefault="00593530">
            <w:r>
              <w:rPr>
                <w:b/>
                <w:sz w:val="18"/>
              </w:rPr>
              <w:t>Games played</w:t>
            </w:r>
          </w:p>
        </w:tc>
        <w:tc>
          <w:tcPr>
            <w:tcW w:w="187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BAAE3F" w14:textId="77777777" w:rsidR="00367648" w:rsidRDefault="00593530">
            <w:r>
              <w:rPr>
                <w:b/>
                <w:sz w:val="18"/>
              </w:rPr>
              <w:t>League / association</w:t>
            </w:r>
          </w:p>
        </w:tc>
      </w:tr>
      <w:tr w:rsidR="00367648" w14:paraId="6D9AA9BA" w14:textId="77777777">
        <w:trPr>
          <w:jc w:val="center"/>
        </w:trPr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A0FBF36" w14:textId="77777777" w:rsidR="00367648" w:rsidRDefault="00593530">
            <w: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2744B9" w14:textId="77777777" w:rsidR="00367648" w:rsidRDefault="00593530">
            <w: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843956" w14:textId="77777777" w:rsidR="00367648" w:rsidRDefault="00593530">
            <w:r>
              <w:br/>
            </w:r>
          </w:p>
        </w:tc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9860B3" w14:textId="77777777" w:rsidR="00367648" w:rsidRDefault="00593530">
            <w: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C27F4F" w14:textId="77777777" w:rsidR="00367648" w:rsidRDefault="00593530">
            <w:r>
              <w:br/>
            </w:r>
          </w:p>
        </w:tc>
      </w:tr>
    </w:tbl>
    <w:p w14:paraId="616E2EF7" w14:textId="77777777" w:rsidR="00367648" w:rsidRDefault="00367648"/>
    <w:p w14:paraId="5B0CB73C" w14:textId="77777777" w:rsidR="00367648" w:rsidRDefault="00593530">
      <w:r>
        <w:rPr>
          <w:b/>
        </w:rPr>
        <w:t>College 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0"/>
        <w:gridCol w:w="2416"/>
        <w:gridCol w:w="2407"/>
        <w:gridCol w:w="1984"/>
        <w:gridCol w:w="1853"/>
      </w:tblGrid>
      <w:tr w:rsidR="00367648" w14:paraId="25635B07" w14:textId="77777777">
        <w:trPr>
          <w:tblHeader/>
          <w:jc w:val="center"/>
        </w:trPr>
        <w:tc>
          <w:tcPr>
            <w:tcW w:w="216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DE5C28" w14:textId="77777777" w:rsidR="00367648" w:rsidRDefault="00593530">
            <w:r>
              <w:rPr>
                <w:b/>
                <w:sz w:val="18"/>
              </w:rPr>
              <w:t>College / university</w:t>
            </w:r>
          </w:p>
        </w:tc>
        <w:tc>
          <w:tcPr>
            <w:tcW w:w="244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821877" w14:textId="77777777" w:rsidR="00367648" w:rsidRDefault="00593530">
            <w:r>
              <w:rPr>
                <w:b/>
                <w:sz w:val="18"/>
              </w:rPr>
              <w:t>Scholarship availability &amp; amount</w:t>
            </w:r>
          </w:p>
        </w:tc>
        <w:tc>
          <w:tcPr>
            <w:tcW w:w="244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F14DF9" w14:textId="77777777" w:rsidR="00367648" w:rsidRDefault="00593530">
            <w:r>
              <w:rPr>
                <w:b/>
                <w:sz w:val="18"/>
              </w:rPr>
              <w:t>Gaming or IT-related degrees</w:t>
            </w:r>
          </w:p>
        </w:tc>
        <w:tc>
          <w:tcPr>
            <w:tcW w:w="2016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348FA89" w14:textId="77777777" w:rsidR="00367648" w:rsidRDefault="00593530">
            <w:r>
              <w:rPr>
                <w:b/>
                <w:sz w:val="18"/>
              </w:rPr>
              <w:t>Games played</w:t>
            </w:r>
          </w:p>
        </w:tc>
        <w:tc>
          <w:tcPr>
            <w:tcW w:w="1872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C032A2" w14:textId="77777777" w:rsidR="00367648" w:rsidRDefault="00593530">
            <w:r>
              <w:rPr>
                <w:b/>
                <w:sz w:val="18"/>
              </w:rPr>
              <w:t>League / association</w:t>
            </w:r>
          </w:p>
        </w:tc>
      </w:tr>
      <w:tr w:rsidR="00367648" w14:paraId="2C221568" w14:textId="77777777">
        <w:trPr>
          <w:jc w:val="center"/>
        </w:trPr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A7DDC7" w14:textId="77777777" w:rsidR="00367648" w:rsidRDefault="00593530">
            <w: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5F40B04" w14:textId="77777777" w:rsidR="00367648" w:rsidRDefault="00593530">
            <w:r>
              <w:br/>
            </w:r>
          </w:p>
        </w:tc>
        <w:tc>
          <w:tcPr>
            <w:tcW w:w="244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574556" w14:textId="77777777" w:rsidR="00367648" w:rsidRDefault="00593530">
            <w:r>
              <w:br/>
            </w:r>
          </w:p>
        </w:tc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0BC684" w14:textId="77777777" w:rsidR="00367648" w:rsidRDefault="00593530">
            <w:r>
              <w:br/>
            </w:r>
          </w:p>
        </w:tc>
        <w:tc>
          <w:tcPr>
            <w:tcW w:w="1872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CB7A5D" w14:textId="77777777" w:rsidR="00367648" w:rsidRDefault="00593530">
            <w:r>
              <w:br/>
            </w:r>
          </w:p>
        </w:tc>
      </w:tr>
    </w:tbl>
    <w:p w14:paraId="329C0588" w14:textId="77777777" w:rsidR="00367648" w:rsidRDefault="00367648"/>
    <w:p w14:paraId="268D0893" w14:textId="77777777" w:rsidR="00367648" w:rsidRDefault="00593530">
      <w:pPr>
        <w:pStyle w:val="Heading2"/>
      </w:pPr>
      <w:r>
        <w:t>7(b) Gaming-Adjacent Careers</w:t>
      </w:r>
    </w:p>
    <w:p w14:paraId="0B8EC4E6" w14:textId="77777777" w:rsidR="00367648" w:rsidRDefault="00593530">
      <w:r>
        <w:t>Research three careers that support or connect to esports but are not esports-athlete roles.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94"/>
        <w:gridCol w:w="3088"/>
        <w:gridCol w:w="2795"/>
        <w:gridCol w:w="2813"/>
      </w:tblGrid>
      <w:tr w:rsidR="00367648" w:rsidRPr="000E650E" w14:paraId="79950CB8" w14:textId="77777777">
        <w:trPr>
          <w:tblHeader/>
          <w:jc w:val="center"/>
        </w:trPr>
        <w:tc>
          <w:tcPr>
            <w:tcW w:w="216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2468B1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Career</w:t>
            </w:r>
          </w:p>
        </w:tc>
        <w:tc>
          <w:tcPr>
            <w:tcW w:w="3168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D156E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Main responsibilities</w:t>
            </w:r>
          </w:p>
        </w:tc>
        <w:tc>
          <w:tcPr>
            <w:tcW w:w="288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3FF6E21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Education / training</w:t>
            </w:r>
          </w:p>
        </w:tc>
        <w:tc>
          <w:tcPr>
            <w:tcW w:w="288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30A0C9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How it supports gaming/esports</w:t>
            </w:r>
          </w:p>
        </w:tc>
      </w:tr>
      <w:tr w:rsidR="00367648" w:rsidRPr="000E650E" w14:paraId="5B7CF193" w14:textId="77777777">
        <w:trPr>
          <w:jc w:val="center"/>
        </w:trPr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15D68B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16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D47B51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8BD70C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C5D4AE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6FAE7E62" w14:textId="77777777">
        <w:trPr>
          <w:jc w:val="center"/>
        </w:trPr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4C707D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16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844E52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BD4A47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D738E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78D0EF49" w14:textId="77777777">
        <w:trPr>
          <w:jc w:val="center"/>
        </w:trPr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336399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3168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80B0F0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109E2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88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91575B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</w:tbl>
    <w:p w14:paraId="0278AA53" w14:textId="77777777" w:rsidR="00367648" w:rsidRDefault="00367648"/>
    <w:p w14:paraId="6A2AEDB8" w14:textId="77777777" w:rsidR="00367648" w:rsidRDefault="00593530">
      <w:pPr>
        <w:pStyle w:val="Heading2"/>
      </w:pPr>
      <w:r>
        <w:t>7(c) Jobs at a Major Game Publisher</w:t>
      </w:r>
    </w:p>
    <w:p w14:paraId="0BEE9533" w14:textId="77777777" w:rsidR="00367648" w:rsidRDefault="00593530">
      <w:r>
        <w:t>Visit the Careers or Jobs page of a major game publisher. Choose three jobs that interest you.</w:t>
      </w:r>
    </w:p>
    <w:p w14:paraId="5ADE787A" w14:textId="77777777" w:rsidR="00367648" w:rsidRDefault="00593530">
      <w:pPr>
        <w:keepNext/>
      </w:pPr>
      <w:r>
        <w:rPr>
          <w:b/>
        </w:rPr>
        <w:t>Publisher / company researched:</w:t>
      </w:r>
    </w:p>
    <w:p w14:paraId="23C0CDF1" w14:textId="77777777" w:rsidR="00367648" w:rsidRDefault="00593530">
      <w:pPr>
        <w:keepLines/>
        <w:spacing w:after="40"/>
      </w:pPr>
      <w:r>
        <w:rPr>
          <w:sz w:val="18"/>
        </w:rPr>
        <w:t>________________________________________________________________________________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58"/>
        <w:gridCol w:w="2158"/>
        <w:gridCol w:w="2302"/>
        <w:gridCol w:w="2158"/>
        <w:gridCol w:w="2014"/>
      </w:tblGrid>
      <w:tr w:rsidR="00367648" w:rsidRPr="000E650E" w14:paraId="1199AF08" w14:textId="77777777">
        <w:trPr>
          <w:tblHeader/>
          <w:jc w:val="center"/>
        </w:trPr>
        <w:tc>
          <w:tcPr>
            <w:tcW w:w="216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A9666D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Job title</w:t>
            </w:r>
          </w:p>
        </w:tc>
        <w:tc>
          <w:tcPr>
            <w:tcW w:w="216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CB2F34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Required education</w:t>
            </w:r>
          </w:p>
        </w:tc>
        <w:tc>
          <w:tcPr>
            <w:tcW w:w="230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DE9BEE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Required skills</w:t>
            </w:r>
          </w:p>
        </w:tc>
        <w:tc>
          <w:tcPr>
            <w:tcW w:w="216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10E29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Required experience</w:t>
            </w:r>
          </w:p>
        </w:tc>
        <w:tc>
          <w:tcPr>
            <w:tcW w:w="2016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D16844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b/>
                <w:sz w:val="16"/>
                <w:szCs w:val="20"/>
              </w:rPr>
              <w:t>Why it interests me</w:t>
            </w:r>
          </w:p>
        </w:tc>
      </w:tr>
      <w:tr w:rsidR="00367648" w:rsidRPr="000E650E" w14:paraId="20B4BE9C" w14:textId="77777777">
        <w:trPr>
          <w:jc w:val="center"/>
        </w:trPr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DC6D78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606AD6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30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EF7034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B05A46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841208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2CB185FA" w14:textId="77777777">
        <w:trPr>
          <w:jc w:val="center"/>
        </w:trPr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012A55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C1D98B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30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C37B19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561A23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35A96D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  <w:tr w:rsidR="00367648" w:rsidRPr="000E650E" w14:paraId="6550A95F" w14:textId="77777777">
        <w:trPr>
          <w:jc w:val="center"/>
        </w:trPr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6D9752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52F3EA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30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642AA8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6C52FEB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CC2FBF" w14:textId="77777777" w:rsidR="00367648" w:rsidRPr="000E650E" w:rsidRDefault="00593530">
            <w:pPr>
              <w:rPr>
                <w:sz w:val="16"/>
                <w:szCs w:val="20"/>
              </w:rPr>
            </w:pPr>
            <w:r w:rsidRPr="000E650E">
              <w:rPr>
                <w:sz w:val="16"/>
                <w:szCs w:val="20"/>
              </w:rPr>
              <w:br/>
            </w:r>
          </w:p>
        </w:tc>
      </w:tr>
    </w:tbl>
    <w:p w14:paraId="627E8C6F" w14:textId="77777777" w:rsidR="00367648" w:rsidRDefault="00367648"/>
    <w:p w14:paraId="2BDE5FE2" w14:textId="77777777" w:rsidR="00367648" w:rsidRDefault="00593530">
      <w:pPr>
        <w:pStyle w:val="Heading1"/>
      </w:pPr>
      <w:r>
        <w:t>Counselor Review Notes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15"/>
        <w:gridCol w:w="2158"/>
        <w:gridCol w:w="6617"/>
      </w:tblGrid>
      <w:tr w:rsidR="00367648" w14:paraId="1B49D5FF" w14:textId="77777777">
        <w:trPr>
          <w:tblHeader/>
          <w:jc w:val="center"/>
        </w:trPr>
        <w:tc>
          <w:tcPr>
            <w:tcW w:w="2016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11279D" w14:textId="77777777" w:rsidR="00367648" w:rsidRDefault="00593530">
            <w:r>
              <w:rPr>
                <w:b/>
                <w:sz w:val="18"/>
              </w:rPr>
              <w:t>Requirement</w:t>
            </w:r>
          </w:p>
        </w:tc>
        <w:tc>
          <w:tcPr>
            <w:tcW w:w="2160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296296" w14:textId="77777777" w:rsidR="00367648" w:rsidRDefault="00593530">
            <w:r>
              <w:rPr>
                <w:b/>
                <w:sz w:val="18"/>
              </w:rPr>
              <w:t>Date reviewed</w:t>
            </w:r>
          </w:p>
        </w:tc>
        <w:tc>
          <w:tcPr>
            <w:tcW w:w="6624" w:type="dxa"/>
            <w:shd w:val="clear" w:color="auto" w:fill="D9EAF7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B8094E" w14:textId="77777777" w:rsidR="00367648" w:rsidRDefault="00593530">
            <w:r>
              <w:rPr>
                <w:b/>
                <w:sz w:val="18"/>
              </w:rPr>
              <w:t>Completed? / Notes</w:t>
            </w:r>
          </w:p>
        </w:tc>
      </w:tr>
      <w:tr w:rsidR="00367648" w14:paraId="293E1C04" w14:textId="77777777">
        <w:trPr>
          <w:jc w:val="center"/>
        </w:trPr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A3573F" w14:textId="77777777" w:rsidR="00367648" w:rsidRDefault="00593530">
            <w:r>
              <w:t>1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571441" w14:textId="77777777" w:rsidR="00367648" w:rsidRDefault="00593530">
            <w:r>
              <w:br/>
            </w:r>
          </w:p>
        </w:tc>
        <w:tc>
          <w:tcPr>
            <w:tcW w:w="6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2B0F1EF" w14:textId="77777777" w:rsidR="00367648" w:rsidRDefault="00593530">
            <w:r>
              <w:br/>
            </w:r>
          </w:p>
        </w:tc>
      </w:tr>
      <w:tr w:rsidR="00367648" w14:paraId="00EEB755" w14:textId="77777777">
        <w:trPr>
          <w:jc w:val="center"/>
        </w:trPr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C59626" w14:textId="77777777" w:rsidR="00367648" w:rsidRDefault="00593530">
            <w:r>
              <w:t>2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1E21B3" w14:textId="77777777" w:rsidR="00367648" w:rsidRDefault="00593530">
            <w:r>
              <w:br/>
            </w:r>
          </w:p>
        </w:tc>
        <w:tc>
          <w:tcPr>
            <w:tcW w:w="6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FF8719" w14:textId="77777777" w:rsidR="00367648" w:rsidRDefault="00593530">
            <w:r>
              <w:br/>
            </w:r>
          </w:p>
        </w:tc>
      </w:tr>
      <w:tr w:rsidR="00367648" w14:paraId="310DC727" w14:textId="77777777">
        <w:trPr>
          <w:jc w:val="center"/>
        </w:trPr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FBE4E9" w14:textId="77777777" w:rsidR="00367648" w:rsidRDefault="00593530">
            <w:r>
              <w:t>3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899EDB" w14:textId="77777777" w:rsidR="00367648" w:rsidRDefault="00593530">
            <w:r>
              <w:br/>
            </w:r>
          </w:p>
        </w:tc>
        <w:tc>
          <w:tcPr>
            <w:tcW w:w="6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9FFF31" w14:textId="77777777" w:rsidR="00367648" w:rsidRDefault="00593530">
            <w:r>
              <w:br/>
            </w:r>
          </w:p>
        </w:tc>
      </w:tr>
      <w:tr w:rsidR="00367648" w14:paraId="5A98560A" w14:textId="77777777">
        <w:trPr>
          <w:jc w:val="center"/>
        </w:trPr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9E0087" w14:textId="77777777" w:rsidR="00367648" w:rsidRDefault="00593530">
            <w:r>
              <w:lastRenderedPageBreak/>
              <w:t>4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872152" w14:textId="77777777" w:rsidR="00367648" w:rsidRDefault="00593530">
            <w:r>
              <w:br/>
            </w:r>
          </w:p>
        </w:tc>
        <w:tc>
          <w:tcPr>
            <w:tcW w:w="6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161E62" w14:textId="77777777" w:rsidR="00367648" w:rsidRDefault="00593530">
            <w:r>
              <w:br/>
            </w:r>
          </w:p>
        </w:tc>
      </w:tr>
      <w:tr w:rsidR="00367648" w14:paraId="63408EDC" w14:textId="77777777">
        <w:trPr>
          <w:jc w:val="center"/>
        </w:trPr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299F91" w14:textId="77777777" w:rsidR="00367648" w:rsidRDefault="00593530">
            <w:r>
              <w:t>5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DB40A9" w14:textId="77777777" w:rsidR="00367648" w:rsidRDefault="00593530">
            <w:r>
              <w:br/>
            </w:r>
          </w:p>
        </w:tc>
        <w:tc>
          <w:tcPr>
            <w:tcW w:w="6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4C7C11" w14:textId="77777777" w:rsidR="00367648" w:rsidRDefault="00593530">
            <w:r>
              <w:br/>
            </w:r>
          </w:p>
        </w:tc>
      </w:tr>
      <w:tr w:rsidR="00367648" w14:paraId="3034E507" w14:textId="77777777">
        <w:trPr>
          <w:jc w:val="center"/>
        </w:trPr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B58356" w14:textId="77777777" w:rsidR="00367648" w:rsidRDefault="00593530">
            <w:r>
              <w:t>6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7C45EB" w14:textId="77777777" w:rsidR="00367648" w:rsidRDefault="00593530">
            <w:r>
              <w:br/>
            </w:r>
          </w:p>
        </w:tc>
        <w:tc>
          <w:tcPr>
            <w:tcW w:w="6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9333BE" w14:textId="77777777" w:rsidR="00367648" w:rsidRDefault="00593530">
            <w:r>
              <w:br/>
            </w:r>
          </w:p>
        </w:tc>
      </w:tr>
      <w:tr w:rsidR="00367648" w14:paraId="7CE530D8" w14:textId="77777777">
        <w:trPr>
          <w:jc w:val="center"/>
        </w:trPr>
        <w:tc>
          <w:tcPr>
            <w:tcW w:w="2016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4311AF" w14:textId="77777777" w:rsidR="00367648" w:rsidRDefault="00593530">
            <w:r>
              <w:t>7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0A661A" w14:textId="77777777" w:rsidR="00367648" w:rsidRDefault="00593530">
            <w:r>
              <w:br/>
            </w:r>
          </w:p>
        </w:tc>
        <w:tc>
          <w:tcPr>
            <w:tcW w:w="6624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FBD347" w14:textId="77777777" w:rsidR="00367648" w:rsidRDefault="00593530">
            <w:r>
              <w:br/>
            </w:r>
          </w:p>
        </w:tc>
      </w:tr>
    </w:tbl>
    <w:p w14:paraId="7F8FB771" w14:textId="77777777" w:rsidR="00367648" w:rsidRDefault="00367648"/>
    <w:p w14:paraId="477D5652" w14:textId="77777777" w:rsidR="00367648" w:rsidRDefault="00367648"/>
    <w:p w14:paraId="2E6573C3" w14:textId="31F7CF15" w:rsidR="00367648" w:rsidRDefault="00593530">
      <w:r>
        <w:rPr>
          <w:b/>
        </w:rPr>
        <w:t xml:space="preserve">Reminder: </w:t>
      </w:r>
      <w:r w:rsidR="0015357A">
        <w:t>T</w:t>
      </w:r>
      <w:r>
        <w:t xml:space="preserve">o answer in </w:t>
      </w:r>
      <w:r w:rsidR="0015357A">
        <w:t>your</w:t>
      </w:r>
      <w:r>
        <w:t xml:space="preserve"> own words and complete requirements individually. Some items also require separate evidence or discussion with the counselor.</w:t>
      </w:r>
    </w:p>
    <w:sectPr w:rsidR="00367648" w:rsidSect="000E650E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01C34" w14:textId="77777777" w:rsidR="00593530" w:rsidRDefault="00593530">
      <w:pPr>
        <w:spacing w:after="0" w:line="240" w:lineRule="auto"/>
      </w:pPr>
      <w:r>
        <w:separator/>
      </w:r>
    </w:p>
  </w:endnote>
  <w:endnote w:type="continuationSeparator" w:id="0">
    <w:p w14:paraId="663E6DDE" w14:textId="77777777" w:rsidR="00593530" w:rsidRDefault="00593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F82B3" w14:textId="77777777" w:rsidR="00593530" w:rsidRDefault="00593530">
      <w:pPr>
        <w:spacing w:after="0" w:line="240" w:lineRule="auto"/>
      </w:pPr>
      <w:r>
        <w:separator/>
      </w:r>
    </w:p>
  </w:footnote>
  <w:footnote w:type="continuationSeparator" w:id="0">
    <w:p w14:paraId="6CFFDB44" w14:textId="77777777" w:rsidR="00593530" w:rsidRDefault="005935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BE653" w14:textId="77777777" w:rsidR="00367648" w:rsidRDefault="00593530">
    <w:pPr>
      <w:pStyle w:val="Header"/>
      <w:jc w:val="right"/>
    </w:pPr>
    <w:r>
      <w:rPr>
        <w:sz w:val="16"/>
      </w:rPr>
      <w:t>Competitive Gaming Merit Badge Workbook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7201481">
    <w:abstractNumId w:val="8"/>
  </w:num>
  <w:num w:numId="2" w16cid:durableId="1180123497">
    <w:abstractNumId w:val="6"/>
  </w:num>
  <w:num w:numId="3" w16cid:durableId="1909850355">
    <w:abstractNumId w:val="5"/>
  </w:num>
  <w:num w:numId="4" w16cid:durableId="854074624">
    <w:abstractNumId w:val="4"/>
  </w:num>
  <w:num w:numId="5" w16cid:durableId="1434938981">
    <w:abstractNumId w:val="7"/>
  </w:num>
  <w:num w:numId="6" w16cid:durableId="1555461514">
    <w:abstractNumId w:val="3"/>
  </w:num>
  <w:num w:numId="7" w16cid:durableId="1884519272">
    <w:abstractNumId w:val="2"/>
  </w:num>
  <w:num w:numId="8" w16cid:durableId="2029670215">
    <w:abstractNumId w:val="1"/>
  </w:num>
  <w:num w:numId="9" w16cid:durableId="2061125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F8C"/>
    <w:rsid w:val="000E650E"/>
    <w:rsid w:val="00116104"/>
    <w:rsid w:val="0015074B"/>
    <w:rsid w:val="0015357A"/>
    <w:rsid w:val="00252584"/>
    <w:rsid w:val="0029639D"/>
    <w:rsid w:val="002B3276"/>
    <w:rsid w:val="00326F90"/>
    <w:rsid w:val="00367648"/>
    <w:rsid w:val="00593530"/>
    <w:rsid w:val="006A41E4"/>
    <w:rsid w:val="007C3AAB"/>
    <w:rsid w:val="00815DD9"/>
    <w:rsid w:val="008C6601"/>
    <w:rsid w:val="00A400A9"/>
    <w:rsid w:val="00AA1D8D"/>
    <w:rsid w:val="00B47730"/>
    <w:rsid w:val="00B5478D"/>
    <w:rsid w:val="00B83294"/>
    <w:rsid w:val="00BA5D1A"/>
    <w:rsid w:val="00BB1D2D"/>
    <w:rsid w:val="00C32435"/>
    <w:rsid w:val="00C76305"/>
    <w:rsid w:val="00CB0664"/>
    <w:rsid w:val="00D13FAF"/>
    <w:rsid w:val="00DC254E"/>
    <w:rsid w:val="00E35B02"/>
    <w:rsid w:val="00EA7D89"/>
    <w:rsid w:val="00EC76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50A24C"/>
  <w14:defaultImageDpi w14:val="300"/>
  <w15:docId w15:val="{562D3F7B-AD80-430A-9BFA-EC7C1E72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161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1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uting.org/skills/merit-badges/digital-resource-guides/competitive-gaming/req5c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cpartpi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2618</Words>
  <Characters>14926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Bill Nelson</cp:lastModifiedBy>
  <cp:revision>2</cp:revision>
  <dcterms:created xsi:type="dcterms:W3CDTF">2026-10-01T17:31:00Z</dcterms:created>
  <dcterms:modified xsi:type="dcterms:W3CDTF">2026-10-01T17:31:00Z</dcterms:modified>
  <cp:category/>
</cp:coreProperties>
</file>